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5Sd/26/2016 z 19. 3. 2018</w:t>
      </w:r>
    </w:p>
    <w:p>
      <w:r>
        <w:t>Uznesenie Krajského súdu Bratislava z 19. marca 2018, sp. zn. 5Sd/26/2016, ECLI:SK:KSBA:2018:1016200308.2</w:t>
      </w:r>
    </w:p>
    <w:p>
      <w:r>
        <w:t>Súd: Krajský súd Bratislava</w:t>
      </w:r>
    </w:p>
    <w:p>
      <w:r>
        <w:t>Spisová značka: 5Sd/26/2016</w:t>
      </w:r>
    </w:p>
    <w:p>
      <w:r>
        <w:t>ECLI: ECLI:SK:KSBA:2018:1016200308.2</w:t>
      </w:r>
    </w:p>
    <w:p>
      <w:r>
        <w:t>Dátum vydania: 19.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5Sd/26/2016 Identifikačné číslo súdneho spisu: 1016200308 Dátum vydania rozhodnutia: 20. 03. 2018 Meno a priezvisko sudcu, VSÚ: JUDr. Marta Barková ECLI: ECLI:SK:KSBA:2018:1016200308.2 Uznesenie Krajský súd v Bratislave v právnej veci navrhovateľky: Z. S., Š. XXX, C., proti odporkyni: Sociálna poisťovňa, ústredie, Ul. 29. augusta č. 8 - 10, Bratislava, o sumu invalidného dôchodku, takto r o z h o d o l : Súd konanie zastavuje. Žiaden z účastníkov nemá právo na náhradu trov konania. o d ô v o d n e n i e : Navrhovateľka sa návrhom zo dňa 25.02.2016 domáhala preskúmania rozhodnutia odporkyne číslo XXX XXX XXXX X zo dňa 06.02.2016 o zvýšení sumy invalidného dôchodku. Podaním doručeným súdu dňa 22.03.2017 navrhovateľka požiadala o zastavenie konania na súde.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O trovách konania súd rozhodol podľa § 246c ods. 1 prvá veta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https://www.kauzis.sk/judikatura/r/ECLI:SK:KSBA:2018:1016200308.2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