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6S/142/2017 z 16. 10. 2018</w:t>
      </w:r>
    </w:p>
    <w:p>
      <w:r>
        <w:t>Rozsudok Krajského súdu Bratislava z 16. októbra 2018, sp. zn. 6S/142/2017, ECLI:SK:KSBA:2018:1016200318.1</w:t>
      </w:r>
    </w:p>
    <w:p>
      <w:r>
        <w:t>Súd: Krajský súd Bratislava</w:t>
      </w:r>
    </w:p>
    <w:p>
      <w:r>
        <w:t>Spisová značka: 6S/142/2017</w:t>
      </w:r>
    </w:p>
    <w:p>
      <w:r>
        <w:t>ECLI: ECLI:SK:KSBA:2018:1016200318.1</w:t>
      </w:r>
    </w:p>
    <w:p>
      <w:r>
        <w:t>Dátum vydania: 16. 10. 2018</w:t>
      </w:r>
    </w:p>
    <w:p>
      <w:r>
        <w:t>Forma: Rozsudok</w:t>
      </w:r>
    </w:p>
    <w:p>
      <w:r>
        <w:t>Oblasť práva: Správne právo</w:t>
      </w:r>
    </w:p>
    <w:p>
      <w:pPr>
        <w:pStyle w:val="Heading2"/>
      </w:pPr>
      <w:r>
        <w:t>Text rozhodnutia</w:t>
      </w:r>
    </w:p>
    <w:p>
      <w:r>
        <w:t>Súd: Krajský súd Bratislava Spisová značka: 6S/142/2017 Identifikačné číslo súdneho spisu: 1016200318 Dátum vydania rozhodnutia: 17. 10. 2018 Meno a priezvisko sudcu, VSÚ: JUDr. Andrea Krišková ECLI: ECLI:SK:KSBA:2018:1016200318.1 ROZSUDOK V MENE SLOVENSKEJ REPUBLIKY Krajský súd v Bratislave, ako správny súd, v senáte zloženom z predsedníčky senátu JUDr. Andrey Kriškovej a členov senátu JUDr. Otílie Belavej a JUDr. Viery Šebestovej, v právnej veci žalobcu: Slovenská železničná dopravná spoločnosť, a.s., IČO: 35 856 742, Mostová 2, 811 02 Bratislava, v zastúpení: JUDr. Jaroslav Brada, advokát, Dunajská 58, 811 08 Bratislava, proti žalovanému: Finančné riaditeľstvo Slovenskej republiky, Lazovná 63, 974 01 Banská Bystrica, o preskúmanie zákonnosti postupu a rozhodnutia žalovaného č. 21488544/2015 zo dňa 17.12.2015, jednohlasne, takto r o z h o d o l : Krajský súd v Bratislave žalobu zamieta. Žalovanému súd náhradu trov konania nepriznáva. o d ô v o d n e n i e : I. Rozhodnutia správnych orgánov 1. Žalobou napadnutým rozhodnutím zo dňa 17.12.2015 žalovaný potvrdil rozhodnutie vydané v prvom stupni Daňovým úradom Banská Bystrica (ďalej aj ako „správca dane“), ktorým správca dane podľa § 68 ods. 5 zákona č. 563/2009 Z.z. o správe daní (ďalej aj ako „daňový poriadok“) vyrubil žalobcovi za zdaňovacie obdobie august 2012 rozdiel dane z pridanej hodnoty (ďalej aj ako „DPH“) v sume XX.XXX Eur. 2. Správca dane vydal rozhodnutie o vyrubení rozdielu dane, ktorým žalobcovi vyrubil rozdiel DPH v sume XX.XXX Eur z dôvodu, že žalobca vierohodným spôsobom nepreukázal splnenie zákonných podmienok na odpočítanie DPH. Správca dane preveroval celý obchodný reťazec, pôvod tovaru a jeho konečné použitie a ustálil, že v priebehu kontroly sa vierohodne a bezvýhradne nepotvrdilo reálne dodanie tovaru a vykonanie prepravy. Správca dane považoval preukazovanie dodania tovaru žalobcom len na základe vystavených faktúr za nedostatočné. II. Žaloba 3. Žalobca považoval rozhodnutia vydané v oboch stupňoch za nezákonné, žiadal ich zrušiť a vec vrátiť žalovanému na ďalšie konanie. Namietal, že správca dane ako i žalovaný nedostatočne zistili skutkový stav, vec po právnej stránke nesprávne posúdili a ich rozhodnutia sú nepreskúmateľné pre nedostatok dôvodov. 4. Uviedol, že napadnutým rozhodnutím žalovaný potvrdil rozhodnutie správcu dane, ktorý skonštatoval, že žalobca vierohodným spôsobom nepreukázal, že zákonné podmienky na odpočítanie dane z pridanej hodnoty boli zo strany platiteľa splnené. Správca dane trval na kontrolných zisteniach uvedených v Protokole č. 9601402/5/4600477/2014/Bed zo dňa 13.10.2014 a skonštatoval, že bolo preukázané zneužívajúce konanie žalobcu a neprihliadol k simulovaným právnym úkonom, keď tieto sa reálne neuskutočnili, nenaplnili a zastierajú úkony, ktoré sa uskutočnili. Mal za to, že v priebehu kontroly so správcom dane riadne spolupracoval, predložil všetky doklady, ktoré mal zo zákona predložiť a poskytol správcovi dane potrebnú súčinnosť. Namietal, že nebol informovaný o tom, či bola lehota na rozhodnutie žalovaného predĺžená zo strany Ministerstva financií SR, a teda, či žalovaný rozhodol v lehote alebo lehotu zmeškal. 5. Žalobca považoval za dôležité uviesť, že tvrdenie správcu dane o personálnej prepojenosti spoločností v údajnom reťazci je zavádzajúce, pretože žalobca je prepojený len so spoločnosťou I. Y., P..D..G.., a H., P.. P. D..G.. S ostatnými spoločnosťami žalobca nemá nič spoločné. Poukázal na to, že vedel od koho tovar kúpil a taktiež vedel komu tovar predal, a nie je povinnosťou žalobcu poznať ostatné podnikateľské subjekty, ktoré sa na obchode v niektorom čase zúčastnili. S odkazom na judikatúru ESD C-354/03, C-355/03, C-484/03 konštatoval, že každá transakcia musí byť hodnotená samostatne, a teda nemožno na ňu ťaživo prenášať prípadné nedostatky alebo podvod na inom stupni obchodu. Tvrdenie správcu dane o tom, že overoval celý obchodný reťazec a že základné pravidlá DPH musia byť dodržané v celom obchodnom reťazci potom vyhodnotil ako rozporné s uvedenou judikatúrou. 6. Ďalej uviedol, že tovar kúpil od dodávateľov, objednaný tovar bol dodaný a vyfakturovaný tak, že faktúry obsahujú popis - druh tovaru a množstvo a taktiež dodacie listy preukazujú dodanie tovaru. Faktúry žalobca uhradil bezhotovostným stykom spolu s celou fakturovanou DPH, a teda tým podľa názoru žalobcu nemožno poprieť, že žalobca uhradil celú DPH na vstupe v prospech štátu. V súvislosti so spochybnením všetkých predložených a navrhnutých dôkazov žalobcom zo strany správcu dane, ktorý tvrdí, že pre preukázanie materiálneho naplnenia, nie je postačujúce dokladovať obchod len odberateľskými a dodávateľskými faktúrami a dodacími listami, poukázal žalobca na rozhodnutia Najvyššieho súdu SR sp. zn. 3Sžf/1/2011, podľa ktorého dôkazné bremeno daňového subjektu nie je absolútne a podľa rozhodnutia sp. zn. 6Sžf/10/2012 dôkazné bremeno daňového subjektu nie je možné vykladať extenzívne na ťarchu daňového subjektu a zaťažiť ho preukázaním skutočností, ktoré svojou účasťou nezabezpečoval. 7. Žalobca ohľadne existencie fakturovaného tovaru tvrdil, že na základe výzvy správcu dane odpovedal, že presná špecifikácia tovaru (integrovaných modulov) sa nachádza vo faktúrach a dodacích listoch. Tovar bol nakupovaný od obchodníka, nie od výrobcu, preto je možné, že sa jednalo o tovar viacerých výrobcov (pravdepodobne z Ázie). Pre lepšiu predstavu o tom o aký tovar išlo uviedol, že obdobný tovar v Európe vyrába česká firma V. G.. Neuviedol, že V. G. je výrobcom fakturovaného tovaru, i napriek tomu sa správca dane snaží vyvolať dojem, že žaloba označil menovanú spoločnosť za výrobcu. Správca dane mal k dispozícii odborné vyjadrenie spoločnosti V. G. k fakturovanému tovaru, z ktorého vyplýva, že menovanej spoločnosti je označenie druhu tovaru uvedené na faktúrach známe a podľa použitých kódov sú schopní niektoré súčiastky identifikovať, a to, že spoločnosť V. G. nepozná všetky fakturované tovary, ešte neznamená, že ako také neexistovali. Podľa žalobcu nie je jeho chybou, že výrobca neoznačil svoje výrobky svojím obchodným menom. Tovar nakupoval pre jeho účelové priemyselné využitie budúcim konečným spotrebiteľom, ako aj za účelom dosiahnutia zisku a tržby. A to, že správca dane v priebehu kontroly tovar ani cez prehliadač Google nenašiel, nepotvrdzuje, že tovar v čase jeho nákupu a predaja neexistoval. S poukazom na § 43 ods. 1 a 5 zákona č. 222/2004 Z. z. o dani z pridanej hodnoty (ďalej len „zákon o DPH”) o oslobodení od dane tvrdil, že nadobúdateľ tovaru z Českej republiky J. K., P..D..G.. je osobou identifikovanou pre daň v Českej republike, o čom svedčí aj overenie IČ DPH cez stránku Finančného riaditeľstva SR. Medzi podmienky oslobodenia DPH patrí preukázanie platiteľom nasledovnými dokladmi: kópia faktúry, CMR, dodací list a objednávka, ktoré v danom prípade žalobcom predložené boli. Konštatoval, že predložil všetko, čo sa od neho ako platiteľa dane na preukázanie materiálneho plnenia požadovalo. 8. Žalobca s tvrdením žalovaného v napadnutom rozhodnutí, v ktorom uviedol, že správca dane spochybnil existenciu tovaru, ktorý mal byť predmetom obchodovania, a zároveň vyslovil pochybnosť o odbornej starostlivosti žalobcu, keď obchodoval s niečím, čo zrejme neexistovalo a takýto obchod, o ktorom svedčí „len“ existencia formálnych dokladov, nevystihuje reálnu podstatu a ekonomický účel podnikania, nesúhlasil a tvrdenia žalovaného o neexistencii tovaru považoval za domnienky. Bol názoru, že nemožno použiť ako argument v neprospech žalobcu, že U.-K., P.. P. D..G.. a V.-J. P..D..G.. ako nadobúdatelia tovaru, si nesplnili svoje záväzky a faktúry neuhradili. Za bezpredmetné považoval aj to, že tieto spoločnosti tovar nadobudli za rovnakú cenu, t.j. s nulovou maržou. Žalobca uviedol, že nevie ovplyvniť stanovenie ceny tovaru jeho nepriamymi obchodnými partnermi a tovar vždy predal so ziskom. 9. S odkazom na vyššie uvedené žalobca vyhodnotil rozhodnutie správcu dane ako rozhodnutie nemajúce oporu v zákone, pretože správca dane na základe vykonaného dokazovania dospel k nesprávnym záverom a nesprávne vyhodnotil konanie žalobcu ako zneužívajúce, v dôsledku čoho neprihliadal k právnym úkonom preukazujúcim objednanie, dodanie tovaru či jeho fakturáciu. III. Vyjadrenie žalovaného 10. Žalovaný sa vyjadril k žalobe písomným podaním doručeným súdu dňa 18.04.2016, žalobu považoval za nedôvodnú a žiadal ju zamietnuť. Uviedol, že napadnuté rozhodnutie bolo vydané v lehote predĺženej Ministerstvom financií SR a v tej istej lehote bolo aj podané na poštovú prepravu. 11. Uviedol, že správca dane vykonal rozsiahle dokazovanie v rámci ktorého zistil, že s tým istým tovarom obchodovali tie isté vzájomne prepojené spoločnosti. Zmienka o personálnom prepojení predmetných spoločností poukazuje na to, že jednotlivé súčasti reťazca o sebe vedeli, a teda vedeli o účele obchodných transakcií. Ten istý tovar (druh a množstvo) sa vrátil späť vždy k prvému dodávateľovi v reťazci a bolo preukázané, že žalobca sa na týchto reťazových obchodných transakciách zúčastňoval. V zistených reťazcoch spoločností nebola ani jedna spoločnosť, u ktorej by tovar skončil v skutočnej spotrebe, t.j. bol použitý ako náhradný diel konečným spotrebiteľom. Ku kontrole neboli zo strany obchodných partnerov (žalobca, I. Y., P..D..G.., D., J..P.. - organizačná zložka, U.-K., P.. P. D..G.., P., P..D..G.., D. K., P..D..G.., D. R., P..D..G..) zúčastňujúcich sa na deklarovaných obchodoch predložené žiadne doklady preukazujúce existenciu deklarovaného tovaru. Obchodné transakcie prebiehali len fakturačne, bez materiálnej podstaty, za účelom zvyšovania obratu a bonity jednotlivých spoločností v reťazci. Z dôvodu preverenia dodržania podmienok stanovených zákonom o DPH správca dane preveroval uskutočnenie fakturačných plnení, zisťoval existenciu, pôvod a konečné použitie fakturovaného tovaru. Pretože u priamych dodávateľov sa vierohodne nepotvrdilo reálne dodanie a preprava tovaru, správca dane bol podľa žalovaného oprávnený šetriť celý obchodný reťazec tuzemských daňových subjektov - žalobca, I. Y., P..D..G.., D., J..P.. - G. S., U.-K., P.. P. D..G.., P., P..D..G.., D. K., P..D..G.., D. R., P..D..G.., H., P.. P. D..G.., ktoré s predmetným fakturovaným tovarom obchodovali, vrátane odberateľov z iného členského štátu Európskej únie - spoločností J. K., P..D..G.. a Q. K. P., P..D..G.. z Českej republiky. Zdôraznil, že základné pravidlá DPH musia byť dodržané v celom reťazci spoločností - platiteľov DPH, zúčastňujúcich sa na obchodovaní s preverovaným tovarom, z ktorého si žalobca uplatňoval odpočítanie DPH. 12. K rozsudkom, na ktoré žalobca poukazuje, žalovaný uviedol, že zákon o DPH vo svojich ustanoveniach stanovuje striktné podmienky, ktoré musia byť splnené, aby vznikol nárok na odpočítanie dane. Z dôvodu ľahkej zneužiteľnosti práva na odpočítanie DPH zákon požaduje, aby daňový subjekt, ktorý uplatňuje nárok na odpočítanie dane, preukázal existenciu podmienok, ktoré zákon o DPH na odpočítanie dane ustanovil. Pokiaľ si daňový subjekt ako platiteľ dane uplatňuje nárok na odpočítanie dane z dodávateľských faktúr, musí byť schopný preukázať, že zdaniteľné obchody boli reálne uskutočnené, a to osobou uvedenou na faktúre. Ak daňový subjekt, na ktorom leží dôkazné bremeno, svoje tvrdenia spoľahlivo nepreukáže, nemôže byť nárok na odpočet dane uznaný. Podľa žalovaného je zo zistení správcu dane zrejmé, že žalobca zvolil formu svojho podnikania (cez množstvo spoločností prepojených aj jeho osobou) a úmyselne vytvoril stav, pri ktorom zneprehľadnil toky tovarov, služieb, financií, faktúr a dokladov. Trval na tom, že žalobca nepredložil žiadny dôkaz o reálnej existencii a spôsobe využitia tovaru - náhradných dielov elektronického charakteru. Žalobca v tomto prípade podľa žalovaného vierohodne nepreukázal reálne dodanie a samotnú existenciu fakturovaného tovaru. Na faktúrach sú uvedené označenia tovaru, ktoré presne nešpecifikujú popis tovaru (modulu) a ani po výzve správcu dane základný popis a vlastnosti modulov neboli vysvetlené. Žalovaný poukázal na vyjadrenie štatutárneho zástupcu žalobcu I.. J. Q., ktorý za výrobcu predmetného tovaru označil spoločnosti V. a V., čo však spoločnosť V. SK, P..D..G.. nepotvrdila, keďže zaujala stanovisko, podľa ktorého spoločnosť V. SK, P..D..G.., resp. skupina V. predmetný tovar nevyrábala, nebola predajcom, neobchodovala s ním, ani jej nebolo známe, že by niekto iný takto označené produkty dodával. 13. Žalovaný zhrnul, že predmetné plnenia fakturované pre žalobcu neboli dodané deklarovaným dodávateľom tak, ako bolo uvedené v preverovaných faktúrach. Išlo len o fakturácie tovaru medzi spoločnosťami v reťazci. Bola spochybnená existencia tovaru, ktorý bol bez bližšej špecifikácie označený na faktúrach. Tovar mal byť v tuzemsku uskladnený spoločne v jednom sklade pre všetky spoločnosti, ktoré s ním obchodovali, ale tieto s tovarom napriek tvrdeniu žalobcu po prijatí faktúr nemohli nakladať ako vlastníci, pretože prístup a kľúče od skladu mal len I.. J. Q.. Preprava tovaru odberateľovi J. K., P..D..G.. do iného členského štátu Európskej únie (Českej republiky) nebola preukázaná a takisto bola spochybnená preprava tovaru od tejto spoločnosti späť na Slovensko. Správca dane zistil objektívne skutočnosti, ktoré poukazujú na zneužitie práva (umelý charakter transakcií, personálne prepojenie platiteľov DPH, nepreukázanie ekonomickej činnosti s integrovanými modulmi, nepreukázanie dopravy, neznalosť technických vlastností a parametrov integrovaných modulov, nekontaktnosť prvých a posledných platiteľov dane v reťazci, priznávanie daňových povinností dodatočným daňovým priznaním, nepriznanie nadobudnutia tovaru z územia členského štátu EÚ - do Českej republiky, kolotoč tovaru niekoľkokrát medzi personálne prepojenými spoločnosťami, postúpenie pohľadávky a iné objektívne skutočnosti) a ktoré vedú k záveru, že zneužitie práva bolo hlavným cieľom deklarovaných obchodov. IV. Konanie na správnom orgáne 14. Z pripojeného administratívneho spisu súd zistil, že správca dane vykonal u žalobcu na základe Oznámenia o daňovej kontrole zo dňa 15.07.2013 daňovú kontrolu DPH za zdaňovacie obdobie január až december 2012, o výsledku ktorej vyhotovil protokol č. 9601402/5/4600477/2014/Bed zo dňa 13.10.2014, ktorý bol spolu s výzvou na vyjadrenie k zisteniam uvedeným v protokole doručený žalobcovi dňa 31.10.2014. Žalobca v stanovenej lehote dňa 21.11.2014 doručil správcovi dane vyjadrenie k zisteniam uvedeným v protokole. 15. Správca dane kontrolou predložených dokladov zistil nasledovné skutočnosti, ktoré neskôr premietol do protokolu a preskúmavaného rozhodnutia. 16. Žalobca si v kontrolovanom zdaňovacom období august 2012 uplatnil právo na odpočítanie DPH v celkovej výške XX.XXX Eur z dodávateľskej faktúry od dodávateľa P., P..D..G.., a to za nákup tovaru: náhradné diely elektronického charakteru. 17. Zo skladovej evidencie spoločnosti žalobcu, nákup, predaj a zostatok tovaru v kusoch jednotlivých druhov tovaru správcom dane vyplynulo, že spoločnosť P., P..D..G.. a žalobca si medzi sebou fakturovali ten istý druh tovaru v rámci zdaňovacích období január až december 2012. Správca dane mal za to, že z uvedeného jednoznačne bolo preukázané, že spoločnosti D., J.. P.. - G. S., I. Y., P..D..G.., U.Q.-K., P.. P. D..G.., P., P..D..G.., J. H., P.. P. D..G.., so zapojením do reťazového obchodu aj so žalobcom, si prefakturovávali ten istý tovar len medzi sebou bez toho, aby ho kúpili od inej spoločnosti, alebo predali inej spoločnosti, a teda tento tovar neskončil v skutočnej spotrebe ako náhradný diel elektronického charakteru konečným odberateľom, ale tieto obchodné transakcie prebiehali len fakturačne, bez materiálnej podstaty, za účelom zvyšovania obratu, a tým aj bonity jednotlivých spoločností v reťazci. 18. Žalovaný a správca dane vo veci vydali v úvode odôvodnenia rozsudku opísané rozhodnutia, pričom odôvodnenia týchto rozhodnutí sú obdobné ako vyjadrenie k žalobe a detailnejšie sa súd k jednotlivým ich častiam vyjadril nižšie. V. Posúdenie veci 19. Krajský súd v Bratislave ako súd vecne a miestne príslušný na konanie vo veci (§ 10, § 11 ods. 1 SSP) preskúmal napadnuté rozhodnutie v rozsahu dôvodov uvedených v žalobe, ako aj konanie, ktoré mu predchádzalo a dospel k záveru, že žaloba nie je dôvodná. 20. Podľa § 2 ods. 1 SSP v správnom súdnictve poskytuje správny súd ochranu právam alebo právom chráneným záujmom fyzickej osoby a právnickej osoby v oblasti verejnej správy a rozhoduje v ďalších veciach ustanovených týmto zákonom. 21. Podľa § 177 ods. 1 SSP správnou žalobou sa žalobca môže domáhať ochrany svojich subjektívnych práv proti rozhodnutiu orgánu verejnej správy alebo opatreniu orgánu verejnej správy. 22.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23. Podľa § 3 ods. 1 daňového poriadku, pri správe daní sa postupuje podľa všeobecne záväzných predpisov, chránia sa záujmy štátu a obcí a dbá sa pritom na zachovanie práv a právom chránených záujmov daňových subjektov a iných osôb. 24.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25. Podľa § 3 ods. 3 daňového poriadku, správca dane hodnotí dôkazy podľa svojej úvahy, a to každý dôkaz jednotlivo a všetky dôkazy vo vzájomnej súvislosti, prihliada na všetko, čo pri správe daní vyšlo najavo. 26.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skutočností, na ktorých preukázanie bol vyzvaný správcom dane v priebehu daňovej kontroly alebo daňového konania, c) vierohodnosť, správnosť a úplnosť evidencií a záznamov, ktoré je povinný viesť. 27. Podľa § 24 ods. 2 daňového poriadku, správca dane vedie dokazovanie, pričom dbá, aby skutočnosti nevyhnutné na účely správy daní boli zistené čo najúplnejšie a nie je pritom viazaný iba návrhmi daňových subjektov. 28. Podľa § 24 ods. 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29.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30. Podľa § 65 ods. 2 a 3 daňového poriadku, ak vzhľadom na mimoriadnu zložitosť prípadu alebo iné závažné okolnosti alebo osobitnú povahu prípadu nemožno rozhodnúť ani v lehote do 60 dní, môže túto lehotu pred jej uplynutím na základe písomného odôvodnenia primerane predĺžiť druhostupňový orgán. Ak rozhoduje druhostupňový orgán, môže túto lehotu pred jej uplynutím na základe písomného odôvodnenia primerane predĺžiť ministerstvo, a ak rozhoduje ministerstvo, minister. Ak orgán príslušný na rozhodnutie v daňovom konaní nemôže vo veci rozhodnúť v lehote do 60 dní, je povinný o tom písomne s uvedením dôvodov upovedomiť daňový subjekt. 31. Podľa § 65 ods. 6 daňového poriadku, lehota na rozhodnutie je zachovaná, ak v posledný deň lehoty daňový subjekt prevezme rozhodnutie u správcu dane alebo ak správca dane odovzdá rozhodnutie na poštovú prepravu prostredníctvom pošty alebo poskytovateľa poštových služieb alebo ak odošle rozhodnutie elektronickými prostriedkami. 32. Podľa § 49 ods. 1 v nadväznosti na § 19 ods. 1 zákona o DPH, právo na odpočítanie dane z tovarov a služby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33.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34.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35.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36. Súd dospel k záveru, že správca dane v súlade so zákonom o DPH vyrubil žalobcovi rozdiel DPH za zdaňovacie obdobie august 2012 v sume XX.XXX Eur. Súd na tomto mieste upriamuje pozornosť na Rozsudok NSSR sp.zn. 6Sžfk/48/2017, ktorým NSSR potvrdil rozsudok KSBA sp.zn. č. 6S/41/20016, ktorým Krajský súd v Bratislave zamietol žalobu. V uvedenej veci súdy rozhodovali vo veci totožných účastníkov za rovnaký rok (2012), konkrétne zdaňovacie obdobie február 2012. 37. Dôkazy a zistenia správcu dane preukazujú, že uplatnenie odpočítania dane za dodanie tovaru, aj napriek formálnemu dodržaniu zákonom určených podmienok, viedlo k získaniu daňovej výhody. Správcom dane boli zistené také objektívne skutočnosti, ktoré jednoznačne nasvedčujú zneužitiu práva žalobcom ako aj ostatnými spoločnosťami v reťazci. Správca dane viedol dokazovanie v zmysle zásady objektívnej pravdy, snažil sa presne a úplne zistiť skutkový stav veci tým, že si zaobstaral podklady a dôkazy nevyhnutné pre rozhodnutie. Žalobca v daňovom konaní, ako aj v žalobe, neuviedol také dôkazy a argumenty, ktoré by boli schopné vyvrátiť závery správcu dane o fiktívnosti obchodov. 38. Podľa názoru súdu sa správne orgány vecou dôkladne zaoberali, pričom správca dane vykonal vo veci rozsiahle dokazovanie, a nie je možné ani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daňového poriadku,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39. Správca dane správne vyhodnotil obchodný prípad medzi žalobcom a spoločnosťou P., P..D..G.. v tom smere, že tieto spoločnosti boli účastníkmi reťazca spoločností (viď bod 17 tohto rozsudku), ktoré si navzájom faktúrovali ten istý tovar medzi sebou bez toho, aby ho kúpili od inej spoločnosti, alebo predali inej spoločnosti, a teda tento tovar neskončil v skutočnej spotrebe ako náhradný diel elektronického charakteru konečným odberateľom, ale tieto obchodné transakcie prebiehali len fakturačne, bez materiálnej podstaty. V rámci dokazovania sa nepreukázala skutočnosť, že dodávateľ aj fakturovaný zdaniteľný obchod skutočne dodal žalobcovi a zároveň nebolo preukázané, že žalobca deklarovaný zdaniteľný obchod reálne prijal a následne použil na účely svojej podnikateľskej činnosti. Súd sa stotožnil s názorom správcu dane, že existencia tovarov je nepreukázaná, pričom išlo o medzi sebou fiktívne obchodujúce spoločnosti. 40. Z napadnutého rozhodnutia žalovaného, ako aj z predloženého administratívneho spisu vyplýva, že správca dane vykonal dokazovanie a šetrenie uskutočnenia deklarovaných zdaniteľných plnení v celom reťazci daňových subjektov, ktorý bol v podstate uzatvorený. Správca dane teda nevykonal iba formálnu kontrolu dokladov, ktoré žalobca skutočne mal, ale zameral sa na realitu vecného plnenia vo všetkých vzájomných súvislostiach s ohľadom na skutočnosti zistené pri výkone daňovej kontroly a vo vyrubovacom konaní. Pri posudzovaní nároku na odpočítanie DPH totiž musí mať skutočný stav prednosť pred stavom formálnym. 41. Skutočnosti o uzatvorenom obchodnom reťazci tovaru sú podstatné, pričom žalobca bol nesporne aktívnym a zainteresovaným účastníkom v tomto „kolotoči“. Vo všeobecnosti odberateľ nevie ovplyvniť obchodné aktivity svojho dodávateľa a nezodpovedá za konanie iných subjektov konajúcich nezávisle, poctivo a za účelom dosiahnutia zisku z reálneho podnikania. V danom prípade však išlo o fiktívne obchodovanie s tovarom, ktoré navyše nevykazuje ani známky ekonomického zmyslu, keďže prvým zisteným dodávateľom tovaru (integrované moduly) je daňový subjekt U.-K., P.. P..D..G.., u ktorého tovar po prefakturovaní cez viaceré spoločnosti napokon aj skončil. Tento subjekt bol teda prvotným dodávateľom a napokon aj odberateľom toho istého tovaru. Žalobca kupoval a zároveň dodával tovar spoločnosti I. Y., P..D..G.. ako poslednému článku v obchodnom reťazci na území Slovenskej republiky, ktorá tento tovar dodávala do Českej republiky spoločnosti J. K., P.. D.. G.., ktorá následne deklarovala dodanie tovaru slovenským odberateľom U.-K., P.. P. D..G.. a V.-J. P..D..G.. Tieto spoločnosti nepriznali nadobudnutie tovaru z členských štátov únie v daňových priznaniach za rok 2012. 42. Správca dane bol nesporne oprávnený v prípade pochybností preverovať celý obchodný reťazec a zistil, že sa jedná o fakturačné obchodné transakcie s tovarom v reťazci dodávateľov a odberateľov, ktorého súčasťou sa stal aj žalobca. Nie je sporné, že by žalobca nepredložil daňové doklady v zmysle zákona o DPH ako faktúry, dodacie listy, objednávky, CMR doklady o preprave. Správca dane však šetrením zistil také objektívne skutočnosti, na základe ktorých mal dôvodnú pochybnosť o reálnom uskutočnení deklarovaných plnení a tieto žalobca neodstránil. 43. Žalovaný po preskúmaní spisového materiálu, skutočností zistených v daňovej kontrole a námietok odvolania dospel k záveru, že správca dane vykonal dokazovanie a šetrenie v súlade so zásadami daňového konania uvedenými v § 3 daňového poriadku, vykonal na zistenie sporných skutočností dokazovanie, ktoré vyhodnotil v súlade s § 3 ods. 3 cit. zákona, t. j. vykonané dôkazy hodnotil podľa svojej úvahy, a to každý dôkaz jednotlivo a všetky dôkazy v ich vzájomnej súvislosti, pritom prihliadal na všetko čo v daňovom konaní vyšlo najavo. Záver, že žalobca neuniesol dôkazné bremeno preukázateľnosti splnenia zákonom o DPH stanovených podmienok na uplatnenie odpočítania dane, pretože nepreukázal, že deklarovaný zdaniteľný obchod bol reálne uskutočnený, a preto nebolo možné uznať sporné odpočítanie dane, je záverom, ktorý logicky vyplýva z vykonaného dokazovania. Žalobca bol oboznamovaný s výsledkami šetrenia a zisťovania, avšak nepredložil také dôkazné prostriedky preukazujúce skutočné naplnenie zákonných podmienok uvedených v § 49 zákona o DPH. Správca dane umožnil žalobcovi, aby sa vyjadril k záverom uvedeným v protokole, mal možnosť poukázať na nepresnosti a pochybnosti v písomnom vyjadrení k protokolu tak, ako mu to zákon umožňuje. 44. Dôležitou právnou otázkou bolo posúdenie miery zaťaženia žalobcu dôkazným bremenom, keď z vykonaného dokazovania v rámci celého obchodného reťazca spoločností vyplynul rad vážnych pochybností o reálnom priebehu obchodov, ktoré boli deklarované za účelom získania nadmerných odpočtov DPH. Z rozsudku Najvyššieho súdu SR sp. zn. 4Sžf/32/2012 zo dňa 27.11.2012 vyplýva, že: „vzhľadom na skutočnosť spochybnenia existencie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45. Transakcie deklarované predloženými účtovnými dokladmi nenesú znaky základných obchodných princípov, čo podporuje správnosť názoru správcu dane o fiktívnosti obchodov. Dokazovanie spoľahlivo spochybnilo, že sa s deklarovaným tovarom reálne obchodovalo. Vystavením faktúr nevzniká automaticky daňová povinnosť podľa § 19 ods. 1 zákona o DPH. Len s dodaním tovaru je spojený vznik daňovej povinnosti, ktorú zákon o DPH upravuje v ustanovení § 19 ods. 1, keď daňová povinnosť vzniká dňom dodania tovaru, a tým kupujúci nadobudne právo nakladať s tovarom ako vlastník. Vzniku daňovej povinnosti teda predchádza dodanie tovaru, čo v danom prípade nebolo vierohodným a preukazným spôsobom potvrdené. Nakoľko nedošlo k dodaniu tovaru, nemohlo dôjsť k vzniku daňovej povinnosti. Zákon o DPH však rieši aj prípady, kedy faktúra vystavená je, ale k samotnému dodaniu tovaru a služieb vôbec nepríde. V takom prípade, ak platiteľ vo faktúre alebo v inom doklade o predaji uvedie vyššiu sumu dane ako je povinný platiť podľa tohto zákona, je povinný platiť túto vyššiu sume dane (§ 71 ods. 6 zákona o DPH). Keďže nebola preukázaná reálna existencia a dodanie tovaru všetkými zúčastnenými spoločnosťami v reťazci, dodávateľovi žalobcu nevznikla povinnosť platiť daň v zmysle § 19 ods. 1 a 2 zákona o DPH, ale v zmysle § 71 ods. 6 zákona o DPH, t.j. uvedením na faktúre. A to z dôvodu, že faktúra je doklad, ktorým si platiteľ uplatňuje právo na odpočítanie dane vo väzbe na splnenie ďalších zákonom stanovených podmienok - § 51 v nadväznosti na § 49 zákona o DPH. Z dôvodu, že u priameho dodávateľa žalobcu sa nepotvrdilo reálne dodanie tovaru, správca dane bol povinný šetriť celý obchodný reťazec. Kontrolu dane v uvedenom rozsahu vykonal aj preto, lebo základné pravidlá DPH musia byť dodržané v celom obchodnom reťazci. Keďže dodávateľovi žalobcu nevznikla daňová povinnosť podľa § 19 ods. 1 zákona o DPH, žalobcovi nevzniklo ani právo na odpočet dane. 46. Predloženie dokladov je len jednou z hmotnoprávnych podmienok na uznanie nároku na odpočítanie dane, i keď majú doklady všetky náležitosti faktúry a sú riadne zaúčtované. V procese daňovej kontroly je potrebné zistiť pôvod tovarov, obchodníkov a konečných spotrebiteľov tovarov. Aby mohol byť uplatnený nárok na odpočítanie dane, musia mať nadobudnuté tovary a služby priame a bezprostredné spojenie s výstupnými plneniami, ktoré sú dôvodom pre uplatnenie nároku na odpočítanie dane. Je preto nevyhnutné, aby zámer platiteľa, ako použije prijaté plnenia, bol zrejmý v čase vzniku práva na odpočítanie dane, aby bolo jednoznačné, že prijaté tovary alebo služby sa viažu k uskutočneniu plnení, s ktorými je spojený nárok na odpočet dane. Spoločný systém DPH preto zaručuje plnú neutralitu, čo sa týka daňového zaťaženia všetkých ekonomických činností bez ohľadu na ich účel a výsledok, pokiaľ tieto činnosti ako také podliehajú dani z pridanej hodnoty. Podľa ustálenej judikatúry je právo na odpočítanie dane neoddeliteľnou súčasťou mechanizmu DPH a v zásade ho nemožno obmedziť. Aby bolo možné odpočítať DPH, musia plnenia uskutočnené na vstupe priamo a bezprostredne súvisieť s plneniami na výstupe, pri ktorých je DPH odpočítateľná. Z rozsudkov Súdneho dvora EÚ (napr. rozsudok C-37/95, C-268/83, C-98/98, C-169/04, C-16/00) vyplýva, že DPH môže byť odpočítaná iba v prípade, že prijaté zdaniteľné plnenia priamo a bezprostredne súvisia s uskutočňovanými plneniami, s ktorými je spojený nárok na odpočet dane. Nárok na odpočet dane na vstupe u prijatého tovaru alebo prijatých službách vzniká iba v situácii, ak sú tieto prijaté plnenia súčasťou nákladov na uskutočnené plnenia, s ktorými je spojený nárok na odpočet dane na vstupe. 47. Existencia faktúry a ďalších dokladov ešte neznamená, že došlo k dodaniu tovarov a služieb podľa nich, preukázanie dodania nevychádza len z účtovania, ale musí byť preukázané i z reálneho plnenia, ktoré musí preukázať platiteľ. Znakom jednej zo zásad obchodného práva, t. 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platiteľom sú oprávnené. Ani realizácia úhrady nie je dostatočným dôkazom o uskutočnení zdaniteľného obchodu. Vo všeobecnosti samotné faktúry, kúpne zmluvy, CMR, evidencie DPH a iné doklady ešte nepreukazujú, že vzniklo právo na odpočítanie dane, pričom správca dane v danom prípade nevychádzal len z dokladov predložených daňovým subjektom, ale vykonal dokazovanie v zmysle daňového poriadku formou dožiadaní smerujúcich k prevereniu a získaniu dôkazov o fakturovanom zdaniteľnom obchode, pretože iba samotná existencia faktúry vyhotovenej platiteľom dane, na ktorej je uvedená DPH, ešte nezakladá právo na odpočítanie dane.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Hodnotenie dôkazov však neznamená mechanické preberanie informácií, či bezvýhradné akceptovanie dokladov, resp. údajov v nich uvedených, ako faktov. 48. Správca dane dostatočne vyčerpal svoje dôkazné bremeno, keď preveril všetky možné skutočnosti týkajúce sa predmetných faktúr. Pri dôkaznej povinnosti platiteľa to znamená, že ak správca dane na základe určitých informácií nadobudol závažné pochybnosti o pravdivosti, hodnovernosti predložených dokladov, či vyjadrení daňového subjektu, nemohol ich uznať ako relevantné, ak kontrolovaný daňový subjekt ich hodnovernosť nepreukázal, resp. pochybnosti zistené správcom dane neodstránil. Podľa daňového poriadku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Hodnotenie vykonaných dôkazov je vecou správnej úvahy správcu dane, ktorý posudzuje, či sa určitá skutočnosť má považovať za dokázanú, či vykonané dôkazy postačujú alebo či si treba obstarať ešte iné podklady pre rozhodnutie. Aj keď dokazovanie v daňovom konaní vedie správca dane, dôkazné bremeno spočíva na daňovom subjekte. V rámci dokazovania posudzuje správca dane závažnosť jednotlivých dôkazných prostriedkov a je tiež v jeho právomoci posúdiť vierohodnosť jednotlivých dôkazných prostriedkov a rozhodnúť o ich preukaznosti. 49. Primárne je nevyhnutné uniesť dôkazné bremeno na strane daňového subjektu, ktorý disponuje svojim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(pozri napr. rozsudok Najvyššieho súdu SR sp. zn. 2Sžf/4/2009 z 23.06.2010 v spojení s rozhodnutím Ústavného súdu SR č. k. III. ÚS 78/2011-17 z 23.02.2011). To znamená, že právo na odpočítanie dane si môže daňový subjekt uplatniť v tom prípade, ak preukáže, že došlo k dodaniu zdaniteľného obchodu a tento zdaniteľný obchod použije na účely svojho podnikania ako platiteľ. Preukázanie tejto skutočnosti je povinnosťou daňového subjektu a jej splnenie podľa zásady voľného hodnotenia dôkazov potom hodnotí daňový orgán. 50. V danom prípade existuje rozpor medzi deklarovaným a reálnym skutkovým stavom - nepreukázanie samotnej materiálnej existencie obchodu, ktorý mal za následok vznik legitímnych a logických pochybností zo strany správcu dane k deklarovanej obchodnej transakcii. Správca dane vykonal dostatok úkonov za účelom správneho posúdenia veci a preukázal porušenie zákona o DPH. Pri výkone kontroly postupoval objektívne, bral do úvahy vždy skutočný obsah právneho úkonu (zásada ekonomického dosahu právneho úkonu na daň), aby nedošlo k zastretým právnym úkonom, pri ktorých je síce úkon právne perfektný, ale nevyjadruje skutočný ekonomický obsah. Pre spoľahlivé zistenie skutkového stavu bral na zreteľ svoju povinnosť obstarať si potrebné doklady a dôkazy. Na základe tejto povinnosti vykonal množstvo úkonov uvedených v protokole z kontroly, ktoré sú obsiahnuté aj v rozhodnutí, aby skutočnosti rozhodujúce pre správne určenie dane boli zistené čo najúplnejšie. Správca dane kládol dôraz na zisťovanie jednotlivých dôkazov, ich hodnotenie a následné zdokumentovanie v protokole z dôvodu dodržania základných zásad daňového konania a pri výkone daňovej kontroly postupoval podľa zákona, pričom využil všetky zákonné možnosti pre splnenie účelu daňovej kontroly a eliminovania daňového úniku v kontrolovanom reťazci. Správca dane umožnil žalobcovi vyjadriť sa ku skutočnostiam týkajúcich sa daňovej kontroly, ako aj o problémoch v rámci dokazovania pravdivosti údajov a zároveň predložiť doklady preukazujúce jeho tvrdenia. Daňový poriadok neukladá správcovi dane získavať dôkazy preukazujúce tvrdenia daňového subjektu, ale daňovému subjektu poskytuje právo predkladať v priebehu daňovej kontroly dôkazy preukazujúce jeho tvrdenia. 51. Články 167, 168 písm. a), 178 písm. a), 220 ods. l, 226 a 273 smernice Rady 2006/112 vykladajú o službách, ktoré boli poskytnuté a o tovare, ktorý bol dodaný, ale v danej obchodnej transakcii toto nebolo preukázané. Všetko nasvedčuje tomu, že skutočným účelom v tomto prípade bolo iba profitovať na odpočítaní DPH. S poukazom na judikatúru Súdneho dvora treba každý jeden prípad posudzovať individuálne s prihliadnutím na všetky jeho okolnosti, čo správne orgány aj urobili a dospeli k záveru, že žalobca skutočne nepreukázal samotnú existenciu a dodanie tovaru a súd sa s týmto názorom stotožnil. 52. Súdny dvor EÚ v rozsudku zo dňa 21.06.2012 v spojených veciach C-80/11 a C-142/11 uviedol, že je potrebné pripomenúť, že boj proti podvodom, daňovým únikom a prípadným zneužitiam je cieľ uznaný a podporovaný smernicou 2006/112 (pozri najmä rozsudky Halifax zo 7. decembra 2010, R, C-285/09, bod 36, ako aj z 27. októbra 2011 Tanoarch, C-504/10, bod 50). V tejto súvislosti Súdny dvor už rozhodol, že osoby podliehajúce súdnej právomoci sa nemôžu podvodne alebo zneužívajúcim spôsobom dovolávať noriem práva Únie (pozri najmä rozsudok z 3. marca 2005, Fini H, C-32/03, Zb. s. I-1599,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 marca 2012, Véleclair, C-414/10, bod 32). V zmysle judikatúry Súdneho dvora EÚ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53. S poukazom na uvedené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DPH. Z ustálenej judikatúry Súdneho dvora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54. Z konštatácie Súdneho dvora EÚ vyplýva,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Taktiež Súdny dvor EÚ pripúšťa, že nie je v rozpore s právom Únie požadovať, aby subjekt prijal všetky opatrenia (due diligence), ktoré možno od neho rozumne požadovať, aby sa uistil, že plnenie, ktoré uskutoční, nebude viesť k jeho účasti na daňovom podvode.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SD EÚ v spojených veciach Mahagében kft a Pétér Dávid č. C-80/11 a C-142/11). 55. Súdny dvor EÚ vo veci C-255/02 Halifax definoval zneužitie práva. Podľa vyjadrenia generálneho advokáta vo veci Halifax z judikatúry Súdneho dvora vyplýva všeobecná zásada práva Spoločenstva spočívajúca v tom, že o právo Spoločenstva sa nemožno opierať na zneužívajúce alebo podvodné účely. O žiadne ustanovenie práva Spoločenstva sa nemožno opierať na zaistenie výhod, ktoré sú zjavne v rozpore s jeho účelmi a cieľmi. Táto všeobecná zásada výkladu je uplatniteľná aj na ustanovenia šiestej smernice (teraz smernica 2006/112/ES). Pravidlá DPH majú byť vykladané v súlade so všeobecnou zásadou zákazu zneužitia práva Spoločenstva. Boj proti daňovým podvodom je uznaným cieľom smernice 2006/112/ES o spoločnom systéme dane z pridanej hodnoty, ktorú zákon o DPH transponuje. O zneužitie práva sa jedná v prípade, ak predmetné plnenia napriek formálnemu dodržaniu podmienok stanovených v príslušných ustanoveniach šiestej smernice a vo vnútroštátnej právnej úprave preberajúcej túto smernicu (zákon o DPH) viedli k získaniu daňovej výhody, ktorej poskytnutie by bolo v rozpore s cieľom sledovaným týmito ustanoveniami. Na druhej strane z celku objektívnych prvkov musí takisto vyplývať, že hlavný cieľ je získať daňovú výhodu. Právo na odpočet stanovené v šiestej smernici je neoddeliteľnou súčasťou mechanizmu DPH a nemôže byť v zásade obmedzené. Uplatňuje sa bezprostredne na celkovú výšku dane z pridanej hodnoty zaťažujúcej plnenia uskutočnené na vstupe. Je to však iba v prípade, ak neexistujú podvodné alebo zneužívajúce okolnosti, a pod podmienkou prípadného zosúladenia podľa podmienok stanovených v článku 20 šiestej smernice. Podľa Súdneho dvora EÚ šiestu smernicu treba vykladať v tom zmysle, že bráni právu platiteľa dane na odpočet dane na vstupe, keď plnenia predstavujúce základ tohto práva predstavujú zneužitie. 56. Súd je názoru, že dôkazy a zistenia správcu dane nasvedčujú tomu, že uplatnenie odpočítania dane žalobcom za dodanie tovaru, aj napriek formálnemu dodržaniu zákonom určených podmienok (faktúra od platiteľa vyhotovená podľa § 71 zákona o DPH), viedlo k získaniu daňovej výhody, a teda k zneužitiu práva. 57. Žalobca namietal nesprávnosť vyhodnotenia výsledkov dokazovania, pričom mal za to, že správca dane nad rámec zákona prenášal na žalobcu neprimerané dôkazné bremeno, keď od neho požadoval dôkazy týkajúce sa iných subjektov, ktoré žalobca nemohol zabezpečiť. Žalobca mal za to, že vyčerpal svoje dôkazné bremeno tým, že predložil zákonom požadované daňové doklady. 58. Z obsahu rozsudku Najvyššieho súdu SR sp. zn. 3Sžf 1/2010 z 19. augusta 2010 napríklad vyplýva, že v konaní bolo zásadnou právnou otázkou posúdenie rozloženia dôkazného bremena medzi daňový subjekt ako platiteľa DPH a správcu dane, ak prijaté zdaniteľné plnenie materiálne existuje, ale sú pochybnosti o osobe dodávateľa (taktiež platiteľa), keď práve dodávateľ v rámci miestneho zisťovania nevie preukázať, že dodaný tovar vyrobil, respektíve ako ho obstaral a následne reálne dodal platiteľovi. Z rozsudkov Súdneho dvora EÚ vyplýva, že dotknuté plnenia boli súčasťou dodávateľských reťazcov, do ktorých patril bez vedomia žalujúcich obchodných spoločností vo veciach samých subjekt, ktorý si neplnil záväzky, teda subjekt povinný platiť DPH, ale zmizol bez toho, aby túto daň príslušným orgánom uhradil, alebo subjekt, ktorý neoprávnene používal identifikačné číslo platiteľa DPH, teda číslo, ktoré mu nepatrilo, pričom tieto praktiky sú podľa Commissioners (kontrolné daňové orgány na úseku spotrebných daní v Spojenom kráľovstve) podvodmi typu „kolotoč“. Súdny dvor EÚ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59. Obchod, o ktorom svedčí len existencia formálnych dokladov,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Z obsahu napádaných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medzi jednotlivými článkami obchodného reťazca neznamená, že bolo povinnosťou žalobcu v daňovom konaní vo veci preverenia jeho nároku na nadmerný odpočet takéto daňové doklady týkajúce sa iných subjektov predkladať. Správca dane mal právo preveriť existenciu obchodu,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skutočne obchodoval. Bolo na žalobcovi, aby predložil dôkazy potvrdzujúce, že obchod skutočne existoval. 60. Na základe výsledkov vykonaného dokazovania, kedy správca dane aplikoval zásadu voľného hodnotenia dôkazov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obchodu, a teda reálnosti deklarovaného zdaniteľného plnenia,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DPH a tvrdenie o nemožnosti ovplyvniť dodržiavanie administratívnych povinností a zákonných postupov zo strany daňových subjektov zúčastnených v obchodnom reťazci zdaniteľných plnení predchádzajúcich alebo nasledujúcich po kontrolovanom zdaniteľnom obchode. 61. Pri rozhodovaní je potrebné vykladať relevantné právne normy eurokonformným spôsobom s prihliadnutím na judikatúru Súdneho dvora EÚ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62. Súd nepovažuje za dôvodnú ani námietku žalobcu ohľadom nedodržania lehoty na rozhodnutie žalovaného, nakoľko z predloženého administratívneho spisu vyplýva, že žalobca bol v súlade s § 65 ods. 3 daňového poriadku upovedomený o nemožnosti rozhodnúť v zákonnej lehote (listom zo dňa 24.09.2015 doručenom žalobcovi dňa 14.10.2015), ktorá bola rozhodnutím Ministerstva financií SR č. MF/20633/2015-77 zo dňa 24.09.2015 v súlade s § 65 ods. 2 daňového poriadku predlžená o 90 dní, t.j. do 26.12.2015. Napadnuté rozhodnutie žalovaného bolo podané na poštovú prepravu v súlade s § 65 ods. 6 daňového poriadku dňa 23.12.2015. 63. Súd vychádzajúc zo skutkových zistení v danej veci dospel k záveru, že správne orgány oboch stupňov v danom prípade postupovali v súlade s citovanou právnou úpravou, vo veci si zadovážili dostatok skutkových podkladov relevantných pre vydanie rozhodnutia, v odôvodnení rozhodnutia uviedli dôvody, na základe ktorých v danej veci rozhodli, námietkami žalobcu sa náležite zaoberali a žalovaný sa súčasne v dôvodoch svojho rozhodnutia náležite vyporiadal s odvolacími námietkami. Napadnuté rozhodnutie žalovaného, ako aj rozhodnutie správcu dane, súd teda považuje za vecne správne, a preto žalobu ako nedôvodnú v súlade s § 190 SSP zamietol. 64. O nároku na náhradu trov konania rozhodol súd podľa § 168 v spojení s § 175 ods. 1 SSP, avšak vo veci úspešnému žalovanému žiadne dôvodne vynaložené trovy konania nevznikli, žiadne si ani neuplatnil, ide o orgán štátnej správy, a preto mu súd náhradu trov konania nepriznal. 65.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https://www.kauzis.sk/judikatura/r/ECLI:SK:KSBA:2018:1016200318.1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