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10Sd/33/2016 z 11. 6. 2018</w:t>
      </w:r>
    </w:p>
    <w:p>
      <w:r>
        <w:t>Rozsudok Krajského súdu Bratislava z 11. júna 2018, sp. zn. 10Sd/33/2016, ECLI:SK:KSBA:2018:1016200398.2</w:t>
      </w:r>
    </w:p>
    <w:p>
      <w:r>
        <w:t>Súd: Krajský súd Bratislava</w:t>
      </w:r>
    </w:p>
    <w:p>
      <w:r>
        <w:t>Spisová značka: 10Sd/33/2016</w:t>
      </w:r>
    </w:p>
    <w:p>
      <w:r>
        <w:t>ECLI: ECLI:SK:KSBA:2018:1016200398.2</w:t>
      </w:r>
    </w:p>
    <w:p>
      <w:r>
        <w:t>Dátum vydania: 11. 6. 2018</w:t>
      </w:r>
    </w:p>
    <w:p>
      <w:r>
        <w:t>Forma: Rozsudok</w:t>
      </w:r>
    </w:p>
    <w:p>
      <w:r>
        <w:t>Oblasť práva: Správne právo</w:t>
      </w:r>
    </w:p>
    <w:p>
      <w:pPr>
        <w:pStyle w:val="Heading2"/>
      </w:pPr>
      <w:r>
        <w:t>Text rozhodnutia</w:t>
      </w:r>
    </w:p>
    <w:p>
      <w:r>
        <w:t>Súd: Krajský súd Bratislava Spisová značka: 10Sd/33/2016 Identifikačné číslo súdneho spisu: 1016200398 Dátum vydania rozhodnutia: 12. 06. 2018 Meno a priezvisko sudcu, VSÚ: JUDr. Beata Jurgošová ECLI: ECLI:SK:KSBA:2018:1016200398.2 ROZSUDOK V MENE SLOVENSKEJ REPUBLIKY Krajský súd v Bratislave sudkyňou JUDr. Beátou Jurgošovou v právnej veci navrhovateľa: O.. A. A., bytom T. Ú. XXXX/XX, N. proti odporkyni: Sociálna poisťovňa ústredie v Bratislave, Ul. 29. augusta č. 8, Bratislava, o invalidný dôchodok, takto r o z h o d o l : Súd rozhodnutie odporkyne číslo XXX XXX XXXX X zo dňa 3. novembra 2015 v spojení so zmenovým rozhodnutím číslo XXX XXX XXXX X zo dňa 5.4.2016 potvrdzuje. Účastníkom náhradu trov konania nepriznáva. o d ô v o d n e n i e : Rozhodnutím číslo XXX XXX XXXX X zo dňa 3. novembra 2015 odporkyňa podľa § 70 ods. 1 zákona č. 461/2003 Z. z. o sociálnom poistení v znení neskorších predpisov zamietla žiadosť navrhovateľa o invalidný dôchodok. Rozhodnutím číslo XXX XXX XXXX X zo dňa 5.4.2016 odporkyňa podľa § 70 ods. 1 zákona č. 461/2003 Z. z. o sociálnom poistení v znení neskorších predpisov zamietla žiadosť navrhovateľa o invalidný dôchodok. Rozhodla tak s odôvodnením, že navrhovateľ ku dňu vzniku invalidity získal 4 roky a 0 dní obdobia dôchodkového poistenia, čím nesplnil podmienku potrebného počtu rokov obdobia dôchodkového poistenia na vznik nároku na invalidný dôchodok. Týmto rozhodnutím menila rozhodnutie zo dňa 3. novembra 2015. Navrhovateľ návrhom zo dňa 12.12.2016 žiadal preskúmať rozhodnutie odporkyne číslo XXX XXX XXXX X zo dňa 3.11.2015 a poukázal na prepúšťaciu správu s dodatkami zo dňa 4.11.2014, a žiadal o prehodnotenie dátumu vzniku invalidity. Krajský súd preskúmal napadnuté rozhodnutie podľa § 250l a nasl. O.s.p., prejednal návrh navrhovateľa a dospel k záveru, že návrh nie je dôvodný. Navrhovateľ sa na pojednávanie súdu dňa 12.6.2018 nedostavil, svoju neúčasť na ňom ospravedlnil a súhlasil s prejednaním veci v jeho neprítomnosti , a preto súd podľa § 101 ods. 2 Občianskeho súdneho poriadku (ďalej len O.s.p.) vec prejednal v jeho neprítomnosti. Krajský súd vykonal dokazovanie výsluchom odporkyne, posudkom posudkového lekára Sociálnej poisťovne pobočky Bratislava zo dňa 12. októbra 2015 a 1. februára 2016, posudkom posudkového lekára Sociálnej poisťovne ústredie Bratislava zo dňa 3. marca 2016, oboznámil sa s posudkovým spisom odporkyne a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nesplnil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zhoršenie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Podľa § 72 ods. 1 písm. d) cit. zákona počet rokov dôchodkového poistenia na vznik nároku na invalidný dôchodok poistenca vo veku nad 28 rokov do 34 rokov je najmenej 5 rokov. Podľa § 72 ods. 2 cit. zákona počet rokov dôchodkového poistenia na vznik nároku na invalidný dôchodok sa zisťuje z obdobia pred vznikom invalidity. Podľa § 73 ods. 2 cit. zákona suma invalidného dôchodku poistenca, ktorý má percentuálny pokles schopnosti vykonávať zárobkovú činnosť najviac o 70%,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Podľa § 63 ods. 1 cit.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Podľa § 82 ods. 2 cit. zákona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Posudkový lekár sociálneho poistenia Sociálnej poisťovne pobočka Bratislava v posudku zo dňa 12.10.2015 uviedol, že navrhovateľ je invalidným, s mierou poklesu schopnosti vykonávať zárobkovú činnosť 75 %. Dátum vzniku invalidity stanovil od 21.9. 2015. Uviedol, že rozhodujúcim zdravotným postihnutím u navrhovateľa sú choroby nervového systému, postihnutie mozgu, mozgové nádory, po odstránení nádoru počas onkologickej liečby (kapitoly VI., oddiel A, položka 11 písm. a) prílohy zákona č. 461/2003 Z. z. o sociálnom poistení). Posudkový lekár sociálneho poistenia Sociálnej poisťovne pobočka Bratislava v posudku zo dňa 1.2.2016 uviedol, že navrhovateľ mal v roku 2014 diagnostikovaný nádor mozgu, pre ktorý bol 14.10.2014 operovaný s následným ťažkým reziduálnym stavom, bol dlhodobo na umelej ventilácii pre respiračnú insuficienciu, pridružili sa aj ďalšie zápalové komplikácie. Od operácie prakticky ležiaci, pri rehabilitácii prejde len na krátku vzdialenosť, má poruchu hltana, rozvinutú sekundárnu epilepsiu, je odkázaný na pomoc druhej osoby. Mieru poklesu schopnosti vykonávať zárobkovú činnosť určil na hornej hranici danej položky vo výške 75 %. Dátum vzniku invalidity stanovil od 21.9.2015 dňom skončenia jednoročnej podpornej doby. Navrhovateľ podal opravný prostriedok proti rozhodnutiu Sociálnej poisťovne zo dňa 3.11.2015, ktorým mu bola zamietnutá žiadosť o invalidný dôchodok, nakoľko ku dňu vzniku invalidity 21.9.2015 nesplnil podmienku potrebnej doby poistenia. V opravnom prostriedku poukázal na prepúšťaciu správu s dodatkami zo dňa 4.11.2015 a žiadal o prehodnotenie dátumu vzniku invalidity. Navrhovateľ bol práceneschopný od 22.9.2014 do 20.9.2015, tým splnil podmienku pre priznanie invalidity, nakoľko nepriaznivý zdravotný stav trvá viac ako jeden rok. Preto dátum vzniku invalidity určil dňom skončenia podpornej doby t.j. od 21.9.2015. Posudkový lekár zotrval na pôvodnom posudku zo dňa 12.10.2015 a odstúpil kompletnú spisovú dokumentáciu na ďalšie konanie posudkovej lekárke Sociálnej poisťovne ústredie. Posudkový lekár Sociálnej poisťovne ústredie Bratislava v posudku zo dňa 3. marca 2016 poukázal na to, že dňa 14.10.2014 bol navrhovateľ operovaný na neurochirurgii pre mozgový nádor v oblasti predĺženej miechy a Varolovho mostu. Pooperačný priebeh bol komplikovaný viacerými zápalovými komplikáciami, navrhovateľ musel byť dlhšiu na umelej pľúcnej ventilácii, pre zlyhávanie srdcového a cievneho systému musel byť oživovaný. Dlhodobo mal zavedenú tracheostomickú kanylu, permanentný močový vývod a nosovo-žalúdočnú sondu, s ktorými bol vo februári 2015 prepustený do domácej starostlivosti. Dňa 12.10.2015 požiadal navrhovateľ o invalidný dôchodok, bol uznaný invalidným s MPSVZČ 75 % od 21.9.2015, po ukončení podpornej doby poberania nemocenských dávok. Invalidný dôchodok mu nebol priznaný pre nesplnenie potrebnej doby poistenia. Navrhovateľ žiadal posunúť dátumu vzniku invalidity na skorší termín. Rozhodujúcim zdravotným postihnutím odôvodňujúcim invaliditu navrhovateľa, sú choroby nervového systému, postihnutie mozgu, mozgové nádory, po odstránení nádoru počas onkologickej liečby, zaradené do kapitoly VI., oddiel A, položka 11.a) prílohy č. 4 zákona č. 461/2003 Z.z. o sociálnom poistení. Mieru poklesu schopnosti vykonávať zárobkovú činnosť určil na 75 %. Výsledná miera poklesu schopnosti vykonávať zárobkovú činnosť je 75 %. Dátum vzniku invalidity určil od 21.9.2015, odo dňa, kedy navrhovateľovi skončila jednoročná podporná doba poberania nemocenských dávok tak, ako určujú pracovné postupy Sociálnej poisťovne. Navrhovateľ žiadosťou zo dňa 12.10.2015 požiadal o priznanie invalidného dôchodku od 21.9.2015. Podľa posudku posudkového lekára sociálneho poistenia Sociálnej poisťovne, ústredie Bratislava zo dňa 3. marca 2016, je navrhovateľ invalidný od 21.9.2015 s mierou poklesu schopnosti vykonávať zárobkovú činnosť 75 % v porovnaní so zdravou fyzickou osobou. Posudkový lekár v posudku uviedol, že navrhovateľ žiadal o invalidný dôchodok, posudkovým lekárom sociálnej poisťovne, pobočka Bratislava, bol uznaný invalidným s MPSVZČ 75% pre choroby nervového systému, postihnutia mozgu, mozgové nádory, po odstránení nádoru, počas onkologickej liečby. Po podrobnom preskúmaní posudkovej spisovej dokumentácii a po vlastnom vyšetrení navrhovateľa konštatoval, že spĺňa kritériá pre priznanie invalidity s MPSVZČ 75%. Rozhodujúcim zdravotným postihnutím u navrhovateľa sú choroby nervového systému, postihnutie mozgu, mozgové nádory po odstránení nádoru, počas onkologickej liečby (kapitola VI., oddiel A, položka 11.a) prílohy č. 4 zákona č. 461/2003 Z. z. o sociálnom poistení), kde mieru poklesu schopnosti vykonávať zárobkovú činnosť stanovil na 75 %. Za iné zdravotné postihnutia nezvýšil percentuálnu mieru. Ďalej uviedol, že navrhovateľ je naďalej invalidný podľa § 71 ods. 1 zákona č. 461/2003 Z.z. o sociálnom poistení, lebo pre dlhodobo nepriaznivý zdravotný stav má pokles schopnosti vykonávať zárobkovú činnosť o viac ako 40 % v porovnaní so zdravou fyzickou osobou. Miera poklesu schopnosti vykonávať zárobkovú činnosť je 75 %. Invalidita vznikla v dôsledku choroby. Dátum vzniku invalidity stanovil od 21.09.2015. Zástupkyňa odporkyne uviedla, že vzhľadnom na zhodné závery posudkových lekárov sociálneho poistenia, ktorí určili navrhovateľovi MPSVZČ 75% od 21.09.2015, a s poukazom na to, že navrhovateľ si doplatil 1 deň dôchodkového poistenia, zotrváva na správnosti a zákonnosti napadnutého rozhodnutia zo dňa 03.11.2015 v spojení so zmenovým rozhodnutím číslo XXX XXX XXXX X zo dňa 05.04.2015 o zamietnutí žiadosti navrhovateľa o invalidný dôchodok. Zároveň uviedla, že posúdenie zdravotného stavu ako aj stanovenie konkrétneho dátumu invalidity je výlučne v kompetencii posudkových lekárov sociálneho poistenia. Poukázala na to, že podľa zákona, je dlhodobo nepriaznivý zdravotný stav, taký zdravotný stav, ktorý spôsobuje pokles schopnosti vykonávať zárobkovú činnosť, a ktorý má podľa poznatkov lekárskej vedy trvať dlhšie ako jeden rok. Posudkový lekár sociálneho poistenia Sociálnej poisťovne ústredie Bratislava v posudku zohľadnil všetky navrhovateľom uvádzané ťažkosti a vysporiadal sa s lekárskymi nálezmi nachádzajúcimi sa v zdravotnej dokumentácii navrhovateľa a určil, že rozhodujúcim zdravotným postihnutím u navrhovateľa sú choroby nervového systému, postihnutie mozgu, mozgové nádory, po odstránení nádoru, počas onkologickej liečby ((kapitola VI., oddiel A, položka 11.a) prílohy č. 4 zákona č. 461/2003 Z.z.). Určil mieru poklesu schopnosti vykonávať zárobkovú činnosť 75 %. Za ostatné ochorenia nezvýšil percentuálnu mieru. Celková miera poklesu schopnosti vykonávať zárobkovú činnosť u navrhovateľa je 75 %. Dátum vzniku invalidity stanovil od 21.09.2015. Navrhovateľ je invalidný podľa § 71 ods. 1 zákona č. 461/2003 Z. z. o sociálnom poistení, lebo pre dlhodobo nepriaznivý zdravotný stav má pokles schopnosti vykonávať zárobkovú činnosť o viac ako 40 % v porovnaní so zdravou fyzickou osobou. Z vyššie uvedeného vyplýva, že navrhovateľ splnil medicínsku podmienku nároku na invalidný dôchodok. Podľa § 72 ods. 1 písm. d) zákona o sociálnom poistení počet rokov dôchodkového poistenia na vznik nároku na invalidný dôchodok poistenca vo veku nad 28 rokov do 34 rokov je najmenej päť rokov. Súd poukazuje na ustanovenie § 72 ods. 2 zákona č. 461/2003 Z.z. o sociálnom poistení v znení zákona č. 449/2008 Z.z., podľa ktorého počet rokov dôchodkového poistenia na vznik nároku na invalidný dôchodok sa zisťuje z obdobia pred vznikom invalidity. Navrhovateľ ku dňu vzniku invalidity, t. j. k 21.9.2015 dosiahol vek 28 rokov, preto splnenie zákonom stanovenej podmienky získania potrebného počtu rokov obdobia dôchodkového poistenia na nárok na invalidný dôchodok, je v súlade s citovanými ustanoveniami zákona o sociálnom poistení podmienené získaním najmenej päť rokov dôchodkového poistenia pred vznikom invalidity. Doba poistenia navrhovateľa bola zhodnotená na základe spisového a evidenčného materiálu nachádzajúceho sa v evidencii Sociálnej poisťovne ústredie. Z obsahu evidenčného a spisového materiálu vyplýva, že navrhovateľ pred vznikom invalidity, t.j. pred 21.9.2015, získal celkovo 1459 dní, t.j. 3 roky a 364 dní dôchodkového poistenia (ďalej len „osobný list“). Navrhovateľ dňa 21.12.2015 uhradil poistné v súlade s § 142 ods. 3 zákona v znení neskorších predpisov za obdobie od 1.1.2014 do 1.1.2014, t.j. 1 deň. Z uvedeného dôvodu bolo vydané zmenové rozhodnutie číslo XXX XXX XXXX X zo dňa 5.4.2016, ktorým navrhovateľovi bola opätovne zamietnutá žiadosť o invalidný dôchodok z dôvodu, že ku dňu vzniku invalidity získal 4 roky a 0 dní obdobia dôchodkového poistenia a nesplnil podmienku potrebného počtu rokov dôchodkového poistenia na vznik nároku na invalidný dôchodok podľa § 72 ods. 1 písm. d) zákona o sociálnom poistení. Podľa ustanovenia § 72 ods. 1 písm. d) zákona v znení neskorších predpisov počet rokov dôchodkového poistenia na vznik nároku na invalidný dôchodok poistenca vo veku nad 28 rokov do 34 rokov, je najmenej päť rokov. Z obsahu evidenčného a spisového materiálu vyplýva, že navrhovateľ pred vznikom invalidity, získal celkovo 4 roky a 0 dní dôchodkového poistenia, čím nesplnil podmienku potrebného počtu rokov obdobia dôchodkového poistenia na vznik nároku na invalidný dôchodok. Zo zisteného skutkového stavu súd mal za to, že žiadosť navrhovateľa o invalidný dôchodok odporkyňa správne zamietla podľa citovaných zákonných ustanovení. Krajský súd preto z vyššie uvedených dôvodov rozhodnutie číslo XXX XXX XXXX X zo dňa 3.11.2015 v spojení so zmenovým rozhodnutím číslo XXX XXX XXXX X zo dňa 5.4.2016 podľa § 250q ods. 2 O.s.p. ako vecne správne potvrdil. O trovách konania súd rozhodol podľa § 250k ods. 1 v spojení s § 250l ods. 2 O.s.p. Navrhovateľ nebol v konaní úspešný, a preto mu súd trovy konania nepriznal a odporkyni trovy konania neprislúchajú. V danom prípade súd postupoval podľa ustanovenia § 492 ods. 1 zákona č. 162/2015 Z.z.,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https://www.kauzis.sk/judikatura/r/ECLI:SK:KSBA:2018:1016200398.2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