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8Sd/38/2016 z 1. 5. 2018</w:t>
      </w:r>
    </w:p>
    <w:p>
      <w:r>
        <w:t>Uznesenie Krajského súdu Bratislava z 1. mája 2018, sp. zn. 8Sd/38/2016, ECLI:SK:KSBA:2018:1016200440.1</w:t>
      </w:r>
    </w:p>
    <w:p>
      <w:r>
        <w:t>Súd: Krajský súd Bratislava</w:t>
      </w:r>
    </w:p>
    <w:p>
      <w:r>
        <w:t>Spisová značka: 8Sd/38/2016</w:t>
      </w:r>
    </w:p>
    <w:p>
      <w:r>
        <w:t>ECLI: ECLI:SK:KSBA:2018:1016200440.1</w:t>
      </w:r>
    </w:p>
    <w:p>
      <w:r>
        <w:t>Dátum vydania: 1. 5. 2018</w:t>
      </w:r>
    </w:p>
    <w:p>
      <w:r>
        <w:t>Forma: Uznesenie</w:t>
      </w:r>
    </w:p>
    <w:p>
      <w:pPr>
        <w:pStyle w:val="Heading2"/>
      </w:pPr>
      <w:r>
        <w:t>Text rozhodnutia</w:t>
      </w:r>
    </w:p>
    <w:p>
      <w:r>
        <w:t>Súd: Krajský súd Bratislava Spisová značka: 8Sd/38/2016 Identifikačné číslo súdneho spisu: 1016200440 Dátum vydania rozhodnutia: 02. 05. 2018 Meno a priezvisko sudcu, VSÚ: JUDr. Blanka Malichová ECLI: ECLI:SK:KSBA:2018:1016200440.1 Uznesenie Krajský súd v Bratislave v právnej veci navrhovateľa: X.. H. Z., nar. XX.XX.XXXX, bytom J. XXXX/X, XXX XX O. proti odporkyni: Sociálna poisťovňa - ústredie, Ul. 29. augusta č. 8-10, Bratislava, o starobný dôchodok o preskúmanie rozhodnutia správneho orgánu vo veci dôchodkového poistenia č. XXX XXX XXXX X zo dňa 03. decembra 2015, takto r o z h o d o l : Konanie z a s t a v u j e. Žiaden z účastníkov nemá právo na náhradu trov konania. o d ô v o d n e n i e : 1. Navrhovateľ opravným prostriedkom zo dňa 03.02.2016, Krajskému súdu v Bratislave (ďalej iba „súd“) doručeným prostredníctvom odporkyne dňa 14.03.2016, žiadal preskúmať rozhodnutie odporkyne číslo XXX XXX XXXX X zo dňa 03.12.2015, ktorým mu podľa ust. § 82 zák. č. 461/2003 Z.z. Zákon o sociálnom poistení a § 1 pís. a/ opatrenia Ministerstva práce, sociálnych veci a rodiny Slovenskej republiky č. 283/2015 Z. z., ktorým sa ustanovuje pevná suma zvýšenia dôchodkovej dávky a percento zvýšenia úrazovej renty v roku 2016, bol zvýšený starobný dôchodok 1,90 eur mesačne, na sumu 774,90 eur mesačne 2. Na pojednávaní súdu dňa 02.05.2018, vzal navrhovateľ svoj opravný prostriedok späť a konanie žiadal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https://www.kauzis.sk/judikatura/r/ECLI:SK:KSBA:2018:1016200440.1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