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8Scud/7/2016 z 10. 4. 2018</w:t>
      </w:r>
    </w:p>
    <w:p>
      <w:r>
        <w:t>Uznesenie Krajského súdu Bratislava z 10. apríla 2018, sp. zn. 8Scud/7/2016, ECLI:SK:KSBA:2018:1016200464.1</w:t>
      </w:r>
    </w:p>
    <w:p>
      <w:r>
        <w:t>Súd: Krajský súd Bratislava</w:t>
      </w:r>
    </w:p>
    <w:p>
      <w:r>
        <w:t>Spisová značka: 8Scud/7/2016</w:t>
      </w:r>
    </w:p>
    <w:p>
      <w:r>
        <w:t>ECLI: ECLI:SK:KSBA:2018:1016200464.1</w:t>
      </w:r>
    </w:p>
    <w:p>
      <w:r>
        <w:t>Dátum vydania: 10. 4. 2018</w:t>
      </w:r>
    </w:p>
    <w:p>
      <w:r>
        <w:t>Forma: Uznesenie</w:t>
      </w:r>
    </w:p>
    <w:p>
      <w:pPr>
        <w:pStyle w:val="Heading2"/>
      </w:pPr>
      <w:r>
        <w:t>Text rozhodnutia</w:t>
      </w:r>
    </w:p>
    <w:p>
      <w:r>
        <w:t>Súd: Krajský súd Bratislava Spisová značka: 8Scud/7/2016 Identifikačné číslo súdneho spisu: 1016200464 Dátum vydania rozhodnutia: 11. 04. 2018 Meno a priezvisko sudcu, VSÚ: JUDr. Blanka Malichová ECLI: ECLI:SK:KSBA:2018:1016200464.1 Uznesenie Krajský súd v Bratislave v právnej veci navrhovateľa: H.. R. F., nar. XX.XX.XXXX, bytom X. XXXX/ XA, XXX XX F. Y., A. republika proti odporkyni: Sociálna poisťovňa - ústredie, Ul. 29. augusta č. 8-10, Bratislava, o starobný dôchodok o preskúmanie rozhodnutia správneho orgánu vo veci dôchodkového poistenia č. XXX C. 08XX X zo dňa 25. novembra 2015, takto r o z h o d o l : Konanie z a s t a v u j e. Žiaden z účastníkov nemá právo na náhradu trov konania. o d ô v o d n e n i e : 1. Navrhovateľ opravným prostriedkom zo dňa 15.12.2015, Krajskému súdu v Bratislave (ďalej iba „súd“) doručeným prostredníctvom odporkyne dňa 18.03.2016, žiadal preskúmať rozhodnutie odporkyne číslo XXX XXX XXXX X zo dňa 25.11.2015, ktorým podľa ust. § 65, § 274 a § 82 zák.č. 461/2003 Z.z. Zákon o sociálnom poistení a čl. 52 ods. 1 pís. a/ a ods. 4 nariadenia (ES) Európskeho parlamentu a Rady sociálneho zabezpečenia v znení nariadenia Európskeho parlamentu a Rady (ES) č. 988/2009 priznala navrhovateľovi od 18.apríla 2015 starobný dôchodok v sume 445,80 eur mesačne. 2. Podaním doručeným súdu dňa 22.03.2018 vzal navrhovateľ svoj opravný prostriedok späť a vyslovil súhlas so zastavením konania.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https://www.kauzis.sk/judikatura/r/ECLI:SK:KSBA:2018:1016200464.1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