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6S/79/2016 z 9. 5. 2018</w:t>
      </w:r>
    </w:p>
    <w:p>
      <w:r>
        <w:t>Rozsudok Krajského súdu Bratislava z 9. mája 2018, sp. zn. 6S/79/2016, ECLI:SK:KSBA:2018:1016200655.3</w:t>
      </w:r>
    </w:p>
    <w:p>
      <w:r>
        <w:t>Súd: Krajský súd Bratislava</w:t>
      </w:r>
    </w:p>
    <w:p>
      <w:r>
        <w:t>Spisová značka: 6S/79/2016</w:t>
      </w:r>
    </w:p>
    <w:p>
      <w:r>
        <w:t>ECLI: ECLI:SK:KSBA:2018:1016200655.3</w:t>
      </w:r>
    </w:p>
    <w:p>
      <w:r>
        <w:t>Dátum vydania: 9. 5. 2018</w:t>
      </w:r>
    </w:p>
    <w:p>
      <w:r>
        <w:t>Forma: Rozsudok</w:t>
      </w:r>
    </w:p>
    <w:p>
      <w:r>
        <w:t>Oblasť práva: Správne právo</w:t>
      </w:r>
    </w:p>
    <w:p>
      <w:pPr>
        <w:pStyle w:val="Heading2"/>
      </w:pPr>
      <w:r>
        <w:t>Text rozhodnutia</w:t>
      </w:r>
    </w:p>
    <w:p>
      <w:r>
        <w:t>Súd: Krajský súd Bratislava Spisová značka: 6S/79/2016 Identifikačné číslo súdneho spisu: 1016200655 Dátum vydania rozhodnutia: 10. 05. 2018 Meno a priezvisko sudcu, VSÚ: JUDr. Andrea Krišková ECLI: ECLI:SK:KSBA:2018:1016200655.3 ROZSUDOK V MENE SLOVENSKEJ REPUBLIKY Krajský súd v Bratislave, ako správny súd, v senáte zloženom z predsedníčky senátu JUDr. Andrey Kriškovej a členov senátu Mgr. Mariána Degmu a JUDr. Otílie Belavej, v právnej veci žalobcu: CRH (Slovensko), a.s., IČO: 00 214 973, 906 38 Rohožník, zast.: PricewaterhouseCoopers Legal, s.r.o., advokátska kancelária, Karadžičova 2, 815 32 Bratislava, proti žalovanému: Finančné riaditeľstvo Slovenskej republiky, Lazovná 63, 974 01 Banská Bystrica, o preskúmanie zákonnosti rozhodnutia žalovaného č. 116974/2016 zo dňa 04.02.2016, takto jednohlasne r o z h o d o l : Krajský súd v Bratislave napadnuté rozhodnutie žalovaného Finančného riaditeľstva SR č. 116974/2016 zo dňa 04.02.2016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Žalobou napadnutým rozhodnutím zo dňa 04.02.2016 žalovaný potvrdil rozhodnutie Daňového úradu pre vybrané daňové subjekty (ďalej aj ako „správca dane” alebo „prvostupňový orgán”) č. 1611103/2015 zo dňa 30.10.2015, ktorým správca dane podľa § 68 ods. 5 zákona č. 563/2009 Z.z. o správe daní (ďalej len „daňový poriadok”) vyrubil žalobcovi rozdiel dane v sume XX.XXX,XX Eur na dani z pridanej hodnoty (ďalej len „DPH”) za zdaňovacie obdobie október 2009. 2. Prvostupňový orgán tak rozhodol z dôvodu, že na základe zistení vyplývajúcich z daňovej kontroly DPH vykonanej u žalobcu za zdaňovacie obdobie január 2009 až december 2009 nebolo preukázané splnenie zákonných podmienok pre oslobodenie od dane pri dodaní tovaru z tuzemska do iného členského štátu ustanovených v § 43 zákona č. 222/2004 Z.z. o dani z pridanej hodnoty (ďalej len „zákon o DPH”) pri faktúrach v celkovej hodnote XXX.XXX,XX Eur za dodanie tovaru (cementu) pre zahraničného odberateľa U. O. - N., E..A..O.., Č. XXXX/XX, T., Č. A. (ďalej len „U.“). II. Žaloba 3. Žalobca považoval napadnuté rozhodnutie žalovaného za nezákonné, žiadal ho zrušiť a vec vrátiť žalovanému na ďalšie konanie. Namietal nezákonné prerušenie daňovej kontroly a jej nezákonne dlhé trvanie. Keďže daňová kontrola predstavuje zásah orgánu verejnej správy do súkromnoprávnej sféry subjektu, môže byť vykonávaná len v rozsahu a spôsobom ustanoveným zákonom. V tejto súvislosti namietal, že predmetná daňová kontrola trvala nezákonne dlho od 18.09.2012 do 06.05.2015, z čoho bola nezákonne prerušená počas 614 dní. S poukazom na rozhodnutie o prerušení daňovej kontroly zo dňa 20.05.2013 a dôvody v ňom uvedené uviedol, že správca dane prerušil daňovú kontrolu za účelom doplnenia skutkovej situácie, na základe čoho predpokladal, že výsledky proklamovaného medzinárodného dožiadania informácií sa pretavia do rozhodnutia správcu dane a neskôr rozhodnutia žalovaného, čo sa však nestalo. Uviedol, že správca dane ho oznámením zo dňa 28.01.2015 upovedomil, že dňa 26.01.2015 pominuli prekážky, pre ktoré sa daňová kontrola prerušila, avšak bez bližšieho zdôvodnenia rozhodných údajov spôsobujúcich koniec prerušenia daňovej kontroly. Namietal, že správca dane ho neoboznámil s výsledkami medzinárodnej výmeny informácií, ktorou zdôvodňoval prerušenie daňovej kontroly, najmä neoznámil, aké informácie správca dane z Českej republiky dožiadal a získal, kedy mu boli tieto informácie doručené alebo oznámené a akú relevanciu mali tieto informácie pre vydanie rozhodnutia. Zdôraznil, že napriek prerušeniu daňovej kontroly správca dane a následne žalovaný použili pre svoje skutkové a právne závery len informácie získané z medzinárodného dožiadania informácií z Českej republiky vykonaného v čase ešte pred začatím samotnej daňovej kontroly. Z tohto dôvodu považoval prerušenie daňovej kontroly za neefektívne, nadbytočné, bezdôvodné a účelové. Išlo najmä o informácie týkajúce sa prepravy tovaru do Českej republiky vykonanej prepravcom F. E. SK, E..A..O.. pre odberateľa U., ktoré boli okrem iného získané aj výsluchom B.. C. U., konateľa spoločnosti U.. V tejto súvislosti žalobca namietal, že nielenže išlo o informácie získané na základe úkonov správcu dane a českej daňovej správy vykonaných pred začatím predmetnej daňovej kontroly, ale žalobcovi ani nebolo umožnené zúčastniť sa na vypočutí p. U. a klásť mu otázky, čím bolo nezákonne zasiahnuté do jeho práv ako daňového subjektu (§ 25 ods. 4 a § 45 ods. 1 písm. e/ daňového poriadku). Správca dane týmto postupom podľa žalobcu zaťažil celé daňové konanie vadou nezákonnosti. 4. Okrem účelnosti a dôvodnosti prerušenia daňovej kontroly je podľa žalobcu potrebné posudzovať aj primeranosť samotnej dĺžky prerušenia daňovej kontroly (v tomto prípade 614 dní). V tejto súvislosti žalobca poukázal na Nariadenie Rady (EÚ) č. 904/2010 zo dňa 07.10.2010 o administratívnej spolupráci a boji proti podvodom v oblasti dane z pridanej hodnoty (ďalej len „Nariadenie č. 904/2010“), konkrétne na oddiel 2, článok 10, podľa ktorého „žiadaný orgán poskytuje informácie uvedené v článku 7 a 9 tak rýchlo, ako je to len možné, no najneskôr tri mesiace po dni prijatia žiadosti. Pokiaľ však žiadaný orgán už uvedenú informáciu má, lehota sa znižuje maximálne na jeden mesiac.“ Dôvodil, že slovné spojenie „pominuli dôvody, pre ktoré sa konanie prerušilo“ (§ 61 ods. 4 daňového poriadku) je potrebné v kontexte uvedeného nariadenia vykladať tak, že pominutie dôvodov, pre ktoré sa daňová kontrola prerušila, je ohraničené maximálnou dĺžkou lehôt stanovených v uvedenom nariadení pre poskytnutie požadovaných informácií. Z toho podľa žalobcu vyplýva, že podmienka primeranosti dĺžky trvania prerušenia daňovej kontroly splnená nebola, a teda išlo o nezákonné prerušenie daňovej kontroly. Mal za to, že úvaha správcu dane o tom, či je prerušenie daňovej kontroly opodstatnené nie je neobmedzená. Jednoznačným a pre správcu dane záväzným motívom pri úvahách o ďalšom procesnom postupe musí byť zásada proporcionality. Správca dane v takom prípade musí dôsledne posúdiť a zdôvodniť, či sú dané dôvody, pre ktoré je nutné daňovú kontrolu prerušiť, a to nielen významné pre rozhodnutie vo veci, v rámci ktorej daňová kontrola prebieha, ale aj pre samotný priebeh, efektivitu a účelnosť daňovej kontroly. Prerušenie daňovej kontroly musí byť v súlade so zákonom, t.j. účelné a nevyhnutné na preukázanie takých skutočností, ktoré správcovi dane nie sú známe, čo v danom prípade splnené nebolo. Ak tieto limity daňovej kontroly nie sú zo strany správcu dane dodržiavané, dôsledkom toho je, že protokol z daňovej kontroly má charakter nezákonne získaného dôkazného prostriedku a nemôže byť použitý ako dôkaz v daňovom (vyrubovacom) konaní. 5. Ďalej žalobca namietal, že žalovaný v rozpore so zákonom neprihliadal na žalobcom predložený dôkaz (čestné vyhlásenie p. U. zo dňa 28.05.2015) a tento dôkaz nesprávne nepovažoval za dôkaz podľa daňového poriadku s odôvodnením, že ho žalobca nepredložil do konca daňovej kontroly a tiež, že sa nejedná o dôkaz podľa § 24 ods. 4 daňového poriadku. Týmto postupom bolo porušené právo žalobcu predkladať dôkazy v daňovom konaní a tiež boli porušené povinnosti správcu dane a žalovaného vykonať a vyhodnotiť dôkazy predložené v daňovom konaní. Žalobca nesúhlasil s názorom žalovaného a s poukazom na znenie uvedeného zákonného ustanovenia zdôraznil, že žalovaný mal čestné vyhlásenie p. U. zo dňa 28.05.2015 vyhodnotiť ako dôkaz v daňovom konaní, nakoľko mohol prispieť k objasneniu skutočností posudzovaných žalovaným. Rozporoval tiež záver žalovaného, že tento dôkaz nepredložil v lehote do skončenia daňovej kontroly. V tejto súvislosti uviedol, že vykonanie výsluchu p. U. navrhoval už počas daňovej kontroly, čím postupoval v súlade s § 45 ods. 1 písm. c/ daňového poriadku. Rovnako tiež dôvodil, že postupoval v súlade s § 72 ods. 4 písm. d/ daňového poriadku, keď v odvolacom konaní predložil uvedené čestné vyhlásenie ako listinný dôkaz. Preto považoval postup žalovaného v tomto smere za nesprávne právne posúdenie veci. 6. Podľa žalobcu žalovaný nesprávne právne ustálil, že rozhodnou skutočnosťou pre posúdenie nároku žalobcu na oslobodenie od DPH je doklad o preprave, čo je v rozpore s § 43 ods. 1 a 5 písm. c/ daňového poriadku. Zastával názor, že v zmysle § 43 ods. 5 daňového poriadku účinného v rozhodnom čase (rok 2009) bolo postačujúce doložiť písomné vyhlásenie odberateľa o tom, že tovar prepravil do iného členského štátu, čo splnené bolo. Žalovaný napriek tomu v rozpore so zákonom od žalobcu požadoval doklady nad rámec právnej normy, keď od žalobcu požadoval predloženie všetkých dokladov podľa § 43 ods. 5 daňového poriadku. Taktiež žalobca zastával názor, že žalovaný nesprávne vyhodnotil splnenie podmienok pre oslobodenie od DPH za rok 2009 vo vzťahu k preprave tovaru do Českej republiky pre odberateľa U., nakoľko so žalobcom predložených a navrhnutých dôkazov je zrejmé, že žalobca v dobrej viere predával tovar do iného členského štátu (Českej republiky), predložil o tom doklady, a preto si oprávnene uplatnil oslobodenie od DPH. III. Vyjadrenie žalovaného 7. Žalovaný sa vyjadril k žalobe písomným podaním doručeným súdu dňa 25.05.2016, žalobu považoval za nedôvodnú a žiadal ju zamietnuť. Nesúhlasil s námietkou žalobcu o nezákonnom prerušení daňovej kontroly a jej nezákonne dlhom trvaní. Zdôraznil, že žalobca túto námietku neuplatnil v odvolacom konaní a ani vo vyjadrení k protokolu. Uviedol, že podľa zistení správcu dane počas daňovej kontroly žalobca v priebehu roka 2009 (kontrolované obdobie) vykonával obchodné transakcie s viacerými zahraničnými spoločnosťami, nielen so spoločnosťou U.. Správca dane preto považoval za potrebné preveriť všetky obchodné transakcie, a to zaslaním žiadostí o medzinárodnú výmenu informácií. Z tohto dôvodu bolo dňa 20.05.2013 vydané rozhodnutie o prerušení daňovej kontroly. V tejto súvislosti žalovaný poukázal na § 61 ods. 5 daňového poriadku, podľa ktorého pri prerušení konania lehoty neplynú. V uvedenom rozhodnutí bolo uvedené, že daňová kontrola je prerušená z dôvodu podania žiadostí o medzinárodnú výmenu informácií a prerušenie malo trvať do dňa obdŕžania odpovedí na žiadosti o medzinárodnú výmenu informácií. Poukázal tiež na zápisnicu o ústnom pojednávaní zo dňa 21.05.2013, na ktorom bol žalobca oboznámený so skutočnosťami týkajúcimi sa zaslaných žiadostí o medzinárodnú výmenu informácií. Správca dane oboznámil žalobcu s počtom zaslaných žiadostí, s uvedením konkrétneho partnera daňového subjektu a konkrétnych preverovaných faktúr, s ktorými žiadosti súvisia a tiež s uvedením krajín, do ktorých boli predmetné žiadosti zaslané. Žalovaný dôvodil, že napriek stanovenému termínu na vybavenie medzinárodných dožiadaní podľa Nariadenia č. 904/2010 nie je vždy možné ich v tomto termíne vybaviť. Preto nesúhlasil so žalobcovým výkladom uvedeného nariadenia. Na tomto mieste žalovaný poukázal na to, že správca dane dňa 21.05.2013 zaslal celkom 9 žiadostí o medzinárodnú výmenu daňových informácií do iného členského štátu (Rakúsko, Nemecko, Česká republika, G.) za účelom preverenia dodávok pre zahraničného odberateľa T. X. M., B. N.: K. a odberateľa T. X. M., B. N.: N.. Jednu žiadosť o medzinárodnú výmenu informácií do iného členského štátu (G.) za účelom preverenia dodávok pre zahraničného odberateľa M. T. L.., B. N.: T.. Jednu žiadosť o medzinárodnú výmenu informácií do iného členského štátu (G.) za účelom preverenia dodávok pre zahraničného odberateľa X. - F. L.., B. N.: T.. Jednu žiadosť o medzinárodnú výmenu informácií do iného členského štátu (Č. A.) za účelom preverenia dodávok pre zahraničného odberateľa K. V. E..A..O.., B. N.: V.. Ďalej poukázal na odpoveď doručenú správcovi dane dňa 26.01.2015 na žiadosť o medzinárodnú výmenu daňových informácií týkajúcu sa spoločnosti T. X. M., B. N.: K., ktorá bola v tom čase poslednou žiadosťou, na ktorú správcovi dane nebola doručená odpoveď. Oznámením zo dňa 28.01.2015 správca dane splnomocnenému zástupcovi žalobcu oznámil, že dňa 26.01.2015 pominuli prekážky, pre ktoré sa daňová kontrola prerušila a vo výkone daňovej kontroly pokračoval. V tejto súvislosti žalovaný uviedol, že v protokole z daňovej kontroly bolo vykonanie medzinárodnej výmeny informácií obsiahnuté, pričom z výsledkov preverovania nevyplynuli skutočnosti, ktoré by mali vplyv na výšku nadmerného odpočtu uvedeného v daňových priznaniach. 8. Mal za to, že správca dane postupoval v súlade s § 44 ods. 1 daňového poriadku a daňovou kontrolou zisťoval a preveroval skutočnosti rozhodujúce pre správne určenie dane alebo dodržiavanie ustanovení osobitných predpisov. Správca dane vykonal daňovú kontrolu v rozsahu, ktorý bol nevyhnutne potrebný na dosiahnutie jej účelu. Medzinárodnou výmenou informácií preveroval skutočnosti týkajúce sa splnenia podmienok pre oslobodenie od dane pri dodaní tovaru z tuzemska do iného členského štátu pre vybraných odberateľov v zmysle § 43 zákona o DPH, skutočnosti týkajúce sa prepravy tovaru do iného členského štátu a skutočnosti týkajúce sa správneho posúdenia miesta dodania v zmysle § 19 zákona o DPH. Zdôraznil, že správca dane nemohol dopredu predpokladať skutočnosti vyplývajúce z jednotlivých odpovedí. Informácie získané prostredníctvom medzinárodnej výmeny informácií pritom mohli mať zásadný vplyv na správne určenie dane alebo dodržiavanie ustanovení osobitných predpisov. Žalovaný nesúhlasil so žalobcom, že správca dane prijal záver len z dôkazov vykonaných pred začatím daňovej kontroly, keďže z rozhodnutia správcu dane je zrejmé, že vychádzal z vyjadrenia žalobcu k predloženým dokladom ku kontrole za zdaňovacie obdobia január 2009 až december 2009 (zápisnica o ústnom pojednávaní zo dňa 19.11.2012) a všetky dôkazy vyhodnotil podľa § 3 ods. 3 daňového poriadku. 9. Ďalej žalovaný uviedol, že správca dane pri preverovaní obchodných transakcií daňového subjektu v priebehu výkonu daňovej kontroly postupoval v zmysle § 24 ods. 4 daňového poriadku, pričom ako dôkaz použil výsledky miestneho zisťovania vykonaného u daňového subjektu vykonaného pred začatím daňovej kontroly podľa § 14 zákona č. 511/1992 Zb. o správe daní a poplatkov (ďalej len „zákon č. 511/1992 Zb.“). Správca dane vychádzal zo zistení z preverovania vykonaného miestne príslušným správcom dane Daňovým úradom Bratislava III, ktorý v nadväznosti na ústne pojednávanie s konateľom spoločnosti F. E. SK, s.r.o. zaslal žiadosť o medzinárodnú výmenu informácií do Českej republiky za účelom vypočutia B.. C. U., ktorý bol konateľom uvedenej spoločnosti od 27.04.1998 do 09.11.2010, a to v súvislosti s preverovaním skutočností týkajúcich sa prepravy tovaru a nadobudnutia tovaru z iného členského štátu od spoločnosti U.. Súčasťou odpovede českej daňovej správy je protokol o ústnom pojednávaní zo dňa 09.08.2011, v ktorom je zachytená výpoveď p. U. k skutočnostiam týkajúcim sa medzinárodnej prepravy tovaru, ktorú mala vykonať spoločnosť F. E. SK, E..A..O.. z iného členského štátu od spoločnosti U.. Číže predmetom ústneho pojednávania s p. U. boli skutočnosti týkajúce sa obchodného vzťahu medzi spoločnosťami U. a F. E. SK, E..A..O.. V tejto súvislosti žalovaný poukázal na to, že v čase vypočutia p. U. českou daňovou správou správca dane postupoval podľa v tom čase platného zákona č. 511/1992 Zb. S poukazom na ustanovenia § 23 ods. 1 a 4 uvedeného zákona týkajúce daňového tajomstva žalovaný dôvodil, že žalobca nebol účastníkom obchodného vzťahu medzi spoločnosťami U. a F. E. SK, E..A..O.., a preto nebol oprávnený byť prítomný na vypočutí uvedeného svedka. 10. Zastával názor, že čestné vyhlásenie predložené daňovým subjektom nemožno považovať v daňovom konaní za dôkaz. Aj keď § 24 ods. 4 daňového poriadku obsahuje demonštratívny výpočet dôkazných prostriedkov, musí ísť o listinné dôkazy a výpovede svedkov založené na overiteľných skutočnostiach. Čestné vyhlásenie predstavuje jednostranný úkon, ktorý nemôže nahrádzať dôkaz, pretože to daňový poriadok v spojení s čl. 2 ods. 2 Ústavy Slovenskej republiky nedovoľuje. Tiež žalovaný zdôraznil, že predmetným čestným vyhlásením zo dňa 28.05.2015 sa správca dane vo svojom rozhodnutí zaoberal, keď konštatoval, že ho žalobca nepredložil v priebehu výkonu daňovej kontroly a zároveň žalobca nemal predmetný doklad k dispozícii v zmysle § 43 ods. 8 zákona o DPH do konca šiesteho kalendárneho mesiaca, v ktorom sa uskutočnilo dodanie tovaru. 11. Žalovaný trval na tom, že aby bolo možné platiteľovi uznať oslobodenie od dane podľa § 43 ods. 1 zákona o DPH, musí mať platiteľ k dispozícii dôkazy o tom, že sa dodanie tovaru do iného členského štátu aj reálne uskutočnilo. Podstatným dôkazom pre uznanie oslobodenia od dane v súvislosti s dodaním tovaru do iného členského štátu je doklad o preprave. V zmysle § 43 ods. 5 písm. a/, b/ a c/ zákona o DPH je stanovené akým dokladom preukazujúcim prepravu je platiteľ povinný preukázať dodanie tovaru do iného členského štátu, okrem faktúry. Tvrdenie žalobcu o tom, že správca dane v rozpore so zákonom požadoval od žalobcu doklady nad rámec § 43 zákona o DPH, žalovaný považoval za zavádzajúce a nepravdivé. V tejto súvislosti dôvodil, že žalobca neuviedol, ktorý konkrétny doklad nad rámec § 43 zákona o DPH bol od neho požadovaný. Zdôraznil, že správca dane od žalobcu v priebehu výkonu daňovej kontroly nepožadoval žiadny konkrétny doklad nad rámec uvedeného zákonného ustanovenia. 12. Žalovaný vychádzajúc zo zisteného skutkového stavu sa nestotožňoval s názorom žalobcu, že konal v dobrej viere a prijal všetky opatrenia, ktoré od neho možno rozumne požadovať, aby sa uistil, že plnenie je v súlade s podmienkami pre oslobodenie od dane podľa zákona o DPH. K žalobcovmu poukazovanie na preverenie výpisu z obchodného registra ČR žalovaný uviedol, že spoločnosť U. nemá v predmete činnosti prepravu tovaru a ani medzinárodnú prepravu tovaru. K ďalšiemu opatreniu žalobcu ohľadom osobného ručenia p. U. za záväzky spoločnosti U. v súvislosti s predmetnou kúpnou zmluvou žalovaný uviedol, že podľa tejto kúpnej zmluvy sa zmluvné strany dohodli o zabezpečení pohľadávok zriadením záložného práva na majetok tretej osoby, a to na motorové vozidlá spoločnosti F. E. SK, E..A..O.. Práve tieto vozidlá podľa EČV uvedených na nákladných listoch CMR boli použité na prepravu tovaru. Zdôraznil, že žalobca okrem medzinárodných nákladných listov CMR a prehlásenia o preprave tovaru do Českej republiky nedisponuje žiadnym iným dokladom s uvedeným miesta určenia tovaru, ktorý by preukazoval oslobodenie od dane v zmysle § 43 zákona o DPH. Žalobca tiež od odberateľa nevyžadoval potvrdenie riadku 24 (tovar prevzal) medzinárodného nákladného listu CMR a ani potvrdenie dodacích listov, čo odôvodňoval prehlásením o preprave tovaru do Českej republiky na polročnej báze. IV. Konanie na správnom orgáne 13. Z pripojeného administratívneho spisu súd zistil, že listom Daňového riaditeľstva Slovenskej republiky zo dňa 17.09.2009 bol správcovi dane postúpený podnet, v ktorom anonymný pisateľ upozorňoval daňové orgány na protizákonné konanie a daňového úniky žalobcu. Na základe tohto podnetu a následnej dohody so žalobcom správca dane vykonal dňa 22.01.2010 v sídle žalobcu miestne zisťovanie za účelom preverenia skutočností týkajúcich sa dodania tovaru (cementu) spoločnosti U.. O tomto miestnom zisťovaní bola spísaná zápisnica z tohto istého dňa, prílohu ktorej tvoria žalobcom predložené doklady. Listom zo dňa 14.04.2010 požiadal správca dane českú daňovú správu o medzinárodnú výmenu informácií týkajúcich sa žalobcom deklarovaných obchodov - dodania tovaru (cementu) českému odberateľovi - spoločnosti U.. Po urgencii zo strany správcu dane bola na uvedenú žiadosť o medzinárodnú výmenu informácií správcovi dane doručená odpoveď českej daňovej správy dňa 15.11.2010. Na základe uvedenej medzinárodnej výmeny informácií správca dane zistil, že pri predmetnom dodaní tovaru spoločnosti U. prepravu tovaru zabezpečovala spoločnosť F. E. SK, E..A..O.. Za účelom preverenia tejto informácie zaslal správca dane listom zo dňa 28.03.2011 dožiadanie Daňovému úradu Bratislava III, ktorý bol v tom čase miestne príslušný správca dane spoločnosti F. E. SK, E..A..O.. Daňový úrad Bratislava III na uvedené dožiadanie správcu dane odpovedal listom zo dňa 09.09.2011. 14. Dňa 18.09.2012 správca dane začal u žalobcu výkon daňovej kontroly DPH za zdaňovacie obdobie január 2009 až december 2009, čo bolo žalobcovi oznámené listom zo dňa 15.08.2012, doručeným dňa 20.08.2012. Správca dane vykonal so zástupcom žalobcu v priebehu daňovej kontroly niekoľko ústnych pojednávaní, z ktorých vypracoval zápisnice zo dňa 18.09.2012, 05.10.2012, 13.11.2012, 19.11.2012, 07.12.2012, 11.01.2013, 25.01.2013, 12.02.2013 a 18.02.2013. Na základe informácií získaných v priebehu ústnych pojednávaní správca dane listami zo dňa 06.05.2013 požiadal Daňový úrad Bratislava, odbor kontroly, o preverenie informácií týkajúcich sa: - spoločnosti K., E..A..O.., ktorá mala vykonávať prepravu tovaru pri dodaní tovaru žalobcom pre českého odberateľa K. V., E..A..O.. (od 01.04.2009 do 31.06.2009 a od 01.09.2009 do 31.12.2009). Odpoveď bola správcovi dane doručená dňa 23.12.2013. - spoločnosti F. E. F., E.. E. A..O.., ktorá mala vykonávať prepravu tovaru pri dodaní tovaru žalobcom pre švajčiarskeho odberateľa T. X. M.. (v zdaňovacích obdobiach apríl 2009 až júl 2009) a rakúskeho odberateľa T. (X.) I.. (v zdaňovacích obdobiach marec 2009, máj 2009 a november 2009). Odpoveď bola správcovi dane doručená dňa 02.07.2013. - spoločnosti F. (E.), E..A..O.., ktorá mala vykonávať prepravu tovaru pri dodaní tovaru žalobcom pre švajčiarskeho odberateľa T. X. M.. (v zdaňovacích obdobiach január 2009 až máj 2009) a rakúskeho odberateľa T. (X.) I.. (v zdaňovacích obdobiach január 2009, február 2009 a august 2009). Odpoveď bola správcovi dane doručená dňa 19.07.2013 (čiastočná odpoveď) a dňa 10.12.2013. 15. Následne správca dane vypracoval celkovo 12 žiadostí o medzinárodnú výmenu informácií, a to: - žiadosť zo dňa 09.05.2013 adresovaná nemeckej daňovej správe týkajúca sa preverenia dodania tovaru žalobcom nemeckému daňovému subjektu T. X. M.. a prepravy s ním súvisiacej, ktorú podľa zistení správcu dane vykonali nemecké spoločnosti G. A. a G. F. O.. Po urgencií zo dňa 20.08.2013 obdŕžal správca dane odpoveď dňa 05.09.2013. - žiadosť zo dňa 09.05.2013 adresovaná rakúskej daňovej správe týkajúca sa preverenia dodania tovaru žalobcom rakúskemu daňovému subjektu T. X. M.. a prepravy s ním súvisiacej, ktorú podľa zistení správcu dane vykonali rakúske spoločnosti W. F. Y..Z.. K. D.-U.. Po viacerých urgenciách správcom dane zo dňa 20.08.2013, 12.02.2014, 03.09.2014 a 16.01.2015 bola odpoveď rakúskej daňovej správy doručená dňa 26.01.2015. - žiadosť zo dňa 09.05.2013 adresovaná maďarskej daňovej správe týkajúca sa preverenia prepravy tovaru dodávaného žalobcom pre švajčiarskeho odberateľa T. X. M.. vykonanej maďarským daňovým subjektom V. - F. L.. Po urgencií zo dňa 20.08.2013 správca dane obdŕžal odpoveď dňa 05.09.2013 (čiastočná) a dňa 26.09.2013. - žiadosť zo dňa 09.05.2013 adresovaná českej daňovej správe týkajúca sa preverenia prepravy tovaru dodávaného žalobcom pre švajčiarskeho odberateľa T. X. M.. vykonanej českým daňovým subjektom V.-A., E..A..O.. Po urgencií zo dňa 20.08.2013 správca dane obdŕžal odpoveď dňa 19.09.2013 a prílohy k odpovedi dňa 29.10.2013. - žiadosť zo dňa 09.05.2013 adresovaná rumunskej daňovej správe týkajúca sa preverenia prepravy tovaru dodávaného žalobcom pre švajčiarskeho odberateľa T. X. M.. vykonanej rumunským daňovým subjektom I. E..A..M.. Po urgencií zo dňa 20.08.2013 správca dane obdŕžal odpoveď dňa 04.09.2013. - žiadosť zo dňa 09.05.2013 adresovaná českej daňovej správe týkajúca sa preverenia prepravy tovaru dodávaného žalobcom pre švajčiarskeho odberateľa T. X. M.. vykonanej českým daňovým subjektom M. E., E.. E. A..O.. Po urgencií zo dňa 20.08.2013 správca dane obdŕžal odpoveď dňa 10.09.2013 (čiastočná) a dňa 26.11.2013. - žiadosť zo dňa 09.05.2013 adresovaná českej daňovej správe týkajúca sa preverenia prepravy tovaru dodávaného žalobcom pre švajčiarskeho odberateľa T. X. M.. vykonanej českým daňovým subjektom M. I., E..A..O.. Po urgencií zo dňa 20.08.2013 správca dane obdŕžal odpoveď dňa 11.12.2013. - žiadosť zo dňa 09.05.2013 adresovaná rumunskej daňovej správe týkajúca sa preverenia prepravy tovaru dodávaného žalobcom pre švajčiarskeho odberateľa T. X. M.. vykonanej rumunským daňovým subjektom E. G. D. E. E..A..M.. Po urgencií zo dňa 20.08.2013 správca dane obdŕžal odpoveď dňa 19.11.2013 (čiastočná) a dňa 11.02.2014. - žiadosť zo dňa 09.05.2013 adresovaná maďarskej daňovej správe týkajúca sa preverenia prepravy tovaru dodávaného žalobcom pre švajčiarskeho odberateľa T. X. M.. vykonanej maďarským daňovým subjektom E. U.-R. E. É. L. L.. Po urgencií zo dňa 20.08.2013 správca dane obdŕžal odpoveď dňa 05.09.2013 a prílohy k odpovedi dňa 24.09.2013. - žiadosť zo dňa 10.05.2013 adresovaná maďarskej daňovej správe týkajúca sa preverenia dodania tovaru žalobcom maďarskému daňovému subjektu X.-F. L. É. E. L. a prepravy s ním súvisiacej, ktorú podľa zistení správcu dane vykonala maďarská spoločnosť X. F. L.. Po urgenciách zo dňa 20.08.2013 a 12.02.2014 obdŕžal správca dane odpoveď dňa 02.06.2014. - žiadosť zo dňa 10.05.2013 adresovaná maďarskej daňovej správe týkajúca sa preverenia dodania tovaru žalobcom maďarskému daňovému subjektu M. T. É. L. a prepravy s ním súvisiacej, ktorú podľa zistení správcu dane vykonali maďarské spoločnosti E. X. L.. K. X. F. L.. Po urgenciách zo dňa 19.08.2013 a 12.02.2014 obdŕžal správca dane odpoveď dňa 03.03.2014. - žiadosť zo dňa 14.05.2013 adresovaná českej daňovej správe týkajúca sa preverenia dodania tovaru žalobcom českému daňovému subjektu K. V., E..A..O.. a prepravy s ním súvisiacej, ktorú podľa zistení správcu dane vykonala česká spoločnosť K., E..A..O.. Odpoveď bola správcovi dane doručená dňa 09.09.2013. 16. Dňa 20.05.2013 vydal správca dane rozhodnutie o prerušení daňovej kontroly s tým, že predmetná daňová kontrola bola prerušená odo dňa 22.02.2013 do dňa obdŕžania odpovedí na žiadosti o medzinárodnú výmenu informácií uvedené v predchádzajúcom bode. Ako dôvod prerušenia daňovej kontroly správca dane uviedol uskutočňovanú medzinárodnú výmenu informácií. Po obdŕžaní všetkých odpovedí na jednotlivé žiadosti o medzinárodnú výmenu informácií správca dane listom zo dňa 28.01.2015, doručeným dňa 30.01.2015, žalobcovi oznámil, že dňa 26.01.2015 pominuli prekážky, pre ktoré sa daňová kontrola prerušila a v predmetnej daňovej kontrole pokračoval. 17. O výsledku daňovej kontroly vypracoval správca dane protokol zo dňa 04.05.2015, ktorý bol spolu s výzvou na vyjadrenie a na jeho prerokovanie doručený žalobcovi dňa 06.05.2015. Žalobca svoje právo na vyjadrenie k zisteniami uvedeným v protokole využil a v lehote určenej správcom dane podal vyjadrenie, ktoré bolo správcovi dane doručené dňa 28.05.2015. Dňa 21.10.2015 správca dane prerokoval so žalobcom ním predložené pripomienky a dôkazy k zisteniam uvedeným v protokole, o čom bola spísaná zápisnica z toho istého dňa. Dňom doručenia protokolu bola predmetná daňová kontrola ukončená a nasledujúci deň po dni doručenia protokolu správca dane začal vyrubovacie konanie podľa § 68 ods. 1 daňového poriadku. Vyrubovacie konanie bolo ukončené vydaním rozhodnutia správcu dane opísaného v bode 1 tohto rozsudku, ktoré bolo po odvolaní žalobcom potvrdené napadnutým rozhodnutím žalovaného. V. Posúdenie veci 18. Krajský súd v Bratislave ako súd vecne a miestne príslušný na konanie vo veci (§ 10 a 13 ods. 3 SSP) preskúmal napadnuté rozhodnutie v rozsahu dôvodov uvedených v žalobe, ako aj konanie, ktoré mu predchádzalo a dospel k záveru, že žaloba je dôvodná. 19. Podľa § 2 ods. 1 SSP v správnom súdnictve poskytuje správny súd ochranu právam alebo právom chráneným záujmom fyzickej osoby a právnickej osoby v oblasti verejnej správy a rozhoduje v ďalších veciach ustanovených týmto zákonom. 20. Podľa § 177 ods. 1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3 ods. 1 daňového poriadku pri správe daní sa postupuje podľa všeobecne záväzných právnych predpisov, chránia sa záujmy štátu a obcí a dbá sa pritom na zachovávanie práv a právom chránených záujmov daňových subjektov a iných osôb. 23.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24. Podľa § 3 ods. 3 daňového poriadku správca dane hodnotí dôkazy podľa svojej úvahy, a to každý dôkaz jednotlivo a všetky dôkazy v ich vzájomnej súvislosti, pritom prihliada na všetko, čo pri správe daní vyšlo najavo. 25.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26. Podľa § 24 ods. 2 daňového poriadku správca dane vedie dokazovanie, pričom dbá, aby skutočnosti nevyhnutné na účely správy daní boli zistené čo najúplnejšie a nie je pritom viazaný iba návrhmi daňových subjektov. 27.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28.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29. Podľa § 46 ods. 1 veta prvá daňového poriadku daňová kontrola začína dňom určeným v oznámení správcu dane o daňovej kontrole. 30.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31.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32. Podľa § 63 ods. 2 daňového poriadku rozhodnutie musí vychádzať zo stavu veci zisteného v daňovom konaní, musí obsahovať náležitosti ustanovené týmto zákonom a musí byť vydané príslušným orgánom, ak tento zákon alebo osobitný predpis neustanovuje inak. 33.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34. Podľa § 74 ods. 2 daňového poriadku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35. Podľa § 6 ods. 5 zákona č. 442/2012 Z. z. o medzinárodnej pomoci a spolupráci pri správe daní je príslušný orgán daného štátu povinný poskytnúť požadovanú informáciu čo najrýchlejšie, najneskôr však do 6 mesiacov odo dňa prijatia žiadosti. Ak však dožiadaný orgán tieto informácie má, je potrebné ich zaslať do dvoch mesiacov od uvedeného dňa. 36. Podľa § 13 ods. 1 písm. a/ zákona o DPH miestom dodania tovaru, ak je dodanie tovaru spojené s odoslaním alebo prepravou tovaru, je miesto, kde sa tovar nachádza v čase, keď sa odoslanie alebo preprava tovaru osobe, ktorej má byť tovar dodaný, začína uskutočňovať, s výnimkou podľa písmena b), odseku 2 a § 14. 37. Podľa § 13 ods. 1 písm. c/ zákona o DPH miestom dodania tovaru, ak je dodanie tovaru bez odoslania alebo prepravy, je miesto, kde sa tovar nachádza v čase, keď sa jeho dodanie uskutočňuje. 38. Podľa § 19 ods. 1 veta prvá a druhá zákona o DPH daňová povinnosť vzniká dňom dodania tovaru. Dňom dodania tovaru je deň, keď kupujúci nadobudne právo nakladať s tovarom ako vlastník. 39.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40.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41. Podľa § 69 ods. 1 zákona o DPH platiteľ, ktorý dodáva tovar alebo službu v tuzemsku, je povinný platiť daň, ak tento zákon neustanovuje inak. 42. Pri posúdení veci súd musí poukázať na všeobecné zásady a princípy daňového konania - daňovej kontroly, ktorej účelom je zistiť alebo preveriť skutočnosti rozhodujúce pre správne určenie dane alebo dodržanie osobitných predpisov. Daňová kontrola je z tohto pohľadu jedným z najvýznamnejších nástrojov štátu v podmienkach správy daní, ktorá slúži na ochranu fiškálnych záujmov štátu pri súčasnom zachovaní práv a právom chránených záujmov daňových subjektov a iných osôb a zároveň predstavuje verejno-mocenský zásah do individuálnej sféry daňového subjektu, ktorý v konečnom dôsledku najčastejšie smeruje k dorubovaniu daní a sekundárne k ukladaniu sankcií.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 úplnosť povinných evidencií alebo záznamov, ktoré vedie. Inštitút daňovej kontroly slúži na zistenie alebo overenie si skutočností a údajov rozhodujúcich pre správne určenie dane alebo dodržiavanie hmotnoprávnych daňových predpisov a zároveň predstavuje nástroj na overenie pravdivosti a úplnosti podaného daňového priznania. 43. V danom prípade základ žalobným námietok žalobcu tvorilo tvrdenie, že daňová kontrola na zistenie oprávnenosti nadmerného odpočtu DPH vykonaná u žalobcu za zdaňovacie obdobie január 2009 až december 2009 trvala nezákonne dlho, a to predovšetkým z dôvodu jej neprimerane dlhého prerušenia za účelom medzinárodného dožiadania informácií. Zároveň namietal, že výsledky medzinárodného dožiadania informácií sa nepretavili do žiadneho z napadnutých rozhodnutí. Žalovaný k uvedenému namietol, že žalobca túto námietku dĺžky daňovej kontroly nevzniesol v priebehu daňového konania, t.j. vo vyjadrení k protokolu z daňovej kontroly a ani v odvolaní proti rozhodnutiu správcu dane. Súd z administratívneho spisu zistil, že žalobca skutočne námietku o dĺžke daňovej kontroly neuplatnil v daňovom konaní. Na tomto mieste však súd poukazuje na názor Najvyššieho súdu Slovenskej republiky vyjadrený v rozhodnutí pod sp. zn. 5Sžf/75/2015 zo dňa 26.01.2017, podľa ktorého sa v správnom súdnictve neuplatňuje vo vzťahu k daňovému poriadku koncentračná zásada majúca za následok nemožnosť uplatnenia žalobných námietok prv neuvedených v odvolaní proti prvostupňovému správnemu rozhodnutiu. Koncentračná zásada, predstavujúca výrazné obmedzenie procesných práv účastníka konania, sa uplatní iba v prípade, ak to zákon výslovne pre daný prípad ustanovuje, za prísneho režimu poučenia účastníka, či už správnym orgánom alebo súdom. Preto, ak žalobca v žalobe oponoval aj námietkami skôr neuplatnenými v rámci odvolacieho správneho konania, bolo potrebné k týmto námietkam zaujať právny názor, čo súd aj učinil. 44. Na posúdenie, či bola dodržaná maximálna možná dĺžka trvania daňovej kontroly z hľadiska jej prerušenia je dôležité presne vymedziť deň jej začatia a deň jej skončenia. V prejednávanej veci mal súd z obsahu administratívneho spisu nesporne za preukázané, že správca dane začal daňovú kontrolu na zistenie oprávnenosti nároku na vrátenie nadmerného odpočtu DPH za zdaňovacie január 2009 až december 2009 dňa 18.09.2012 a ukončil ju dňa 06.05.2015, kedy žalobca (kontrolovaný daňový subjekt) prevzal protokol (daňová kontrola je ukončená spravidla dňom doručenia protokolu z daňovej kontroly - § 46 ods. 9 daňového poriadku, takto tomu bolo v prejednávanej veci). Celkovo teda daňová kontrola aj s prerušením (bod 46) trvala 961 dní. 45. Daňový poriadok umožňuje daňovú kontrolu prerušiť, pričom rozlišuje obligatórne a fakultatívne prerušenie daňovej kontroly. Daňová kontrola je prerušená dňom uvedeným v rozhodnutí o prerušení kontroly. Správca dane následne v daňovej kontrole pokračuje z vlastného podnetu alebo na podnet kontrolovaného daňového subjektu v prípade, ak pominuli dôvody, pre ktoré bolo konanie prerušené. Keď je daňová kontrola prerušená, lehota na jej vykonanie neplynie, t.j. daňová kontrola sa predlžuje o čas, po ktorý bola prerušená. Prerušenie daňovej kontroly znamená, že časový interval medzi jej začatím a jej ukončením môže byť dlhší než jeden rok, čo je maximálna zákonná dĺžka uskutočnenia daňovej kontroly. Súd v prípade, ak daňová kontrola trvala dlhšie než jeden rok, musí skúmať dôvodnosť (zákonnosť) takéhoto prerušenia. V tejto súvislosti je potrebné upozorniť na ust. § 44 daňového poriadku, podľa ktorého sa daňová kontrola vykonáva vždy len v rozsahu, ktorý je nevyhnutne potrebný na dosiahnutie jej účelu (čl. 2 ods. 2 Ústavy SR),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Ustanovenie § 44 daňového poriadku je potrebné vykladať v spojitosti s jednou z jeho základných zásad (§ 3 ods. 2 druhá veta daňového poriadku), podľa ktorej je správca dane povinný vybaviť vec bezodkladne a bez zbytočných prieťahov a použiť najvhodnejšie prostriedky, ktoré najmenej zaťažujú daňový subjekt a ktoré vedú k správnemu určeniu a vyrubeniu dane. 46. V prejednávanej veci súd z pripojeného administratívneho spisu má za preukázané, že daňová kontrola bola prerušená odo dňa 22.05.2013 rozhodnutím správcu dane č. 9900430/5/2005681/13/ Zat zo dňa 20.05.2013 v zmysle ust. § 61 ods. 1 daňového poriadku, dôvodiac začatím konania o inej skutočnosti rozhodujúcej pre vydanie rozhodnutia, t.j. z dôvodu podania žiadostí o medzinárodnú výmenu informácií týkajúcich sa DPH. Oznámením zo dňa 28.01.2015 správca dane pokračoval v daňovej kontrole, ktorú ukončil vydaním protokolu zo dňa 04.05.2015 (žalobca ho prevzal 06.05.2015). Daňová kontrola bola teda prerušená 614 dní. 47. Zákonom stanovená lehota jedného roka na vykonanie daňovej kontroly je lehotou zákonnou (maximálnou) a je pre správcu dane vykonávajúceho daňovú kontrolu záväzným limitom determinujúcim zákonnosť uskutočňovanej daňovej kontroly. Uvedenú lehotu nemožno porovnávať so stanovenými lehotami na rozhodnutie. Daňová kontrola ako proces smerujúci k obstaraniu dôkazného prostriedku (protokolu), ktorý nie je procesom meritórneho rozhodovania o daňovej povinnosti daňového subjektu, totiž predstavuje závažný a intenzívny zásah do individuálnej právom chránenej sféry daňového subjektu zo strany orgánu daňovej správy, čo celkom jednoznačne vyplýva z charakteru povinností kontrolovaného daňového subjektu počas daňovej kontroly. Cieľ daňovej kontroly tak nie je možné dosahovať na úkor práv a právom chránených záujmov daňových subjektov. Aj v daňovom konaní sa uplatňuje požiadavka primeranosti (proporcionality) zásahov správcu dane smerujúcich voči daňovým subjektom (§ 2 ods. 3 zákona o správe daní a poplatkov) (III. ÚS 24/2010). Ústavný súd konštatoval, že z citovanej právnej vety, ako i časti citovaného nálezu je zreteľné, že daňová kontrola trvajúca dlhšie, než zákon dovoľuje, narúša súlad jej právne významného výsledku so zákonom nie kvôli jeho formálnemu nerešpektovaniu, ale z dôvodu intenzity daňovej kontroly ako materiálneho zásahu do individuálnej sféry kontrolovaného daňového subjektu tvorenej jeho základnými právami a slobodami. Výnimkou by bola skutková okolnosť, v dôsledku ktorej možno formálne prekročenie limitu daňovej kontroly ospravedlniť, a to ak kontrolovaný daňový subjekt odopieral povinnú súčinnosť orgánu daňovej správy (III.ÚS 726/2016). Z administratívneho spisu súd nezistil odopretie súčinnosti žalobcu správcovi dane. 48. Súd uvádza, že úvaha správcu dane o tom, či je prerušenie daňovej kontroly opodstatnené nie je neobmedzená. Jednoznačným a pre správcu záväzným motívom pri úvahách o ďalšom procesnom postupe musí byť zásada proporcionality. Správca dane je povinný dôsledne posúdiť a zdôvodniť, či existujú také dôvody, pre ktoré je nutné daňovú kontrolu prerušiť, čo je významné nielen pre rozhodnutie vo veci, v rámci ktorej daňová kontrola prebieha, ale aj pre samotný priebeh, efektivitu a účelnosť daňovej kontroly. Uvedené súd zdôrazňuje hlavne v kontexte námietky žalobcu, že správca dane disponoval zisteniami uvedenými v bode 3 a 13 odôvodnenia tohto rozsudku, ktoré sa ako jediné pretavili do napadnutých rozhodnutí, už pred spornými medzinárodnými výmenami informácií. 49. Ak žalobca namieta nezákonné prerušenie daňovej kontroly (neefektívne, nadbytočné), ako aj nezákonnú dĺžku daňovej kontroly, bude úlohou súdu, z hľadiska kvality zákonnosti, posúdiť, či v posudzovanej veci bol naplnený zákonný dôvod na prerušenie daňovej kontroly. Takýto postup je v súlade s názorom vysloveným Ústavným súdom Slovenskej republiky v uznesení sp. zn. III. ÚS 726/2016 z 25.10.2016. 50. Na odstránenie pochybností súd na tomto mieste zdôrazňuje, že samotná celková dĺžka trvania daňovej kontroly sama o sebe v prejednávanom prípade nie je dôvodom zrušenia napadnutého rozhodnutia. Až skúmanie konania správcu dane a žalovaného v spojení s odôvodnením napadnutého rozhodnutia s prihliadnutím na žalobné námietky viedlo súd k zrušeniu napadnutého rozhodnutia. 51. Z vyššie uvedeného teda vyplýva, že prerušenie daňovej kontroly musí byť v súlade so zákonom, musí byť účelné a nevyhnutné na preukázanie takých skutočností, ktoré správcovi dane nie sú známe a ktoré majú vplyv na zistenie potrebných skutočností, za účelom ktorých je daňová kontrola vykonávaná. Keďže daňová kontrola predstavuje zásadný zásah do právom chránenej sféry daňového subjektu, je povinnosťou daňových orgánov, v prípade jej prerušenia z dôvodu medzinárodnej výmeny informácií a prekročenia zákonnej lehoty jedného roka na vykonanie daňovej kontroly, vo svojich rozhodnutiach, ktoré vychádzajú zo zistení získaných počas kontroly (teda aj z medzinárodnej výmeny informácií), dôsledne zdôvodniť, aké zistenia vyplynuli z tohto postupu a aký vplyv mali tieto zistenia na konečné posúdenie veci. Ak rozhodnutia daňových orgánov takého náležitosti neobsahujú, absentuje v nich požiadavka riadneho odôvodnenia podľa § 63 ods. 5 daňového poriadku a trpia tak vadou nepreskúmateľnosti. 52. Správny súd považoval teda za potrebné skúmať opodstatnenosť a účelnosť prerušenia daňovej kontroly v prejednávanej veci. Za týmto účelom súd preskúmal napadnuté rozhodnutia, pričom upriamil pozornosť aj na správnu úvahu daňových orgánov použitú pri vyvodzovaní záverov vyplývajúcich zo zistení získaných medzinárodnou výmenou informácií, na základe ktorej bola predmetná daňová kontrola prerušená na obdobie skoro dvoch rokov. Po preskúmaní rozhodnutí správnych orgánov z tohto pohľadu dospel súd k záveru, že v nich absentujú dôvody a správna úvaha o tom, aký význam malo tak dlhé prerušenie predmetnej daňovej kontroly. Inými slovami, výsledky takéhoto preverenia neboli premietnuté do rozhodovacej činnosti prvostupňového ani druhostupňového správneho orgánu. Absentujú v nich zistenia vyplývajúce z medzinárodnej výmeny informácií uskutočnenej počas tohto prerušenia, na základe ktorých by bolo možné posúdiť účelnosť sporného prerušenia daňovej kontroly. 53. Z konštantnej judikatúry súdov vyplýva, že v odôvodnení správny orgán musí uviesť dôkazy, z ktorých vychádzal pri vydaní rozhodnutia, ako sa vysporiadal s návrhmi na vykonanie dôkazov, prípadne s ich námietkami k vykonaným dôkazom. (Rozsudok NS SR, sp.zn. 4 So 226/04). Platí to aj v daňovom konaní. 54. Súd uvádza, že nedostatočne odôvodnené rozhodnutie správneho orgánu negatívne ovplyvňuje ústavné právo navrhovateľa na súdny prieskum rozhodnutia správneho orgánu v zmysle čl. 46 ods. 2 Ústavy Slovenskej republiky, nakoľko sa účastníkovi správneho konania dotknutému v jeho právach alebo právom chránených záujmoch odopiera možnosť efektívne spochybniť takéto rozhodnutie, lebo samotný účastník môže iba odhadovať právne dôvody, na základe ktorých by mal úspešne uplatňovať svoje subjektívne právo. (Rozsudok NS SR, sp.zn. 1 So 115/2010).21. Z ustálenej judikatúry najvyššieho súdu vyplýva, že pri rozhodnutí, ktoré správny orgán vydal na základe zákonom povolenej voľnej úvahy (správne uváženie), preskúmava súd iba, či také rozhodnutie nevybočilo z medzí a hľadísk ustanovených zákonom. Najvyšší súd uvádza, že správny orgán totiž i pri voľnom uvážení nesmie nerešpektovať zákon, ako i prekračovať jeho medze, a tiež nesmie pri použití voľnej úvahy prejavovať svoju ľubovôľu. Rubom diskrečného oprávnenia správneho orgánu je povinnosť voľnú úvahu použiť a jej použitie zdôvodniť. (Rozsudok NS SR, sp.zn. 5Sžo/29/2013). 55. Súd na tomto mieste považuje za dôležité zdôrazniť, že Najvyšší súd SR dlhodobo a ustálene judikuje (porovnaj napr. rozhodnutie publikované v Zbierke stanovísk najvyššieho súdu a rozhodnutí súdov Slovenskej republiky, ďalej len „Zbierka“ pod č. R 29/1996), že rozhodnutie súdu, ktorým ako nepreskúmateľné zruší rozhodnutie správneho orgánu, ak rozhodnutie nie je náležite odôvodnené (§ 47 ods. 3 zákona č. 71/1967 Zb.) je vecne správne. 56. Pre porovnanie z rozhodnutia publikovaného v Zbierke pod č. R 33/2006, vyplýva, že rozhodnutie správneho orgánu je nepreskúmateľné a treba ho zrušiť aj vtedy, ak správny orgán svoje rozhodnutie neodôvodnil vôbec, hoci dôvody jeho rozhodnutia možno vyvodiť z obsahu administratívneho spisu. Skutočnosť, že rozhodnutie je zrozumiteľné pre orgán, ktorý ho vydal, nepostačuje, lebo rozhodnutie musí byť zrozumiteľné aj pre ostatných účastníkov konania, najmä ak sa ním účastníkovi ukladá konkrétna povinnosť. 57. Ako podporné rozhodnutia, ktoré potvrdzujú ustálenosť judikatúry najvyššieho súdu v otázke nárokov na náležité odôvodnenie rozhodnutia správneho orgánu možno uviesť aj rozhodnutie publikované v Zbierke pod č. R 3/2014, podľa ktorého za rozhodnutie vydané v súlade so zákonom nemožno považovať rozhodnutie, ktoré je zrozumiteľné iba pre správny orgán, ktorý ho vydal; najmä ak ide o rozhodnutie, ktoré samo osebe znamená prekážku výkonu vybraných činností, tiež rozhodnutie uverejnené v Zbierke pod č. R 60/2000 podľa ktorého, zákonné požiadavky na konanie o právach a povinnostiach fyzických osôb a právnických osôb stanovené zákonom č. 71/1967 Zb. (prípadne iným procesným predpisom ako je napr. daňový poriadok), nie sú naplnené tým, že správny orgán v rozhodnutí doslovne paragrafovaným znením alebo voľne uvedie ich znenie a ustálenými formuláciami deklaruje, že sa nimi pri rozhodovaní riadil. Úlohou súdu v správnom súdnictve nie je nahrádzať činnosť správnych orgánov, ale preskúmavať zákonnosť rozhodnutí orgánov verejnej správy, teda posúdiť, či správne orgány splnili povinnosti stanovené zákonom. 58. Pre porovnanie najvyšší súd v rozsudku 10Sžo 323/2015 poukazuje na obdobnú judikatúru Nejvyššího správního soudu (napr. rozsudok zo dňa 22.01.2004, č. 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 3 Správneho poriadku a takéto rozhodnutie je nepeskúmateľné pre nedostatok dôvodov. Analogicky tu možno použiť aj § 63 ods. 5 daňového poriadku. 59. Súd z administratívneho spisu zistil, že protokol z daňovej kontroly v časti týkajúcej sa zdaňovacieho obdobia október 2009 neobsahuje žiadnu zmienku o procese medzinárodnej výmeny informácií a využití inštitútu dožiadania miestne príslušného správcu dane (viď body 14 a 15 tohto rozsudku). Súd nespochybňuje, že správca dane vo svojom rozhodnutí (prvostupňové rozhodnutie) na str. 45-46 poukazuje na spôsob zasielania a vybavovania žiadostí o medzinárodnú výmenu informácií a tiež na to, že splnomocnený zástupca daňového subjektu bol oboznámený s počtom zaslaných žiadostí o medzinárodnú výmenu daňových informácií, členskými štátmi zaslania žiadostí a o obchodných partneroch, s ktorými predmetné žiadosti súvisia. Odpoveď na otázku, aký význam mali skutočnosti zistené predmetnou medzinárodnou výmenou informácií na vyvodenie záveru správcu dane a žalovaného premietnutého do napadnutých rozhodnutí však toto odôvodnenie neposkytlo. V napadnutom rozhodnutí žalovaného rozsiahla medzinárodná výmena informácií a z nej vyplývajúca správna úvaha žalovaného pri jej vyhodnocovaní absentuje úplne. 60. Žalovaný sa snažil absenciu odôvodnenia nahradiť vo vyjadrení k žalobe (bod 7-12 odôvodnenia tohto rozsudku). Súd na tomto mieste zdôrazňuje, že preskúmava zákonnosť rozhodnutia žalovanej a doplnenie dôvodov vo vyjadrení k žalobe nemôže nahradiť chýbajúcu právnu argumentáciu v odôvodnení napadnutého rozhodnutia. Uvedený názor súdu je v súlade s názorom Najvyššieho súdu SR, vysloveného v rozsudku 10Sžo 323/2015 a rovnaký právny názor nachádza oporu aj v ustálenej judikatúre najvyššieho súdu (napr. rozsudok najvyššieho súdu zo dňa 18.03.2016, sp. zn. 10Sza/6/2016, rozsudok najvyššieho súdu zo dňa 21.06.2016 sp. zn. 10Sza/13/2016). Uvedená judikatúra najvyššieho súdu je ustálená v názore, že „vytýkané nedostatky odôvodnenia preskúmavaného rozhodnutia nemôžu byť konvalidované prípadným dodatočným vysvetlením resp. doplňujúcim vyjadrením správneho orgánu a ani súdu neprislúcha spôsobom presahujúcim akceptovateľnú mieru dopĺňať resp. absentujúce argumenty správneho orgánu nahrádzať svojimi a vyvodzovať z nich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v tomto prípade do sféry kompetencie správcu dane v agende vymedzenej daňovým poriadkom a zákonom o DPH. Pokiaľ totiž súd preskúmava zákonnosť žalobou napadnutého správneho rozhodnutia, resp. skutkové a právne úvahy, na základe ktorých bolo rozhodnutie vydané, robí tak výlučne cez odôvodnenie tohto rozhodnutia, a nie prostredníctvom obsahu administratívneho spisu, resp. dôvodov doplňujúcich, ktorými žalovaný dodatočne dopĺňa chýbajúce dôvody v rozhodnutí. 61. Nepreskúmateľnosť rozhodnutia pre nedostatok dôvodov je založená na nedostatku skutkových dôvodov, o ktoré sú opreté rozhodovacie dôvody. Za takýto nedostatok je možné považovať prípad, keď nie je zrejmé, z akých dôkazov žalovaný v konaní vychádzal, resp. nie je zrejmé, aký vplyv mali skutočnosti zistené z vykonaného dokazovania na samotné rozhodnutie. Na jednej strane je potrebné, aby bola dobre vystihnutá podstata veci a aby odôvodnenie nebolo zbytočne zaťažované údajmi a úvahami bezvýznamnými, ktoré sú na úkor zrozumiteľnosti rozhodnutia. Na druhej strane je zároveň potrebné, aby rozhodnutie správneho orgánu obsahovalo správnu úvahu o tom, ako sa správny orgán vysporiadal a ako vyhodnotil skutočnosti získané vykonaným dokazovaním, a teda, aby jeho rozhodnutie netrpelo nedostatkom dôvodov. Žalobou napadnuté rozhodnutia tieto požiadavky nespĺňajú, nakoľko z nich nie je dostatočne zrejmé, akým spôsobom sa prvostupňový orgán a žalovaný vysporiadali so zisteniami vyplývajúcimi z rozsiahlej medzinárodnej výmeny informácií uskutočnenej správcom dane. Taktiež z odôvodnenia napadnutého rozhodnutie nie je zrejmé, čo viedlo správcu dane k prerušeniu konania a k medzinárodným výmenám informácií, a to aj vo svetle informácií, s ktorými už nakladal v čase prerušenia daňovej kontroly. Rozhodnutie žalovaného nie je výsledkom postupu podľa § 74 ods. 2 daňového poriadku, keďže žalovaný nebral ohľad na skutočnosti (výsledky rozsiahlej medzinárodnej výmeny informácií vykonanej počas daňovej kontroly), ktoré mali podstatný vplyv na výrok rozhodnutia a na ktoré ako odvolací orgán mal prihliadať. Je nepochybné, že správca dane pre vyvodenie záveru premietnutého do rozhodnutia použil predovšetkým informácie získané pred začatím daňovej kontroly. Preto bolo povinnosťou žalovaného, ak potvrdil závery správcu dane, dôsledne odôvodniť správnosť postupu správcu dane pri medzinárodnej výmene informácií, ktorá bola dôvodom dlhého prerušenia daňovej kontroly. To všetko aj s ohľadom na skutočnosť, že správca dane uskutočnil rozsiahlu medzinárodnú výmenu informácií až po 8 mesiacoch od začatia daňovej kontroly a od ústneho pojednávania, na ktorom sa správca dane dozvedel o obchodoch žalobcu, ktoré neskôr prostredníctvom medzinárodnej výmeny informácií preveroval. Z dôvodu absencie týchto dôvodov súd nemohol posúdiť zákonnosť prerušenia predmetnej daňovej kontroly, ani jej dĺžku, a teda celkovú správnosť postupu správcu dane. 62. Okrem účelnosti a dôvodnosti prerušenia daňovej kontroly z dôvodu medzinárodnej výmeny informácií je tiež potrebné posudzovať aj primeranosť samotnej dĺžky prerušenia daňovej kontroly. V súvislosti s posudzovaním dĺžky konania daňovej kontroly súd uvádza, že v spojitosti s implementáciou smernice Rady č. 2011/16/EÚ z 15.02.2011 o administratívnej spolupráci v oblasti daní a o zrušení smernice č. 77/799/EHS bol prijatý zákon č. 442/2012 Z. z., ktorý reflektuje rozsah vyššie uvedenej smernice. V rámci medzinárodnej pomoci a spolupráci pri správe daní bol vyššie uvedeným zákonom zavedený nový inštitút pravidelnej výmeny vopred určeného druhu informácií týkajúcich sa osôb majúcich trvalý pobyt alebo sídlo v inom členskom štáte a zároveň boli ustanovené lehoty na vybavenie žiadostí o výmenu informácií, na poskytovanie informácií bez žiadosti, ako aj lehoty na oznámenie výsledku využitia poskytnutých informácií. Tieto právne predpisy boli prijaté s cieľom zefektívniť a zrýchliť spoluprácu pri výmene informácií medzi členskými štátmi Európskej únie v daňových záležitostiach. Z tohto dôvodu sú v smernici stanovené konkrétne lehoty na poskytnutie informácie na základe žiadosti cudzieho štátu. Podľa čl. 7a ust. § 6 ods. 5 zákona č. 442/2012 Z. z.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Z administratívneho spisu, ako je popísané v bode 14, súd zistil, že správca dane obdŕžal skoro všetky odpovede na medzinárodné dožiadania v priebehu roka 2014 (teda do 22.05.2014). Výnimkou bola žiadosť adresovaná rakúskej daňovej správe, kde bola odpoveď doručená až 26.01.2015 a maďarskej daňovej správe týkajúca sa preverenia dodania tovaru žalobcom maďarskému daňovému subjektu X.-F. L. É. E. L. a prepravy s ním súvisiacej, kde obdŕžal správca dane odpoveď dňa 02.06.2014. Napriek tomu správca dane pokračoval v konaní až 26.01.2015 a rozhodol až 30.10.2015. Na tomto mieste súd zdôrazňuje, že nedodržanie maximálnej 6 mesačnej lehoty na vybavenie žiadostí o výmenu informácií nemôže ísť na ťarchu práv žalobcu pri výkone daňovej kontroly v kontexte dôvodov uvedených vyššie. Dochádza tým k narušeniu princípu proporcionality, ako je popísaný v bode 47 tohto rozsudku. 63. Na základe zistených skutočností v tomto konaní súd dospel záveru, že napadnuté rozhodnutie žalovaného trpí vadou nepreskúmateľnosti a ako také je potrebné ho zrušiť a vec vrátiť žalovanému na ďalšie konanie. Žalovaný v ňom bude viazaný vysloveným právnym záverom súdu (§ 191 ods. 6 SSP) a bude jeho povinnosťou vo veci opätovne konať a vydať rozhodnutie, ktoré bude dostatočne odôvodnené, s dôrazom na rozsiahlu medzinárodnú výmenu informácií a zistenia z nej vyplývajúce. Úlohou žalovaného bude preskúmať zákonnosť prerušenia daňovej kontroly čo do jej dôvodov a jej dĺžky. Vzhľadom na vyššie uvedené sa súd nezaoberal hmotnoprávnymi námietkami žalobcu. Bude povinnosťou žalovaného v ďalšom konaní vysporiadať sa okrem procesných námietok žalobcu (o.i. neumožnenie zúčastniť sa na vypočutí p. U. a klásť mu otázky, vrátane posúdenia jeho čestného vyhlásenia zo dňa 28.05.2015) aj hmotnoprávnymi námietkami žalobcu uplatnenými v tomto konaní. 64.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65.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https://www.kauzis.sk/judikatura/r/ECLI:SK:KSBA:2018:1016200655.3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