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3Cbi/6/2016 z 6. 6. 2018</w:t>
      </w:r>
    </w:p>
    <w:p>
      <w:r>
        <w:t>Uznesenie Krajského súdu Bratislava z 6. júna 2018, sp. zn. 3Cbi/6/2016, ECLI:SK:KSBA:2018:1016200671.1</w:t>
      </w:r>
    </w:p>
    <w:p>
      <w:r>
        <w:t>Súd: Krajský súd Bratislava</w:t>
      </w:r>
    </w:p>
    <w:p>
      <w:r>
        <w:t>Spisová značka: 3Cbi/6/2016</w:t>
      </w:r>
    </w:p>
    <w:p>
      <w:r>
        <w:t>ECLI: ECLI:SK:KSBA:2018:1016200671.1</w:t>
      </w:r>
    </w:p>
    <w:p>
      <w:r>
        <w:t>Dátum vydania: 6. 6.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3Cbi/6/2016 Identifikačné číslo súdneho spisu: 1016200671 Dátum vydania rozhodnutia: 07. 06. 2018 Meno a priezvisko sudcu, VSÚ: Mgr. Martina Ondrušková ECLI: ECLI:SK:KSBA:2018:1016200671.1 Uznesenie Krajský súd v Bratislave, v právnej veci žalobcu: Sociálna poisťovňa - ústredie, Ul. 29. augusta č. 8-10, 813 63 Bratislava, IČO: 30 807 484, proti žalovanej: JUDr. Barbora Hudeková, Kominárska 2, 831 04 Bratislava, správca konkurznej podstaty úpadcu N. Č., F. XX, U., Z.: XX XXX XXX, o určenie popretej pohľadávky, takto r o z h o d o l : Súd v y z ý v a žalovanú, aby v lehote 15 dní od doručenia tohto uznesenia: - sa písomne vyjadrila k žalobe doručenej súdu dňa 18.4.2016, - ak uplatnený nárok v celom rozsahu neuznáva, uviedla vo vyjadrení rozhodujúce skutočnosti na svoju obranu, pripojila listiny, na ktoré sa odvoláva a označila dôkazy na preukázanie svojich tvrdení. Vyjadrenie k žalobe žalovaná predloží s potrebným počtom rovnopisov a s prílohami tak, aby jeden rovnopis zostal na súde a aby každá strana dostala jeden rovnopis. o d ô v o d n e n i e : 1. Dňa 18.4.2016 bola Krajskému súdu v Bratislave doručená žaloba, ktorou sa žalobca domáha určenia výšky a právneho dôvodu pohľadávky prihlásenej do konkurzu v sume 533,68 EUR za pohľadávku proti podstate. 2. Podľa § 167 ods. 1 a 2 zákona č. 160/2015 Z. z. Civilný sporový poriadok (ďalej len ,,C.s.p.“), ak súd neodmietol žalobu podľa § 129 alebo nerozhodol o zastavení konania, doručí žalobu spolu s prílohami žalovanému do vlastných rúk. Spolu s doručením žaloby súd žalovaného vyzve, aby sa v lehote určenej súdom k žalobe písomne vyjadril, a ak uplatnený nárok v celom rozsahu neuzná, uviedol vo vyjadrení rozhodujúce skutočnosti na svoju obranu, pripojil listiny, na ktoré sa odvoláva, a označil dôkazy na preukázanie svojich tvrdení. Poučenie: Proti tomuto uzneseniu nie je prípustné odvolanie. Proti uzneseniu súdu prvej inštancie vydanému súdnym úradníkom, ktoré treba doručiť, je prípustná sťažnosť. Sťažnosť môže podať ten, v koho neprospech bolo uznesenie vydané, v lehote 15 dní odo dňa jeho doručenia na Krajskom súde v Bratislave. Sťažnosť len proti dôvodom uznesenia nie je prípustná. V sťažnosti sa uvedie, ktorému súdu je určená, kto ju robí, ktorej veci sa týka, čo sa ňou sleduje, spisová značka, proti ktorému uzneseniu smeruje, v čom sa postup alebo uznesenie súdu považuje za nesprávne a čoho sa sťažovateľ domáha. Sťažnosť musí byť podpísaná a musí byť predložená v potrebnom počte rovnopisov s prílohami tak, aby sa jeden rovnopis s prílohami mohol založiť do súdneho spisu a aby každý ďalší subjekt dostal jeden rovnopis s prílohami. Ak sa nepredloží potrebný počet rovnopisov a príloh, súd vyhotoví kópie sťažnosti na trovy toho, kto sťažnosť podal.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Rozsah, v akom sa uznesenie napáda, môže sťažovateľ rozšíriť len do uplynutia lehoty na podanie sťažnosti. V sťažnosti možno uvádzať nové skutočnosti a dôkazy, ak je to so zreteľom na povahu a okolnosti sporu možné a účelné. (§ 239 až § 250 C.s.p.) Ak súd uznesením uložil žalovanému povinnosť v určenej lehote písomne sa vyjadriť k žalobe a v tomto svojom vyjadrení uviesť rozhodujúce skutočnosti na svoju obranu, pripojiť listiny, na ktoré sa odvoláva, a označiť dôkazy na preukázanie svojich tvrdení a žalovaný túto povinnosť bez vážneho dôvodu nesplnil, súd môže aj bez nariadenia pojednávania rozhodnúť rozsudkom pre zmeškanie, ktorým žalobe vyhovie (§ 273 C.s.p.).</w:t>
      </w:r>
    </w:p>
    <w:p/>
    <w:p>
      <w:r>
        <w:t>Zdroj: KAUZIS.SK – https://www.kauzis.sk/judikatura/r/ECLI:SK:KSBA:2018:1016200671.1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