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8Sd/56/2016 z 20. 3. 2018</w:t>
      </w:r>
    </w:p>
    <w:p>
      <w:r>
        <w:t>Uznesenie Krajského súdu Bratislava z 20. marca 2018, sp. zn. 8Sd/56/2016, ECLI:SK:KSBA:2018:1016200717.3</w:t>
      </w:r>
    </w:p>
    <w:p>
      <w:r>
        <w:t>Súd: Krajský súd Bratislava</w:t>
      </w:r>
    </w:p>
    <w:p>
      <w:r>
        <w:t>Spisová značka: 8Sd/56/2016</w:t>
      </w:r>
    </w:p>
    <w:p>
      <w:r>
        <w:t>ECLI: ECLI:SK:KSBA:2018:1016200717.3</w:t>
      </w:r>
    </w:p>
    <w:p>
      <w:r>
        <w:t>Dátum vydania: 20. 3. 2018</w:t>
      </w:r>
    </w:p>
    <w:p>
      <w:r>
        <w:t>Forma: Uznesenie</w:t>
      </w:r>
    </w:p>
    <w:p>
      <w:pPr>
        <w:pStyle w:val="Heading2"/>
      </w:pPr>
      <w:r>
        <w:t>Text rozhodnutia</w:t>
      </w:r>
    </w:p>
    <w:p>
      <w:r>
        <w:t>Súd: Krajský súd Bratislava Spisová značka: 8Sd/56/2016 Identifikačné číslo súdneho spisu: 1016200717 Dátum vydania rozhodnutia: 21. 03. 2018 Meno a priezvisko sudcu, VSÚ: JUDr. Blanka Malichová ECLI: ECLI:SK:KSBA:2018:1016200717.3 Uznesenie Krajský súd v Bratislave v právnej veci navrhovateľky: W. W., nar. XX.XX.XXXX, bytom W. XXXX/XX, XXX XX Z., zast. Z. O., rod. W., bytom W. XX, Z., proti odporkyni: Sociálna poisťovňa ústredie, Ul. 29. augusta 8 - 10, Bratislava, v konaní o výšku vdovského dôchodku, o preskúmanie rozhodnutia správneho orgánu vo veci dôchodkového poistenia č. XXX XXX XXXX X zo dňa 26. januára 2016, na späťvzatie opravného prostriedku takto r o z h o d o l : Konanie z a s t a v u j e . Žiaden z účastníkov nemá právo na náhradu trov konania. o d ô v o d n e n i e : 1. Navrhovateľka opravným prostriedkom doručeným odporkyni dňa 16.03.2016 a Krajskému súdu v Bratislave (ďalej iba „súd“) doručeným prostredníctvom odporkyne dňa 26.04.2016, žiadala preskúmať rozhodnutie odporkyne číslo XXX XXX XXXX X zo dňa 26.01.2016, ktorým jej podľa § 74 a § 75 zák. č. 461/2003 Z.z. o sociálnom poistení, priznala od 10. decembra 2015 vdovský dôchodok v sume 288,40 eur mesačne s tým, že navrhovateľka splnila podmienky nároku na výplatu dvoch dôchodkov, a preto jej od uvedeného dňa bude podľa § 81 ods. 2 zákona č. 461/2003 Z. z. v znení zákona č. 140/2015 Z. z. vyplácaný dôchodok v sume 468,00 mesačne (323 eur starobný a 144,20 eur vdovský dôchodok). 2. Podaním doručeným súdu dňa 19.03.2018 zobrala splnomocnená zástupkyňa navrhovateľky podľa plnej moci zo dňa 16.03.2018, Z. O., rod. W., bytom W. XX, Z., návrh na preskúmanie rozhodnutia č. XXX XXX XXXX X zo dňa 26.01.2016 späť a konanie žiadala zastaviť. 1. Podľa § 491 ods. 1 Správneho súdneho poriadku č. 162/2015 Z.z. (ďalej len „S.s.p.“), ak nie je ďalej ustanovené inak, platí tento zákon aj na konania začaté podľa piatej časti Občianskeho súdneho poriadku predo dňom nadobudnutia jeho účinnosti. 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3. Podľa § 492 ods. 1 Správneho súdneho poriadku, konania podľa tretej hlavy piatej časti Občianskeho súdneho poriadku začaté predo dňom nadobudnutia účinnosti tohto zákona, sa dokončia podľa doterajších predpisov. 4. Podľa § 492 ods. 2 Správneho súdneho poriadku, odvolacie konania podľa piatej časti Občianskeho súdneho poriadku začaté predo dňom nadobudnutia účinnosti tohto zákona, sa dokončia podľa doterajších predpisov. 5.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6. Podľa ust. § 250h ods. 2 O.s.p. až do rozhodnutia súdu môže žalobca vziať žalobu späť; ak žalovanému medzitým vznikli trovy konania, rozhodne súd o ich náhrade. 7.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8.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9.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https://www.kauzis.sk/judikatura/r/ECLI:SK:KSBA:2018:1016200717.3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