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8Sd/58/2016 z 1. 5. 2018</w:t>
      </w:r>
    </w:p>
    <w:p>
      <w:r>
        <w:t>Uznesenie Krajského súdu Bratislava z 1. mája 2018, sp. zn. 8Sd/58/2016, ECLI:SK:KSBA:2018:1016200742.1</w:t>
      </w:r>
    </w:p>
    <w:p>
      <w:r>
        <w:t>Súd: Krajský súd Bratislava</w:t>
      </w:r>
    </w:p>
    <w:p>
      <w:r>
        <w:t>Spisová značka: 8Sd/58/2016</w:t>
      </w:r>
    </w:p>
    <w:p>
      <w:r>
        <w:t>ECLI: ECLI:SK:KSBA:2018:1016200742.1</w:t>
      </w:r>
    </w:p>
    <w:p>
      <w:r>
        <w:t>Dátum vydania: 1. 5. 2018</w:t>
      </w:r>
    </w:p>
    <w:p>
      <w:r>
        <w:t>Forma: Uznesenie</w:t>
      </w:r>
    </w:p>
    <w:p>
      <w:pPr>
        <w:pStyle w:val="Heading2"/>
      </w:pPr>
      <w:r>
        <w:t>Text rozhodnutia</w:t>
      </w:r>
    </w:p>
    <w:p>
      <w:r>
        <w:t>Súd: Krajský súd Bratislava Spisová značka: 8Sd/58/2016 Identifikačné číslo súdneho spisu: 1016200742 Dátum vydania rozhodnutia: 02. 05. 2018 Meno a priezvisko sudcu, VSÚ: JUDr. Blanka Malichová ECLI: ECLI:SK:KSBA:2018:1016200742.1 Uznesenie Krajský súd v Bratislave v právnej veci navrhovateľa: Ing. X. W., nar. XX.XX.XXXX, bytom O. nám. XX, XXX XX I. proti odporkyni: Sociálna poisťovňa - ústredie, Ul. 29. augusta č. 8-10, Bratislava, o starobný dôchodok o preskúmanie rozhodnutia správneho orgánu vo veci dôchodkového poistenia č. XXX XXX XXXX X zo dňa 18. marca 2016, takto r o z h o d o l : Konanie z a s t a v u j e. Žiaden z účastníkov nemá právo na náhradu trov konania. o d ô v o d n e n i e : 1. Navrhovateľ opravným prostriedkom zo dňa 08.04.2016, Krajskému súdu v Bratislave (ďalej iba „súd“) doručeným prostredníctvom odporkyne dňa 02.05.2016, žiadal preskúmať rozhodnutie odporkyne číslo XXX XXX XXXX X zo dňa 18.03.2016, ktorým podľa ust. § 66 ods. 3, § 293l ods. 1 a § 82 zák. č. 461/2003 Z.z. Zákon o sociálnom poistení zvýšila navrhovateľovi od 01. januára 2016 starobný dôchodok na sumu 475,40 eur mesačne. 2. Podaním doručeným súdu dňa 20.04.2018 vzal navrhovateľ svoj opravný prostriedok späť a vyslovil súhlas so zastavením konania.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Krajský súd v Bratislave, so zreteľom na dispozitívny úkon navrhovateľa, ktorým vzal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12. V zmysle jeho ustanovení postupoval aj pri rozhodovaní o trovách konania, a o ich náhrade rozhodol podľa ust. § 146 ods. 1 písm. c/ v spojení s § 246c ods. 1 veta prvá O.s.p. tak, že žiadnemu z účastníkov právo na náhradu trov konania nepriznal. Poučenie: Proti tomuto uzneseniu je možné podať odvolanie do 15 dní odo dňa jeho doručenia na Krajskom súde v Bratislave.</w:t>
      </w:r>
    </w:p>
    <w:p/>
    <w:p>
      <w:r>
        <w:t>Zdroj: KAUZIS.SK – https://www.kauzis.sk/judikatura/r/ECLI:SK:KSBA:2018:1016200742.1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