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8Scud/13/2016 z 24. 4. 2018</w:t>
      </w:r>
    </w:p>
    <w:p>
      <w:r>
        <w:t>Uznesenie Krajského súdu Bratislava z 24. apríla 2018, sp. zn. 8Scud/13/2016, ECLI:SK:KSBA:2018:1016200764.2</w:t>
      </w:r>
    </w:p>
    <w:p>
      <w:r>
        <w:t>Súd: Krajský súd Bratislava</w:t>
      </w:r>
    </w:p>
    <w:p>
      <w:r>
        <w:t>Spisová značka: 8Scud/13/2016</w:t>
      </w:r>
    </w:p>
    <w:p>
      <w:r>
        <w:t>ECLI: ECLI:SK:KSBA:2018:1016200764.2</w:t>
      </w:r>
    </w:p>
    <w:p>
      <w:r>
        <w:t>Dátum vydania: 24. 4. 2018</w:t>
      </w:r>
    </w:p>
    <w:p>
      <w:r>
        <w:t>Forma: Uznesenie</w:t>
      </w:r>
    </w:p>
    <w:p>
      <w:pPr>
        <w:pStyle w:val="Heading2"/>
      </w:pPr>
      <w:r>
        <w:t>Text rozhodnutia</w:t>
      </w:r>
    </w:p>
    <w:p>
      <w:r>
        <w:t>Súd: Krajský súd Bratislava Spisová značka: 8Scud/13/2016 Identifikačné číslo súdneho spisu: 1016200764 Dátum vydania rozhodnutia: 25. 04. 2018 Meno a priezvisko sudcu, VSÚ: JUDr. Blanka Malichová ECLI: ECLI:SK:KSBA:2018:1016200764.2 Uznesenie Krajský súd v Bratislave v právnej veci navrhovateľa: P. Q., nar. XX.XX.XXXX, bytom Q. gärd E. XXX, XXXXX Q., Q., proti odporkyni: Sociálna poisťovňa - ústredie, so sídlom Ul. 29. augusta 8 - 10, Bratislava, o invalidný dôchodok o preskúmanie rozhodnutia správneho orgánu vo veci dôchodkového poistenia č. XXX XXX XXXX X zo dňa 02. júna 2015 v spojení s rozhodnutím zo dňa 18.mája 2016, r o z h o d o l : Súd konanie podľa ustanovenia § 250o Občianskeho súdneho poriadku z a s t a v u j e. Žiaden z účastníkov nemá právo na náhradu trov konania. o d ô v o d n e n i e : 1. Opravným prostriedkom doručeným odporkyni dňa 31.07.2015 a Krajskému súdu v Bratislave (ďalej iba „súd“) doručeným prostredníctvom odporkyne dňa 05.05.2016, navrhovateľ namietal odporkyňou zníženú mieru poklesu jeho schopnosti vykonávať zárobkovú činnosť z pôvodne určeného rozsahu 60% na 45%, konštatovaného v Lekárskej správe zo dňa 12.05.2015. 2. V zmysle uvedenej lekárskej správy odporkyňa rozhodnutím č. XXX XXX XXXX X zo dňa 16.02.2016 uvoľnila navrhovateľovi výplatu invalidného dôchodku od 12.12.2013 podľa ust. § 73, § 112 ods. 4 a 7, § 82 a § 293ce zákona č. 461/2003 Z. z. o sociálnom postení v platnom znení (ďalej iba „zákon č. 461/2003 Z.z.“). Z odôvodnenia rozhodnutia vyplýva, že posudkový lekár sociálneho poistenia Sociálnej poisťovne, pobočky Bratislava, opätovne posúdil zdravotný stav navrhovateľa a na základe výsledku posúdenia obsiahnutého v Lekárskej správe - odbornom posudku o invalidite zo dňa 10.11.2015 bol navrhovateľ naďalej uznaný invalidným, s mierou poklesu schopnosti vykonávať zárobkovú činnosť od 12.12.2013 v rozsahu 45%. 3. Po podaní opravného prostriedku navrhovateľom, bol posudkovým lekárom sociálneho poistenia Sociálnej poisťovne, ústredie opätovne posúdený jeho zdravotný stav. Výsledky uvedeného posúdenia sú obsiahnuté v Lekárskej správe zo dňa 02.05.2015, z ktorej vyplýva určenie miery poklesu schopnosti navrhovateľa vykonávať zárobkovú činnosť v rozsahu 60% s uvoľnením výplaty dôchodku od 12.12.2013 a zmena miery poklesu schopnosti navrhovateľa vykonávať zárobkovú činnosť v rozsahu 65% od 10.12.2014, čím v plnom rozsahu vyhovela odvolacej argumentácii navrhovateľa. Rozhodnutím č. XXX XXX XXXX X zo dňa 18.05.2016 odporkyňa na základe záverov uvedených v predmetnej lekárskej správe zvýšila navrhovateľovi sumu invalidného dôchodku od 10.12.2014 na 54,80 eur, od 01.01.2015 na 55,90 eur a od 01.01.2016 na sumu 56,30 eur. 4. Podľa § 491 ods. 1 Správneho súdneho poriadku č. 162/2015 Z.z. (ďalej len „S.s.p.“), ak nie je ďalej ustanovené inak, platí tento zákon aj na konania začaté podľa piatej časti Občianskeho súdneho poriadku predo dňom nadobudnutia jeho účinnosti. 5.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6. Podľa § 492 ods. 1 Správneho súdneho poriadku, konania podľa tretej hlavy piatej časti Občianskeho súdneho poriadku začaté predo dňom nadobudnutia účinnosti tohto zákona sa dokončia podľa doterajších predpisov. 7. Podľa § 492 ods. 2 Správneho súdneho poriadku, odvolacie konania podľa piatej časti Občianskeho súdneho poriadku začaté predo dňom nadobudnutia účinnosti tohto zákona sa dokončia podľa doterajších predpisov. 8. Podľa § 250o zák. č. 99/1963 Zb. Občiansky súdny poriadok (ďalej len „O.s.p.“) , ak správny orgán, ktorého rozhodnutie súd preskúmava, vydá nové rozhodnutie, ktorým návrhu celkom vyhovie, súd uznesením konanie zastaví.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Podľa ustanovenia § 246c ods. 1 prvej vety O.s.p., pre riešenie otázok, ktoré nie sú priamo upravené v tejto časti, sa použijú primerane ustanovenia prvej, tretej a štvrtej časti tohto zákona. 12. Podľa ustanovenia § 146 ods. 1 písm. c/ O.s.p., žiaden z účastníkov nemá právo na náhradu trov konania podľa jeho výsledku, ak konanie bolo zastavené. 13. Krajský súd v Bratislave, so zreteľom na rozhodnutie odporkyne č. XXX XXX XXXX X zo dňa 18.05.2016 vydané v rámci autoremedúry, ktorým odporkyňa v plnom rozsahu vyhovela opravnému prostriedku navrhovateľa, a ktoré v celom rozsahu zodpovedá požiadavkám navrhovateľa vyjadreným v podanom opravnom prostriedku, konanie v zmysle ustanovenia § 250o zastavil, pričom svoj procesný postup podriadil zneniu ust. § 492 ods. 1 S.s.p a na svoje rozhodnutie aplikoval na vec vzťahujúce sa ustanovenia Občianskeho súdneho poriadku. 14. V zmysle jeho ustanovení postupoval aj pri rozhodovaní o trovách konania, a o ich náhrade rozhodol podľa ust. § 146 ods. 1 písm. c/ v spojení s § 250l ods. 2, § 246c ods. 1 veta prvá O.s.p. tak, že žiadnemu z účastníkov právo na náhradu trov konania nepriznal. Poučenie: Proti tomuto uzneseniu je možné podať odvolanie do 15 dní odo dňa jeho doručenia na Krajskom súde v Bratislave, písomne, dvojmo.</w:t>
      </w:r>
    </w:p>
    <w:p/>
    <w:p>
      <w:r>
        <w:t>Zdroj: KAUZIS.SK – https://www.kauzis.sk/judikatura/r/ECLI:SK:KSBA:2018:1016200764.2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