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8Sd/67/2016 z 13. 2. 2018</w:t>
      </w:r>
    </w:p>
    <w:p>
      <w:r>
        <w:t>Uznesenie Krajského súdu Bratislava z 13. februára 2018, sp. zn. 8Sd/67/2016, ECLI:SK:KSBA:2018:1016200862.3</w:t>
      </w:r>
    </w:p>
    <w:p>
      <w:r>
        <w:t>Súd: Krajský súd Bratislava</w:t>
      </w:r>
    </w:p>
    <w:p>
      <w:r>
        <w:t>Spisová značka: 8Sd/67/2016</w:t>
      </w:r>
    </w:p>
    <w:p>
      <w:r>
        <w:t>ECLI: ECLI:SK:KSBA:2018:1016200862.3</w:t>
      </w:r>
    </w:p>
    <w:p>
      <w:r>
        <w:t>Dátum vydania: 13. 2. 2018</w:t>
      </w:r>
    </w:p>
    <w:p>
      <w:r>
        <w:t>Forma: Uznesenie</w:t>
      </w:r>
    </w:p>
    <w:p>
      <w:pPr>
        <w:pStyle w:val="Heading2"/>
      </w:pPr>
      <w:r>
        <w:t>Text rozhodnutia</w:t>
      </w:r>
    </w:p>
    <w:p>
      <w:r>
        <w:t>Súd: Krajský súd Bratislava Spisová značka: 8Sd/67/2016 Identifikačné číslo súdneho spisu: 1016200862 Dátum vydania rozhodnutia: 14. 02. 2018 Meno a priezvisko sudcu, VSÚ: JUDr. Blanka Malichová ECLI: ECLI:SK:KSBA:2018:1016200862.3 Uznesenie Krajský súd v Bratislave v právnej veci navrhovateľky: A. L., nar. XX.XX.XXXX, bytom H. námestie XXX/ XX, XXX XX A., proti odporkyni: Sociálna poisťovňa ústredie, Ul. 29. augusta 8 - 10, Bratislava, v konaní o invalidný dôchodok, o preskúmanie rozhodnutia správneho orgánu vo veci dôchodkového poistenia č. XXX S. 62XX X zo dňa 12. februára 2016, na späťvzatie opravného prostriedku takto r o z h o d o l : Konanie z a s t a v u j e . Žiaden z účastníkov nemá právo na náhradu trov konania. o d ô v o d n e n i e : 1. Navrhovateľka opravným prostriedkom doručeným odporkyni dňa 29.03.2016 a Krajskému súdu v Bratislave (ďalej iba „súd“) doručeným prostredníctvom odporkyne dňa 23.05.2016 žiadala preskúmať rozhodnutie odporkyne číslo XXX XXX XXXX X zo dňa 12.02.2016, ktorým jej podľa § 70 a § 112 ods. 2 a 6 zák. č. 461/2003 Z.z. o sociálnom poistení, odňala od 22.03.2016 invalidný dôchodok a to na základe odborného posúdenia jej zdravotného stavu v posudku o invalidite zo dňa 14.12.2015, podľa ktorého miera poklesu schopnosti navrhovateľky vykonávať zárobkovú činnosť je 25%. Na základe opravného prostriedku navrhovateľky, bol posudkovým lekárom Sociálnej poisťovne opätovne posudzovaný jej zdravotný stav a posudkové závery vyplývajúce z lekárskej správy zo dňa 19.05.2016 zostali nezmenené. Rovnaký výsledok prinieslo i posudzovanie zdravotného stavu navrhovateľky na základe žiadosti Krajského súdu v Bratislave, dňa 19.12.2017. 2. Na pojednávaní súdu dňa 14.02.2017, vzala navrhovateľka svoj opravný prostriedok späť a žiadala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Podľa ustanovenia § 246c ods. 1 prvej vety O. s. p., pre riešenie otázok, ktoré nie sú priamo upravené v tejto časti, sa použijú primerane ustanovenia prvej, tretej a štvrtej časti tohto zákona. 12.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13.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https://www.kauzis.sk/judikatura/r/ECLI:SK:KSBA:2018:1016200862.3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