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10Sd/70/2016 z 11. 6. 2018</w:t>
      </w:r>
    </w:p>
    <w:p>
      <w:r>
        <w:t>Rozsudok Krajského súdu Bratislava z 11. júna 2018, sp. zn. 10Sd/70/2016, ECLI:SK:KSBA:2018:1016200890.2</w:t>
      </w:r>
    </w:p>
    <w:p>
      <w:r>
        <w:t>Súd: Krajský súd Bratislava</w:t>
      </w:r>
    </w:p>
    <w:p>
      <w:r>
        <w:t>Spisová značka: 10Sd/70/2016</w:t>
      </w:r>
    </w:p>
    <w:p>
      <w:r>
        <w:t>ECLI: ECLI:SK:KSBA:2018:1016200890.2</w:t>
      </w:r>
    </w:p>
    <w:p>
      <w:r>
        <w:t>Dátum vydania: 11. 6. 2018</w:t>
      </w:r>
    </w:p>
    <w:p>
      <w:r>
        <w:t>Forma: Rozsudok</w:t>
      </w:r>
    </w:p>
    <w:p>
      <w:r>
        <w:t>Oblasť práva: Správne právo</w:t>
      </w:r>
    </w:p>
    <w:p>
      <w:pPr>
        <w:pStyle w:val="Heading2"/>
      </w:pPr>
      <w:r>
        <w:t>Text rozhodnutia</w:t>
      </w:r>
    </w:p>
    <w:p>
      <w:r>
        <w:t>Súd: Krajský súd Bratislava Spisová značka: 10Sd/70/2016 Identifikačné číslo súdneho spisu: 1016200890 Dátum vydania rozhodnutia: 12. 06. 2018 Meno a priezvisko sudcu, VSÚ: JUDr. Beata Jurgošová ECLI: ECLI:SK:KSBA:2018:1016200890.2 ROZSUDOK V MENE SLOVENSKEJ REPUBLIKY Krajský súd v Bratislave sudkyňou JUDr. Beátou Jurgošovou v právnej veci navrhovateľa: Ing. F. X., B. V. XX, B. proti odporkyni: Sociálna poisťovňa ústredie, Ul. 29. augusta č. 8, Bratislava, o vdovecký dôchodok, takto r o z h o d o l : Súd rozhodnutie odporkyne číslo XXX XXX XXXX X zo dňa 14.1.2016 a rozhodnutie číslo XXX XXX XXXX X zo dňa 9.3.2016 potvrdzuje. Účastníkom náhradu trov konania nepriznáva. o d ô v o d n e n i e : Rozhodnutím číslo XXX XXX XXXX X zo dňa 14.1.2016 odporkyňa podľa § 74 ods. 3 v spojitosti s § 74 ods. 6 zákona a podľa § 293n ods. 1 zákona č. 461/2003 Z. z. o sociálnom poistení v znení neskorších predpisov zamietla navrhovateľovi žiadosť o vdovecký dôchodok zo dňa 14. apríla 2014. Rozhodnutím číslo XXX XXX XXXX X zo dňa 9.3.2016 podľa § 293dn ods. 1 a § 82 zákona č. 461/2003 Z.z. o sociálnom poistení v znení neskorších predpisov navrhovateľovi od 1. januára 2016 priznala vdovecký dôchodok v sume 137,70 eur mesačne. Podľa § 81 ods. 2 zákona č. 461/2003 Z.z. navrhovateľovi od 1. januára 2016 bude odporkyňa od 1. januára 2016 vyplácať starobný dôchodok v sume 540,70 eur mesačne, vdovecký dôchodok v sume 68,90 eur mesačne, úhrnom navrhovateľovi patrí 609,60 eur mesačne. Navrhovateľ podal návrh zo dňa 29.1.2016 na preskúmanie rozhodnutia, v ktorom uviedol, že podľa jeho názoru od dovŕšenia dôchodkového veku má znova nárok na vyplácanie vdoveckého dôchodku, preto nebol dôvod na zamietnutie jeho žiadosti. Uviedol, že nie je zrejmé, prečo Sociálna poisťovňa pri rozhodovaní nepoužila aj ustanovenie § 293dn zákona č. 461/2003 Z.z., účinné od 1. januára 2016. Mal za to, že napadnutým rozhodnutím vydaným 21 mesiacov od jeho žiadosti bol Sociálnou poisťovňou porušený zákon. V opravnom prostriedku navrhovateľ žiadal o prehodnotenie napadnutého rozhodnutia a o priznanie vdoveckého dôchodku od 14. apríla 2011. Odporkyňa vo svojom písomnom vyjadrení zo dňa 10.2.2016 uviedla, že navrhovateľ žiadosťou zo dňa 14.4.2014 požiadal o priznanie vdoveckého dôchodku, ktorý žiadal priznať od 2.2.2010. Rozhodnutím číslo XXX XXX XXXX X zo dňa 1.7.2014 bola navrhovateľovi podľa § 293n ods. 1 zákona č. 461/2003 Z.z. v znení zákona č. 310/2006 Z.z. zamietnutá žiadosť o priznanie vdoveckého dôchodku. Krajský súd v Bratislave rozsudkom číslo 5Sd/164/2014-26 zo dňa 21.10.2015 zrušil rozhodnutie odporkyne číslo XXX XXX XXXX X zo dňa 1. júla 2014 a vec vrátil Sociálnej poisťovni na ďalšie konanie. Podľa právneho názoru Krajského súdu v Bratislave, vysloveného v rozsudku, úlohou odporkyne v ďalšom konaní bude opätovne posúdiť žiadosť navrhovateľa o priznanie vdoveckého dôchodku podľa právneho predpisu platného a účinného v čase podania žiadosti, t.j. podľa § 74 ods. 3 v spojení s § 74 ods. 6 zákona č. 461/2003 Z.z. tak, ako sa toho navrhovateľ domáhal a s prípadným odkazom na § 293n ods. 1 zákona č. 461/2003 Z.z. v znení neskorších predpisov. V súlade s právnym záverom krajského súdu, vysloveným v rozsudku, bola žiadosť navrhovateľa o priznanie vdoveckého dôchodku opätovne posúdená a bolo vydané rozhodnutie zo dňa 11.1.2016, ktorým bola navrhovateľovi podľa § 74 ods. 3 v spojení s § 74 ods. 6 a podľa § 293n ods. 1 zákona č. 461/2003 Z.z. v znení neskorších predpisov zamietnutá žiadosť o priznanie vdoveckého dôchodku zo dňa 14. apríla 2014. Súd preskúmal napadnuté rozhodnutie podľa § 250l a nasl. O.s.p., prejednal návrh navrhovateľa a dospel k záveru, že návrh nie je dôvodný. Súd vykonal dokazovanie výsluchom odporkyne, oboznámil sa s obsahom spisu odporkyne číslo XXX XXX XXXX X a s obsahom spisového materiálu a zistil tento skutkový stav. Navrhovateľ žiadosťou zo dňa 14. apríla 2014 požiadal o priznanie vdoveckého dôchodku, ktorý žiadal priznať od 2. februára 2010. Rozhodnutím číslo XXX XXX XXXX X zo dňa 1. júla 2014 odporkyňa zamietla žiadosť navrhovateľa podľa § 293n ods. 1 zákona č. 461/2003 Z.z. v znení zákona č. 310/2006 Z.z. o vdovecký dôchodok. V súlade s právnym názorom krajského súdu, vysloveným v rozsudku, bola žiadosť navrhovateľa o priznanie vdoveckého dôchodku opätovne posúdená a bolo vydané rozhodnutie zo dňa 11. januára 2016, ktorým bola navrhovateľovi podľa § 74 ods. 3 v spojení s § 74 ods. 6 a podľa § 293n ods. 1 zákona č. 461/2003 Z.z. v znení neskorších predpisov zamietnutá žiadosť o priznanie vdoveckého dôchodku zo dňa 14. apríla 2014. Zástupkyňa odporkyne sa v plnom rozsahu pridŕžala písomného vyjadrenia a poukázala na to, že navrhovateľ nesplnil podmienky pre priznanie vdoveckého dôchodku podľa § 74 ods. 3 v spojení s § 74 ods. 6 a podľa § 293n ods. 1 zák. č. 461/2003 Z.z. o sociálnom poistení v znení neskorších predpisov, nakoľko navrhovateľ do 3 rokov odo dňa smrti manželky do 13.10.2003 nedovŕšil dôchodkový vek a ani nebol uznaný invalidným. Navrhovateľ podal žiadosť o priznanie vdovského dôchodku podľa § 293dn zákona č. 461/2003 Z.z. v znení neskorších predpisov. Na základe žiadosti bol navrhovateľovi vdovecký dôchodok priznaný rozhodnutím číslo XXX XXX XXXX X zo dňa 9.3.2016. Odporca postupoval pri posudzovaní navrhovateľa na vdovecký dôchodok správne a v súlade s právnymi predpismi. Žiadala napadnuté rozhodnutie zo dňa 14.1.2016 ako aj rozhodnutie zo dňa 9.3.2016 ako vecne správne potvrdiť. Podľa § 74 ods. 1 zákona č. 461/2003 Z.z. o sociálnom poistení v znení zákona č. 413/2012 Z.z. vdova má nárok na vdovský dôchodok po manželovi, ktorý a) ku dňu smrti bol poberateľom starobného dôchodku, invalidného dôchodku alebo mal nárok na predčasný starobný dôchodok, b) ku dňu smrti splnil podmienky nároku na starobný dôchodok alebo získal počet rokov dôchodkového poistenia na nárok na invalidný dôchodok, alebo c) zomrel v dôsledku pracovného úrazu alebo choroby z povolania. Podľa § 74 ods. 2 zákona č. 461/2003 Z.z. vdova má nárok na výplatu vdovského dôchodku počas jedného roka od smrti manžela. Podľa § 74 ods. 3 zákona č. 461/2003 Z.z. po uplynutí uvedeného obdobia má nárok na výplatu vdovského dôchodku, ak spĺňa niektorú z týchto podmienok: a) stará sa o nezaopatrené dieťa, b) je invalidná z dôvodu poklesu schopnosti vykonávať zárobkovú činnosť o viac ako 70%, c) vychovala aspoň tri deti, d) dovŕšila vek 52 rokov a vychovala dve deti, e) dovŕšila dôchodkový vek. Podľa § 74 ods. 6 zákona č. 461/2003 Z.z. na nárok vdovca na vdovecký dôchodok po manželke platia odseky 1 až 5 rovnako. V danej veci nárok navrhovateľa na vdovecký dôchodok podľa § 74 zákona č. 461/2003 Z. z o sociálnom poistení v znení neskorších predpisov, môže vzniknúť iba v prípade, že sociálna udalosť (úmrtie manželky) nastala za účinnosti vyššie citovaného zákona, teda od 1.1.2004. S poukazom na to, že manželka navrhovateľa zomrela 13.10.2000, t.j. pred 1.1.2004, navrhovateľovi nárok na vdovecký dôchodok podľa § 74 zákona č. 461/2003 Z.z. v znení neskorších predpisov nevznikol. Nárok bol posúdený podľa § 293n zákona č. 461/2003 Z.z. v znení zákona č. 310/2006 Z.z. nasledovne: Podľa § 293n ods. 1 zákona č. 461/2003 Z.z. v znení zákona č. 310/2006 Z.z. vdovec, ktorého manželka zomrela pred 1.1.2004 alebo zanikol nárok na taký vdovecký dôchodok pred 1.8.2006 a ku dňu smrti manželky, najneskôr do uplynutia troch rokov od smrti manželky, dovŕšil dôchodkový vek alebo bol uznaný invalidným a invalidita trvá aj po 31. júli 2006, z dôvodu poklesu schopnosti vykonávať zárobkovú činnosť o viac ako 70 %, má nárok na vdovecký dôchodok po manželke, ktorá a) ku dňu smrti bola poberateľkou starobného dôchodku, pomerného starobného dôchodku, invalidného dôchodku, čiastočného dôchodku alebo dôchodku za výsluhu rokov, b) ku dňu smrti splnila podmienky nároku na starobný dôchodok, pomerný starobný dôchodok alebo získala dobu zamestnania na nárok na invalidný dôchodok alebo dôchodok za výsluhu rokov, alebo c) zomrela v dôsledku pracovného úrazu alebo choroby z povolania. Manželka navrhovateľa zomrela 13.10.2000. Do troch rokov odo dňa jej smrti, t.j. do 13.10.2003, navrhovateľ nedovŕšil dôchodkový vek a nebol uznaný invalidným, nárok na vdovecký dôchodok mu nevznikol a ani podľa § 293n zákona č. 461/2003 Z.z. v znení zákona č. 310/2006 Z.z. Od 1.1.2016 nadobudla účinnosť novela zákona č. 461/2003 Z.z. v znení zákona č. 407/2015 Z.z., podľa ktorej sa na nárok na vdovský dôchodok a vdovecký dôchodok obnoví splnením zákonom stanovených podmienok. V súvislosti s posúdením nároku na vdovecký dôchodok podľa § 293dn ods. 2 zákona č. 461/2003 Z.z. o sociálnom poistení v znení zákona č. 407/2015 Z.z. odporkyňa listom zo dňa 18.2.2016 a opakovane listom zo dňa 23.2.2016 požiadala navrhovateľa o predloženie skutočností, ktoré neboli preukázané a boli potrebné pre posúdenie nároku na vdovecký dôchodok. Navrhovateľ dôchodkový vek dovŕšil 2.2.2010. Jeho manželka bola ku dňu smrti poberateľkou invalidného dôchodku. Podľa § 293dn ods. 1 zákona č. 461/2003 Z.z. o sociálnom poistení v znení zákona č. 407/2015 Z.z. vdovec má nárok na vdovecký dôchodok po manželke, ktorá zomrela pred 1.1.2004, ak mu nárok na vdovecký dôchodok nevznikol podľa právnych predpisov účinných pred 1. januárom 2016 alebo mu nárok na taký vdovecký dôchodok zanikol a dovŕšil dôchodkový vek alebo bol uznaný za invalidného z dôvodu poklesu schopnosti vykonávať zárobkovú činnosť o viac ako 70 % a táto invalidita trvá aj po 31.12.2015. Keďže v priebehu konania o opravnom prostriedku navrhovateľa došlo od 1.1.2016 k zmene úpravy, bol nárok navrhovateľa na vdovecký dôchodok opätovne prehodnotený. Vzhľadom na zmenu právnej úpravy a s poukazom na to, že navrhovateľ splnil podmienky na priznanie vdoveckého dôchodku k 1.1.2016, bolo rozhodnutie odporkyne číslo XXX XXX XXXX X zo dňa 9.3.2016 vydané v súlade s právnymi predpismi o sociálnom poistení, a preto námietka navrhovateľa je nedôvodná. Podmienky nároku na vdovecký dôchodok navrhovateľ splnil ku dňu 1.1.2016 podľa § 293dn zákona č. 461/2003 Z.z. v znení zákona č. 407/2015 Z.z. K námietke navrhovateľa týkajúcej sa vzniku nároku na vdovský dôchodok, súd poukazuje na rozsudok NS SR č. 7So/63/2010 zo dňa 12. mája 2011, z ktorého vyplýva, že aj keď navrhovateľ v žiadosti o priznanie dôchodku uviedol dátum, od ktorého žiada dávku priznať a odporkyňa zistí, že k uvedenému dňu neboli splnené podmienky na nárok na dávku, je povinnosťou odporkyne priznať dávku až odo dňa, kedy navrhovateľ podmienky pre priznanie dávky splnil a vo zvyšku je oprávnená, žiadosť navrhovateľa zamietnuť. Navrhovateľ ku dňu 14.4.2011 nespĺňal podmienku nároku na vdovecký dôchodok podľa § 74 zákona č. 461/2003 Z.z. o sociálnom poistení v znení neskorších predpisov. Zo zisteného skutkového stavu súd mal za to, že odporkyňa postupovala správne podľa citovaných zákonných ustanovení. Vzhľadom na vyššie uvedené súd napadnuté rozhodnutie odporkyne číslo XXX XXX XXXX X zo dňa 14.1.2016 a rozhodnutie číslo XXX XXX XXXX X zo dňa 9.3.2016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https://www.kauzis.sk/judikatura/r/ECLI:SK:KSBA:2018:1016200890.2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