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8Scud/14/2016 z 20. 3. 2018</w:t>
      </w:r>
    </w:p>
    <w:p>
      <w:r>
        <w:t>Uznesenie Krajského súdu Bratislava z 20. marca 2018, sp. zn. 8Scud/14/2016, ECLI:SK:KSBA:2018:1016200906.3</w:t>
      </w:r>
    </w:p>
    <w:p>
      <w:r>
        <w:t>Súd: Krajský súd Bratislava</w:t>
      </w:r>
    </w:p>
    <w:p>
      <w:r>
        <w:t>Spisová značka: 8Scud/14/2016</w:t>
      </w:r>
    </w:p>
    <w:p>
      <w:r>
        <w:t>ECLI: ECLI:SK:KSBA:2018:1016200906.3</w:t>
      </w:r>
    </w:p>
    <w:p>
      <w:r>
        <w:t>Dátum vydania: 20.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8Scud/14/2016 Identifikačné číslo súdneho spisu: 1016200906 Dátum vydania rozhodnutia: 21. 03. 2018 Meno a priezvisko sudcu, VSÚ: JUDr. Blanka Malichová ECLI: ECLI:SK:KSBA:2018:1016200906.3 Uznesenie Krajský súd v Bratislave v právnej veci navrhovateľky: W. Q., nar. XX.XX.XXXX, štátna občianka SR, trvale bytom J.. armády XX, K. proti odporkyni: Sociálna poisťovňa - ústredie, ul. 29. augusta č. 8, Bratislava, o preskúmanie zákonnosti rozhodnutia č. XXX XXX XXXX X - II. zo dňa 23.03.2016 r o z h o d o l : Krajský súd v Bratislave p o s t u p u j e vec miestne príslušnému Krajskému súdu v Prešove. o d ô v o d n e n i e : 1. Dňa 30.05.2016 bolo prostredníctvom odporcu Krajskému súdu v Bratislave doručené odvolanie - návrh navrhovateľky na preskúmanie rozhodnutia odporkyne č. XXX XXX XXXX X - II. zo dňa 23.03.2016. Lustráciou v registri obyvateľov bolo zistené, že navrhovateľka má trvalý pobyt na adrese J.. armády XX, K.. 2. Podľa ust. § 492 ods. 1 zákona č. 162/2015 Z. z. Správneho súdneho poriadku konania podľa tretej hlavy piatej časti Občianskeho súdneho poriadku začaté predo dňom nadobudnutia účinnosti tohto zákona sa dokončia podľa doterajších predpisov. 3. Podľa § 250l zákona č. 99/1963 Zb. Občiansky súdny poriadok (ďalej iba „O.s.p.“), podľa ustanovení tejto hlavy sa postupuje v prípadoch, v ktorých zákon zveruje súdom rozhodovanie o opravných prostriedkoch proti neprávoplatným rozhodnutiam správnych orgánov (ods. 1). Pokiaľ v tejto hlave nie je ustanovené inak, použije sa primerane ustanovenie druhej hlavy s výnimkou § 250a (ods. 2). 4. Podľa § 246 ods. 1 O.s.p,, na preskúmavanie rozhodnutí a postupov sú vecne príslušné krajské súdy, ak zákon neustanovuje inak. 5. Podľa § 246a ods. 2 O.s.p,. v konaní podľa tretej hlavy tejto časti je miestne príslušný všeobecný súd navrhovateľa alebo krajský súd, v obvode ktorého je tento súd. 6. Podľa § 246c ods. 2 O.s.p., pre riešenie otázok, ktoré nie sú priamo upravené v tejto časti, sa použijú primerane ustanovenia prvej &lt;https://www.slov-lex.sk/pravne-predpisy/SK/ZZ/1963/99/20160614&gt;, tretej a štvrtej časti tohto zákona &lt;https://www.slov-lex.sk/pravne-predpisy/SK/ZZ/1963/99/20160614&gt;. 7. Podľa § 11 ods. 1 O.s.p., konanie sa uskutočňuje na tom súde, ktorý je vecne a miestne príslušný. Príslušnosť sa určuje podľa okolností, ktoré tu sú v čase začatia konania a trvá až do jeho skončenia. 8. Podľa § 85 ods. 1 O.s.p. všeobecným súdom občana je súd, v obvode ktorého má občan bydlisko, a ak nemá bydlisko, súd, v obvode ktorého sa zdržuje. 9. Podľa § 250d ods. 2 O.s.p., ak predseda senátu zistí, že súd nie je vecne alebo miestne príslušný, postúpi vec uznesením príslušnému súdu. 10. S poukazom na vyššie citované zákonné ustanovenia, vychádzajúc z registrovaného trvalého pobytu navrhovateľky na adrese Čsl. armády 35, Humenné, Krajský súd v Bratislave skúmal svoju miestnu príslušnosť na konanie. V zmysle ust. § 9 ods. 7 pís. c/ zákona č. 221/1996 Z. z. o územnom a správnom usporiadaní SR je mesto Humenné okresom, ktorý v zmysle ust. § 2 ods. 46 patrí do územnej pôsobnosti Okresného súdu Humenné a v zmysle § 3 ods. 7 zák. č. 371/2004 Z. z. o sídlach a obvodoch súdov SR spadá do územnej pôsobnosti Krajského súdu v Prešove. S poukazom na uvedené, je na konanie vecne a miestne príslušným súdom Krajský súd v Prešove, ktorému bude po právoplatnosti tohto uznesenia spis zaslaný na ďalšie konanie. Poučenie: Proti tomuto uzneseniu odvolanie nie je prípustné.</w:t>
      </w:r>
    </w:p>
    <w:p/>
    <w:p>
      <w:r>
        <w:t>Zdroj: KAUZIS.SK – https://www.kauzis.sk/judikatura/r/ECLI:SK:KSBA:2018:1016200906.3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