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1S/162/2016 z 7. 2. 2018</w:t>
      </w:r>
    </w:p>
    <w:p>
      <w:r>
        <w:t>Rozsudok Krajského súdu Bratislava z 7. februára 2018, sp. zn. 1S/162/2016, ECLI:SK:KSBA:2018:1016201035.2</w:t>
      </w:r>
    </w:p>
    <w:p>
      <w:r>
        <w:t>Súd: Krajský súd Bratislava</w:t>
      </w:r>
    </w:p>
    <w:p>
      <w:r>
        <w:t>Spisová značka: 1S/162/2016</w:t>
      </w:r>
    </w:p>
    <w:p>
      <w:r>
        <w:t>ECLI: ECLI:SK:KSBA:2018:1016201035.2</w:t>
      </w:r>
    </w:p>
    <w:p>
      <w:r>
        <w:t>Dátum vydania: 7. 2. 2018</w:t>
      </w:r>
    </w:p>
    <w:p>
      <w:r>
        <w:t>Forma: Rozsudok</w:t>
      </w:r>
    </w:p>
    <w:p>
      <w:pPr>
        <w:pStyle w:val="Heading2"/>
      </w:pPr>
      <w:r>
        <w:t>Text rozhodnutia</w:t>
      </w:r>
    </w:p>
    <w:p>
      <w:r>
        <w:t>Súd: Krajský súd Bratislava Spisová značka: 1S/162/2016 Identifikačné číslo súdneho spisu: 1016201035 Dátum vydania rozhodnutia: 08. 02. 2018 Meno a priezvisko sudcu, VSÚ: JUDr. Zuzana Mališová ECLI: ECLI:SK:KSBA:2018:1016201035.2 ROZSUDOK V MENE SLOVENSKEJ REPUBLIKY Krajský súd v Bratislave ako správny súd v senáte zloženom z predsedníčky senátu JUDr. Zuzany Mališovej a členiek senátu JUDr. Anny Peťovskej, PhD. a JUDr. Renáty Janákovej, v právnej veci žalobcov: 1/ BX.. I. S., H. H. XX, XXX XX H., 2/ Ľ. S., H. R. H. XXX, XXX XX R. H., proti žalovanému: Centrum právnej pomoci, Námestie slobody 12, 810 05 Bratislava, o preskúmanie zákonnosti rozhodnutí žalovaného č. 8522/2016-PO-JU, R.z. 35355/2016 zo dňa 26.05.2016 a sp.zn. 8555/2016, R.z. 35351/2016 zo dňa 26.05.2016, takto r o z h o d o l : Krajský súd v Bratislave napadnuté rozhodnutia žalovaného Centra právnej pomoci sp. zn. 8522/2016- PO-JU, R.z. 35355/2016 zo dňa 26.05.2016 a sp. zn. 8555/2016, R.z. 35351/2016 zo dňa 26.05.2016 z r u š u j e podľa ust. § 191 ods. 1 písm. c) SSP a vec v r a c i a žalovanému na ďalšie konanie. Žalobcovi v 1. rade a žalobkyni v 2. rade súd p r i z n á v a proti žalovanému právo na úplnú náhradu trov konania, o výške ktorej rozhodne súdny úradník po právoplatnosti tohto rozsudku samostatným uznesením. o d ô v o d n e n i e : I. Priebeh administratívneho konania 1. Žalobca v 1. rade dňa 02.03.2016 doručil žalovanému žiadosť o poskytnutie právnej pomoci vo veci označenej ako „Zastupovanie pred NS SR - neplatnosť zmluvy - nevyplatenie celej sumy zo strany odporcu PSS a.s.“. Žalovaný rozhodnutím sp.zn. 4989/2016-KaBA, ČRZ: 15655/2016 dňa 11.03.2016 konanie o žiadosti prerušil a žalobcu v 1. rade vyzval na doloženie dokladov - potvrdenia k príjmovej a majetkovej situácii žalobcu v 1. rade s tým, že v prípade zamestnania v posudzovanom období 9/2015 - 03/2016, potvrdenia o príjmoch zo závislej činnosti, dohody o vykonaní práce, dohody o pracovnej činnosti alebo kópie výplatných pások, nakoľko so žiadateľom predloženého potvrdenia o zdaniteľných príjmoch fyzickej osoby zo závislej činnosti za obdobie 2015 nie je možné stanoviť výšku čistého príjmu v jednotlivých mesiacoch posudzovaného obdobia, v prípade vlastníctva majetku - nehnuteľnosti, ktoré sú zapísané na LV (bližšie špecifikované v rozhodnutí) bol vyzvaný na povinnosť uviesť, ako tento majetok žalobca v 1. rade využíva a či v posudzovanom období mal z neho príjem a na preukázanie právnej stránky veci bol vyzvaný na doloženie kópie podaného dovolania spolu s predložením potvrdenia o jeho podaní na súd, vrátane uvedenia spisovej značky konania o dovolaní na NS SR a kópie všetkých relevantných dokladov k právnej stránke veci, ktorými žalobca v 1. rade ako žiadateľ disponuje. 2. Centrum právnej pomoci ako prvostupňový správny orgán rozhodnutím sp.zn. 4989/2016-KaBA, ČRZ: 24319/2016 zo dňa 14.04.2016 podľa § 1 ods. 1 a 2 zákona č. 71/1967 Zb. o správnom konaní (ďalej len Správny poriadok) v spojení s § 30 ods. 1 písm. d) Správneho poriadku, konanie o nároku na poskytnutie právnej pomoci žalobcovi v 1. rade zastavil. V rozhodnutí konštatoval, že žalobca v 1. rade dňa 12.04.2016 doručil doklady (odpoveď na list Centra sp.zn. 4989/2016-KaBA, ČRZ: 15655/2016 zo dňa 05.04.2016, kópia dovolania k č.k. 12C/100/2007 podaného na NS SR s prílohami, kópia listu s označením sťažnosť vo veci sp.zn. 39Er 2431/05 - odpoveď zo dňa 26.09.2006, kópia všeobecných zmluvných podmienok pre zmluvy o stavebnom sporení, kópia uznesenia ČSV: ORPZ-37/1-OVK-B2-2013 zo dňa 20.03.2013, kópia rozsudku Krajského súdu v Bratislave č.k. 2Co 340/2012-352 zo dňa 18.12.2013, kópia výpisu z účtu č. 261043373 zo dňa 30.10.2003). Žalovaný v prvostupňovom rozhodnutí okrem iného uviedol, že vlastnou činnosťou (úradný záznam z telefonického rozhovoru sp. zn. 4989/2016-KaBA ČRZ: 23551 zo dňa 12.04.2016) zistil, že dovolanie bolo podané, avšak Informačná kancelária Okresného súdu Bratislava II nevedela uviesť, kedy bolo podané a či bolo podané v zákonnej lehote. Na základe žiadateľom predložených dokladov konštatoval, že nie sú postačujúce k vyhodnoteniu podmienky zrejmej bezúspešnosti sporu, nakoľko neboli predložené informácie týkajúce sa preukázania právnej stránky veci a to kópie podaného dovolania spolu s predložením potvrdenia o jeho podaní na súd, vrátane uvedenia spisovej značky konania o dovolaní na NS SR, a preto, keď žiadateľ v stanovenej lehote neodstránil nedostatky podania a nepredložil požadované údaje a doklady a túto povinnosť si nesplnil s tým, že súčasne bol poučený o možnosti zastavenia konania, žalovaný na základe uvedeného rozhodol o zastavení konania. 3. Žalobca v 1. rade doručil žalovanému dňa 02.05.2016 odvolanie proti prvostupňovému rozhodnutiu s argumentáciou, že dovolanie bolo podané v zákonnej lehote, v prílohe odvolania zároveň doložil písomné stanovisko NS SR č. 2Cdo 67/2015 zo dňa 15.12.2015 adresované Okresnému súdu Bratislava II, v ktorom NS SR uviedol, že dovolanie navrhovateľov t. j. H.. I. S. a spol. proti odporkyni Prvej stavebnej sporiteľni a.s. o určenie neplatnosti Zmluvy o mimoriadnom medziúvere a stavebnom úvere vedenej na Okresnom súde Bratislava II pod sp.zn. 12C/100/2007 opätovne vrátil okresnému súdu bez rozhodnutia o dovolaní s tým, že až po vykonaní procesného úkonu v naznačenom smere môže okresný súd opätovne predložiť NS SR na rozhodnutie o dovolaní. NS SR zároveň poznamenal, že dovolanie navrhovateľov bolo podané v zákonnej lehote. 4. Žalovaný rozhodnutím sp.zn. 8522/2016-PO-JU, R.z. 35355/2016 zo dňa 26.05.2016 odvolanie žalobcu v 1. rade proti prvostupňovému rozhodnutiu žalovaného správneho orgánu zamietol a prvostupňové rozhodnutie v celom rozsahu potvrdil. Z odôvodnenia žalobou napadnutého rozhodnutia vyplynulo, že žalovaný preskúmal napadnuté rozhodnutie, odvolanie žalobcu v 1. rade ako aj celý spisový materiál, či postup správneho orgánu a napadnuté rozhodnutie centra boli v súlade s platnými právnymi predpismi a konštatoval, že prvostupňový správny orgán postupoval v súlade s platnými predpismi. Ďalej uviedol, že vzhľadom na nedoplnenie požadovaných dokladov a údajov, nebolo možné presne a úplne zistiť splnenie zákonom stanovených podmienok v zmysle § 6, resp. § 6a zákona č. 327/2005 Z.z. pre priznanie nároku na poskytnutie právnej pomoci a bez doloženia požadovaných dokladov nebolo možné pokračovať v konaní, preto odvolanie žalobcu v 1. rade vyhodnotil ako nedôvodné. 5. Rovnako žalobkyňa v 2. rade doručila dňa 02.03.2016 žalovanému žiadosť o poskytnutie právnej pomoci vo veci označenej ako „Zastupovanie pred NS SR - neplatnosť zmluvy s PSS a.s.- dovolanie hodnota sporu 375.000,- eur “. Žalovaný rozhodnutím sp.zn. 4991/2016-KaBA, ČRZ: 15653/2016 dňa 11.03.2016 konanie o žiadosti prerušil a žalobkyňu v 2. rade ako žiadateľku vyzval na doloženie dokladov: 1. Potvrdenia k príjmovej a majetkovej situácii spoločne posudzovanej osoby - manžela žiadateľky, H.. I. S. s tým, že v prípade zamestnania v posudzovanom období 9/2015 - 03/2016, potvrdenia o príjmoch zo závislej činnosti, dohody o vykonaní práce, dohody o pracovnej činnosti alebo kópie výplatných pások, nakoľko z predloženého potvrdenia o zdaniteľných príjmoch fyzickej osoby zo závislej činnosti za obdobie 2015 nie je možné stanoviť výšku čistého príjmu v jednotlivých mesiacoch posudzovaného obdobia a v prípade iných príjmov spoločne posudzovanej osoby žiadal doložiť doklady preukazujúce výšku týchto príjmov, prípadne čestné vyhlásenie o výške týchto príjmov v posudzovanom období 09/2015 až 03/2016 (napr. príjem z prenájmu nehnuteľnosti a pod.). 2. Na preukázanie právnej stránky veci bola vyzvaná na doloženie kópie podaného dovolania spolu s predložením potvrdenia o jeho podaní na súd, vrátane uvedenia spisovej značky konania o dovolaní na NS SR a kópie všetkých relevantných dokladov k právnej stránke veci, ktorými žiadateľka disponuje. 6. Prvostupňový správny orgán rozhodnutím sp. zn. 4991/2016-KaBA, ČRZ: 24322/2016 zo dňa 14.04.2016 podľa § 1 ods. 1 a 2 zákona č. 71/1967 Zb. o správnom konaní v spojení s § 30 ods. 1 písm. d) Správneho poriadku, konanie o nároku na poskytnutie právnej pomoci žalobkyni v 2. rade zastavil. V rozhodnutí konštatoval, že žalobkyňa v 2. rade dňa 12.04.2016 doručila doklady (odpoveď na list Centra sp. zn. 4989/2016-KaBA, ČRZ: 15655/2016 zo dňa 05.04.2016, dokument dovolanie k č. k. 12C/100/2007 s prílohami: Zmluva o mimoriadnom medziúvere a stavebnom úvere č.2116527903, Všeobecné podmienky pre zmluvy o stavebnom sporení, uznesenie ČSV: ORPZ-37/1-OVK-B2-2013 zo dňa 20.03.2013, rozsudok Krajského súdu v Bratislave č. k. 2Co 340/2012-352, výpis z účtu č. 261043373 zo dňa 30.10.2003). Žalovaný v prvostupňovom rozhodnutí uviedol, že vlastnou činnosťou (úradný záznam z telefonického rozhovoru sp.zn. 4991/2016-KaBA ČRZ: 24120 zo dňa 14.04.2016) zistil, že dovolanie bolo podané, avšak Informačná kancelária Okresného súdu Bratislava II nevedela uviesť, kedy bolo podané a či bolo podané v zákonnej lehote. Na základe žiadateľkou predložených dokladov konštatoval, že nie sú postačujúce k vyhodnoteniu podmienky zrejmej bezúspešnosti sporu, nakoľko neboli predložené informácie týkajúce sa preukázania právnej stránky veci a to kópie podaného dovolania spolu s predložením potvrdenia o jeho podaní na súd vrátane uvedenia spisovej značky konania o dovolaní na NS SR, a preto, keď žiadateľka v stanovenej lehote neodstránila nedostatky konania a nepredložila požadované údaje a doklady a túto povinnosť si nesplnila s tým, že súčasne bola poučená o možnosti zastavenia konania, žalovaný na základe uvedeného rozhodol o zastavení konania. 7. Na základe odvolania žalobkyne v 2. rade proti prvostupňovému rozhodnutiu v rovnakom znení a s prílohou ako odvolanie žalobcu v 1. rade žalovaný rozhodnutím sp. zn. 8555/2016, R. z. 35351/2016 zo dňa 26.05.2016 odvolanie žalobkyne v 2. rade proti prvostupňovému rozhodnutiu žalovaného správneho orgánu zamietol a prvostupňové rozhodnutie v celom rozsahu potvrdil. Z odôvodnenia žalobou napadnutého rozhodnutia vyplynulo, že žalovaný preskúmal napadnuté rozhodnutie, odvolanie žalobkyne v 2. rade ako aj celý spisový materiál, či postup prvostupňového správneho orgánu a napadnuté rozhodnutie boli v súlade s platnými právnymi predpismi a konštatoval, že prvostupňový správny orgán postupoval v súlade s platnými predpismi. Ďalej uviedol, že vzhľadom na nedoplnenie požadovaných dokladov a údajov, nebolo možné presne a úplne zistiť splnenie zákonom stanovených podmienok v zmysle § 6, resp. § 6a zákona č. 327/2005 Z. z. pre priznanie nároku na poskytnutie právnej pomoci a bez doloženia požadovaných dokladov nebolo možné pokračovať v konaní, preto odvolanie žalobkyne v 2. rade vyhodnotil ako nedôvodné. II. Žaloba 8. Žalobca v 1. rade sa žalobou doručenou Krajskému súdu v Bratislave dňa 15.06.2016 domáhal preskúmania zákonnosti rozhodnutia žalovaného sp.zn. 8522/2016-PO-JU, R.z. 35355/2016 zo dňa 26.05.2016. 9. V žalobe uviedol, že žalobou napadnuté rozhodnutie napáda z dôvodu nesprávneho právneho posúdenia veci. Uviedol, že žalovaným požadované písomnosti predložil spolu aj s manželkou s tým, že tieto boli predložené riadne a včas. Uviedol, že nie je mu zrejmý dôvod, prečo žalovaný jeho žiadosť zamietol. 10. Žalobca v 1. rade žiadal, aby Krajský súd v Bratislave napadnuté rozhodnutie žalovaného zrušil a vrátil mu na ďalšie konanie. 11. Rovnako žalobkyňa v 2. rade sa žalobou doručenou Krajskému súdu v Bratislave dňa 15.06.2016 domáhala preskúmania zákonnosti rozhodnutia žalovaného sp.zn. 8555/2016, R.z. 35351/2016 zo dňa 26.05.2016. 12. Žalobkyňa v 2. rade žiadala z totožných žalobných dôvodov ako žalobca v 1. rade napadnuté rozhodnutie žalovaného zrušiť a vrátiť mu vec na ďalšie konanie. III. Vyjadrenie žalovaného k žalobe 13. Žalovaný vo svojich písomných vyjadreniach k žalobám žalobcov doručených súdu dňa 05.12.2016 po opísaní priebehu administratívneho konania, zhodne v obidvoch konštatoval, že tak, ako uviedol v odôvodnení žalobou napadnutého rozhodnutia odvolanie žalobcov zamietol. Dôvodom zamietnutia bola skutočnosť, že v dôsledku nedoloženia potrebných dokladov, žalovaný nedokázal posúdiť presne a úplne splnenie podmienok v zmysle § 6 resp. 6a zákona č. 327/2005 Z. z. pre priznanie nároku na poskytnutie právnej pomoci. Žalovaný zároveň poukázal na skutočnosť, že žalobca a žalobkyňa nespĺňajú vzhľadom na výšku ich posudzovaných príjmov, podmienky na poskytnutie bezplatnej právnej pomoci v zmysle zákona č. 327/2005 Z. z. 14. V nadväznosti na uvedené žalovaný žiadal, aby súd obidve žaloby zamietol. IV. 15. Krajský súd v Bratislave, uznesením č. k. 1S/162/2016-47 zo dňa 18.07.2017 na návrh žalobcov spojil vec vedenú na Krajskom súde v Bratislave pod sp. zn. 6S/163/2016 a vec vedenú pod sp. zn. 1S/162/2016 v súlade s § 65 ods. 1 Správneho súdneho poriadku (ďalej len SSP) na spoločné konanie s tým, že ďalej budú vedené pod sp. zn. 1S/162/2016. V. Právna úprava 16. Krajský súd v Bratislave ako súd vecne a miestne príslušný na konanie vo veci § 10, 13 ods. 1 zákona č. 162/2015 Z. z. SSP vec prejednal na nariadenom pojednávaní (ust. § 107 ods. 1 SSP) a dospel k záveru, že žaloba je dôvodná.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21. Podľa § 10 ods. 1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22. Podľa § 25 ods. 1 zákona č. 327/2005 Z. z., na konanie o nároku na poskytnutie právnej pomoci a o súvisiacich nárokoch podľa tohto zákona sa vzťahuje všeobecný predpis o správnom konaní. VI. Závery správneho súdu 23. Predmetom súdneho prieskumu v danej veci boli žalobami žalobcov napadnuté rozhodnutia žalovaného sp.zn. 8522/2016-PO-JU, R.z. 35355/2016 a sp.zn. 8555/2016, R.z. 35351/2016 obidve zo dňa 26.05.2016 v spojení s prvostupňovým rozhodnutím sp.zn. 4989/2016-KaBA, ČRZ: 24319/2016 a sp.zn. 4991/2016-KaBA, R.z. 24322/2016 obidve zo dňa 14.04.2016 ako aj konanie, ktoré vydaniu rozhodnutí predchádzalo v intenciách námietok vznesených žalobcami. 24. Krajský súd z obsahu administratívnych spisov zistil, že žalovaný rozhodnutiami zo dňa 11.03.2016 prerušil správne konanie o nároku na poskytnutie právnej pomoci žalobcom z dôvodu doloženia údajov a dokladov, konkrétne: potvrdenia k príjmovej a majetkovej situácii žalobcu v 1. rade s tým, že v prípade zamestnania v posudzovanom období 9/2015 - 03/2016, potvrdenia o príjmoch zo závislej činnosti, Dohody o vykonaní práce, Dohody o pracovnej činnosti alebo kópie výplatných pások, nakoľko so žiadateľom predloženého potvrdenia o zdaniteľných príjmoch fyzickej osoby zo závislej činnosti za obdobie 2015 nie je možné stanoviť výšku čistého príjmu v jednotlivých mesiacoch posudzovaného obdobia, v prípade vlastníctva majetku - nehnuteľnosti, ktoré sú zapísané na LV (bližšie špecifikovaných v rozhodnutí) bol vyzvaný na povinnosť uviesť, ako tento majetok žalobca v 1. rade využíva a či v posudzovanom období mal z neho príjem a na preukázanie právnej stránky veci bol vyzvaný na doloženie kópie podaného dovolania spolu s predložením potvrdenia o jeho podaní na súd, vrátane uvedenia spisovej značky konania o dovolaní na NS SR a kópie všetkých relevantných dokladov k právnej stránke veci, ktorými žalobca v 1. rade ako žiadateľ disponuje. Žalobkyňa v 2. rade bola vyzvaná na doloženie potvrdenia k príjmovej a majetkovej situácii spoločne posudzovanej osoby - manžela, H.. I. S. s tým, že v prípade zamestnania v posudzovanom období 9/2015 - 03/2016, potvrdenia o príjmoch zo závislej činnosti, dohody o vykonaní práce, dohody o pracovnej činnosti alebo kópie výplatných pások, nakoľko z predloženého potvrdenia o zdaniteľných príjmoch fyzickej osoby zo závislej činnosti za obdobie 2015 nie je možné stanoviť výšku čistého príjmu v jednotlivých mesiacoch posudzovaného obdobia a v prípade iných príjmov spoločne posudzovanej osoby žiadal doložiť doklady preukazujúce výšku týchto príjmov, prípadne čestné vyhlásenie o výške týchto príjmov v posudzovanom období 09/2015 až 03/2016 (napr. príjem z prenájmu nehnuteľnosti a pod.) a rovnako ako žalobca v 1. rade aj na doloženie dokladov na preukázanie právnej stránky veci. V prvostupňovom rozhodnutí správneho orgánu bolo konštatované, že predložené doklady nie sú postačujúce k vyhodnoteniu podmienky zrejmej bezúspešnosti sporu, pretože neboli predložené informácie a to kópia podaného dovolania spolu s predložením potvrdenia o jeho podaní na súd vrátane uvedenia spisovej značky konania o dovolaní na NS SR a teda žalobcovia v stanovenej lehote neodstránili nedostatky podania a nepredložili požadované údaje a doklady, prvostupňový orgán rozhodol o zastavení konania o nároku na poskytnutie právnej pomoci obidvom žalobcom. V odôvodnení žalobou napadnutých rozhodnutí, ktorým odvolania žalobcov žalovaný zamietol a potvrdil v celom rozsahu prvostupňové rozhodnutia, uviedol, že napriek tomu, že jednak žalobca v 1. rade aj žalobkyňa v 2. rade boli riadne poučení o následkoch nedoplnenia požadovaných dokladov, žalobcovia požadované doklady nedoložili, a preto nie je možné presne a úplne zistiť splnenie zákonom stanovených podmienok pre priznanie nároku na poskytnutie právnej pomoci s tým, že bez doloženia požadovaných dokladov nie je možné pokračovať v konaní a to ani s prihliadnutím na doklady, ktoré žalobcovia doplnili. 25. Z rozhodnutia žalovaného orgánu vyplynulo, že žalobcovia v zmysle výzvy prvostupňového správneho orgánu doručili kópiu dovolania k č.k. 12C/100/2007 vrátane príloh, pričom zároveň žalovaný konštatoval, že vlastnou činnosťou zistil, že dovolanie bolo podané, avšak informačná kancelária Okresného súdu Bratislava II nevedela uviesť, kedy bolo podané a či bolo podané v zákonnej lehote. Ďalej z obsahu administratívneho spisu žalobcu v 1. rade bolo nesporné, že v rámci odvolania voči prvostupňovému rozhodnutiu správneho orgánu, bolo žalobcom v 1. rade doložené podanie (č. l. 83, 82) - vyjadrenie NS SR č. 2Cdo 67/2015 zo dňa 15.12.2015 adresované Okresnému súdu Bratislava II, v ktorom bolo uvedené, že dovolanie navrhovateľov t. j. H.. I. S. a spol. proti odporkyni Prvej stavebnej sporiteľni a.s. o určenie neplatnosti Zmluvy o mimoriadnom medziúvere a stavebnom úvere vedenej na Okresnom súde Bratislava II pod sp.zn. 12C/100/2007 opätovne vrátil okresnému súdu bez rozhodnutia o dovolaní s tým, že až po vykonaní procesného úkonu v naznačenom smere môže okresný súd opätovne predložiť NS SR na rozhodnutie o dovolaní. NS SR zároveň poznamenal, že dovolanie navrhovateľov bolo podané v zákonnej lehote. Rovnaké podanie v rámci odvolacieho konania doručila žalovanému aj žalobkyňa v 2. rade. 26. Žalobcovia v podanom odvolaní proti prvostupňovým rozhodnutiam argumentovali tým, že dovolanie bolo podané v zákonnej lehote, čo podložili vyjadrením NS SR č. 2Cdo 67/2015 zo dňa 15.12.2015 adresovaným Okresnému súdu Bratislava II a preto žiadali napadnuté rozhodnutie prvostupňového správneho orgánu zrušiť s tým, aby žalovaný vo veci pokračoval ďalej. 27. Z odôvodnenia žalobou napadnutých rozhodnutí žalovaného teda vyplýva, že dôvodom potvrdenia prvostupňového rozhodnutia bola tá skutočnosť, že žalovaný po preskúmaní postupu prvostupňového správneho orgánu a napadnutého prvostupňového rozhodnutia konštatoval, že prvostupňový správny orgán postupoval v súlade s platnými predpismi, keďže žalobcovia nepredložili požadované doklady. 28. Žalovaný založil svoje rozhodnutia na preskúmaní iba prvostupňových rozhodnutí, keď sa v rámci odvolacieho konania nezaoberal podaniami žalobcov doručenými v rámci odvolania proti prvostupňovému správnemu rozhodnutiu, v ktorom žalobca v 1. rade a rovnako aj žalobkyňa v 2. rade uviedli a zároveň predložili dôkaz, o tom že dovolanie bolo na NS SR podané a bolo podané v zákonnej lehote (poznamenanie samotným najvyšším súdom). 29. Krajský súd v tejto súvislosti uvádza, že odvolacie konanie v správnom konaní tvorí jeden celok s prvostupňovým konaním, a teda účastníci konania môžu až do vydania rozhodnutia o odvolaní uvádzať nové skutočnosti a navrhovať dôkazy. V odvolacom konaní taktiež platí, že odvolací orgán je oprávnený a súčasne povinný preskúmať napadnuté rozhodnutie v celom rozsahu. V zmysle právnej úpravy inštitútu odvolania je možné konštatovať, že žalovaný ako odvolací orgán nie je viazaný skutkovým stavom, ktorý zistil prvostupňový správny orgán, ale môže v zmysle § 56 správneho konania vykonať aj novo navrhnuté dôkazy. 30. Žalovaný mal v rámci konania o žiadosti žalobcov postupovať v súlade so zásadami a základnými pravidlami, ktoré sa vzťahujú na správne konanie a ktoré sú okrem iného vymedzené aj v správnom poriadku. V ustanovení § 3 správneho poriadku, ktorý stanovuje základné zásady správneho konania, je upravená aj zásada materiálnej pravdy, v zmysle ktorej rozhodnutie správnych orgánov musí vychádzať zo spoľahlivo zisteného skutkového stavu veci. Táto zásada je zakotvená nielen v § 3 ods. 5, ale je premietnutá aj v ďalších ustanoveniach (§ 32 ods. 1, § 46, § 47 ods. 3).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31. Žalobou napadnuté rozhodnutia súd musel vyhodnotiť ako nezákonné z dôvodu nerešpektovania zásady materiálnej pravdy žalovaným v priebehu odvolacieho konania pri rozhodovaní o žiadosti žalobcov, pretože žalovaný neoveril skutočnosti, na ktoré žalobcovia v odvolaní poukázali. 32. Krajský súd vzhľadom na vyššie uvedenú konštatáciu dospel k záveru, že žalovaný správny orgán v odvolacom konaní nerozhodol o odvolaniach žalobcov v súlade s právnou normou ustanovenou v § 3 ods. 5 správneho poriadku, keď v rámci odvolacieho konania sa odvolaním žalobcov riadne nezaoberal a zotrval na postupe prvostupňového správneho orgánu. 33. V súvislosti s poukázaním žalovaného vo vyjadreniach k žalobám na skutočnosť, že žalobca a žalobkyňa nespĺňajú vzhľadom na výšku ich posudzovaných príjmov, podmienky na poskytnutie bezplatnej právnej pomoci v zmysle zákona č. 327/2005 Z. z., správny súd potrebuje uviesť, že takéto doplnenie dôvodov vo vyjadrení k žalobe pri obhajovaní žalobou napadnutého rozhodnutia je v preskúmavanom prípade právne irelevantné a to vzhľadom na absenciu uvedeného dôvodu v napadnutých rozhodnutiach. 34. Okrem uvedeného krajský súd musí vytknúť žalovanému, že administratívny spis vo veci žiadosti žalobkyne v 2. rade nie je zažurnalizovaný, čím vzniká pochybnosť ohľadne jeho kompletnosti. Pod pojmom „spis žalovaného správneho orgánu“ je potrebné rozumieť úplný a originálny spisový materiál správneho orgánu v danej veci, vrátane originálu dokladov o doručení rozhodnutí, riadne žurnalizovaný tak, aby nevznikli pochybnosti o postupnosti jednotlivých procesných úkonov a o úplnosti spisu. 35. Krajský súd v Bratislave vzhľadom na vyššie uvedené skutočnosti s poukazom na ust. § 191 ods. 1 písm. c) SSP preskúmavané rozhodnutia žalovaného zrušil a vec vrátil žalovanému na ďalšie konanie. 36. V ďalšom konaní bude potrebné, aby žalovaný správny orgán postupoval v intenciách rozhodnutia krajského súdu s tým, že bude úlohou žalovaného vo veci konať a opätovne rozhodnúť vzhľadom na vyššie uvedený právny názor súdu, ktorým podľa § 191 ods. 6 SSP je orgán verejnej správy v ďalšom konaní viazaný. 37. O náhrade trov konania rozhodol súd podľa § 167 ods. 1 SSP tak, že správny súd priznal žalobcom voči žalovanému právo na úplnú náhradu trov konania vzhľadom ku skutočnosti, že žalobca 1 a žalobkyňa v 2. rade mali vo veci plný úspech. Podľa § 175 ods. 2 SSP o výške náhrady trov konania rozhodne správny súd po právoplatnosti rozhodnutia, ktorým sa konanie končí samostatným uznesením, ktoré vydá súdny úradník. 38. Toto rozhodnutie prijal senát Krajského súdu v Bratislave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https://www.kauzis.sk/judikatura/r/ECLI:SK:KSBA:2018:1016201035.2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