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10Sd/89/2016 z 17. 7. 2018</w:t>
      </w:r>
    </w:p>
    <w:p>
      <w:r>
        <w:t>Uznesenie Krajského súdu Bratislava z 17. júla 2018, sp. zn. 10Sd/89/2016, ECLI:SK:KSBA:2018:1016201151.1</w:t>
      </w:r>
    </w:p>
    <w:p>
      <w:r>
        <w:t>Súd: Krajský súd Bratislava</w:t>
      </w:r>
    </w:p>
    <w:p>
      <w:r>
        <w:t>Spisová značka: 10Sd/89/2016</w:t>
      </w:r>
    </w:p>
    <w:p>
      <w:r>
        <w:t>ECLI: ECLI:SK:KSBA:2018:1016201151.1</w:t>
      </w:r>
    </w:p>
    <w:p>
      <w:r>
        <w:t>Dátum vydania: 17. 7.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10Sd/89/2016 Identifikačné číslo súdneho spisu: 1016201151 Dátum vydania rozhodnutia: 18. 07. 2018 Meno a priezvisko sudcu, VSÚ: JUDr. Beata Jurgošová ECLI: ECLI:SK:KSBA:2018:1016201151.1 Uznesenie Krajský súd v Bratislave v právnej veci navrhovateľa: X.. V. S., O. W. XX/XX, XXX XX J. proti odporkyni: Sociálna poisťovňa ústredie, Ul. 29. augusta č. 8, Bratislava, o vyrovnávací príplatok, takto r o z h o d o l : Súd konanie zastavuje. Žiaden z účastníkov nemá právo na náhradu trov konania. o d ô v o d n e n i e : Navrhovateľ svojím návrhom zo dňa 30.5.2016 žiadal preskúmať rozhodnutie odporkyne číslo XXX XXX XXXX X zo dňa 19.4.2016, ktorým mu odporkyňa podľa § 69b ods. 1 zákona č. 461/2003 Z.z. o sociálnom poistení v znení zákona č. 140/2015 Z.z. zamietla žiadosť o vyrovnávací príplatok. Rozhodnutím číslo XXX XXX XXXX X - H.. zo dňa 11.6.2018 odporkyňa podľa §112 zákona č. 461/2003 Z. z. o sociálnom poistení (ďalej len „ zákon č. 461/2003 Z.z.) v znení neskorších predpisov zrušila napadnuté rozhodnutie číslo XXX XXX XXXX X zo dňa 19.4.2016 o zamietnutí žiadosti o priznanie vyrovnávacieho príplatku, pretože bolo nesprávne vydané, čím bolo opravnému prostriedku vyhovené v celom rozsahu. Súd podľa § 250o O.s.p. konanie zastavil. O trovách konania súd rozhodol podľa § 246c a § 146 ods. 1 písm. c) O.s.p. V danom prípade súd postupoval podľa ustanovenia § 492 ods. 1 zákona č. 162/2015 Z. 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https://www.kauzis.sk/judikatura/r/ECLI:SK:KSBA:2018:1016201151.1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