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2S/154/2016 z 2. 4. 2018</w:t>
      </w:r>
    </w:p>
    <w:p>
      <w:r>
        <w:t>Uznesenie Krajského súdu Bratislava z 2. apríla 2018, sp. zn. 2S/154/2016, ECLI:SK:KSBA:2018:1016201246.4</w:t>
      </w:r>
    </w:p>
    <w:p>
      <w:r>
        <w:t>Súd: Krajský súd Bratislava</w:t>
      </w:r>
    </w:p>
    <w:p>
      <w:r>
        <w:t>Spisová značka: 2S/154/2016</w:t>
      </w:r>
    </w:p>
    <w:p>
      <w:r>
        <w:t>ECLI: ECLI:SK:KSBA:2018:1016201246.4</w:t>
      </w:r>
    </w:p>
    <w:p>
      <w:r>
        <w:t>Dátum vydania: 2. 4.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2S/154/2016 Identifikačné číslo súdneho spisu: 1016201246 Dátum vydania rozhodnutia: 03. 04. 2018 Meno a priezvisko sudcu, VSÚ: JUDr. Vlastimil Pavlikovský ECLI: ECLI:SK:KSBA:2018:1016201246.4 Uznesenie Krajský súd v Bratislave v právnej veci žalobcu: ZONER s.r.o.; IČO 35 770 929, Jaskový rad 5, 831 01 Bratislava, právne zastúpený: Advokátska kancelária MB, s.r.o., IČO: 50 392 280, Záhradnícka 36, Bratislava, proti žalovanému: Ministerstvo financií Slovenskej republiky, Štefanovičova 5, 811 04 Bratislava, o preskúmaní zákonnosti rozhodnutia žalovaného č. MF/010744/2016-241 zo dňa 18.04.2016, takto r o z h o d o l : Krajský súd v Bratislave o p r a v u j e dátum vydania rozsudku Krajského súdu v Bratislave č. k. 2S/154/2016-46 zo dňa 24.05.2017 tak, že správne znie: „24.05.2017“. Vo zvyšnej časti zostáva rozsudok Krajského súdu v Bratislave č. k. 2S/154/2016-46 zo dňa 24.05.2017 n e z m e n e n ý . o d ô v o d n e n i e : 1. Krajský súd v Bratislave rozsudkom č. k. 2S/154/2016-46 zo dňa 24.05.2017 zamietol správnu žalobu s tým, že žalovanému sa náhrada trov konania nepriznáva. V uvedenom rozhodnutí bol chybne uvedený nesprávny dátum vydania rozsudku dňa 24.06.2017, pričom správne malo byť 24.05.2017. 2. Podľa § 143 zákona č. 162/2015 Z.z. Správny súdny poriadok (ďalej len „SSP“) správny súd kedykoľvek aj bez návrhu opraví v rozsudku chyby v písaní a počítaní, ako aj iné zrejmé nesprávnosti. O oprave vydá opravné uznesenie, ktoré doručí osobám uvedeným v § 142 ods. 1. 3. Podľa § 147 ods. 2 SSP ak nie je ďalej ustanovené inak, použijú sa na uznesenie primerane ustanovenia o rozsudku vrátane ustanovenia § 139 ods. 4 a § 141. 4. Vzhľadom na uvedenú chybu v písaní v rozsudku správny súd v súlade s ustanovením § 143 SSP rozhodol tak, ako je uvedené vo výrokovej časti tohto uznesenia. Poučenie: Proti tomuto uznesenie nie je prípustná kasačná sťažnosť (§ 439 ods. 2 písm. a) SSP)</w:t>
      </w:r>
    </w:p>
    <w:p/>
    <w:p>
      <w:r>
        <w:t>Zdroj: KAUZIS.SK – https://www.kauzis.sk/judikatura/r/ECLI:SK:KSBA:2018:1016201246.4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