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1S/158/2016 z 19. 9. 2018</w:t>
      </w:r>
    </w:p>
    <w:p>
      <w:r>
        <w:t>Rozsudok Krajského súdu Bratislava z 19. septembra 2018, sp. zn. 1S/158/2016, ECLI:SK:KSBA:2018:1016201346.1</w:t>
      </w:r>
    </w:p>
    <w:p>
      <w:r>
        <w:t>Súd: Krajský súd Bratislava</w:t>
      </w:r>
    </w:p>
    <w:p>
      <w:r>
        <w:t>Spisová značka: 1S/158/2016</w:t>
      </w:r>
    </w:p>
    <w:p>
      <w:r>
        <w:t>ECLI: ECLI:SK:KSBA:2018:1016201346.1</w:t>
      </w:r>
    </w:p>
    <w:p>
      <w:r>
        <w:t>Dátum vydania: 19. 9. 2018</w:t>
      </w:r>
    </w:p>
    <w:p>
      <w:r>
        <w:t>Forma: Rozsudok</w:t>
      </w:r>
    </w:p>
    <w:p>
      <w:r>
        <w:t>Oblasť práva: Správne právo</w:t>
      </w:r>
    </w:p>
    <w:p>
      <w:pPr>
        <w:pStyle w:val="Heading2"/>
      </w:pPr>
      <w:r>
        <w:t>Text rozhodnutia</w:t>
      </w:r>
    </w:p>
    <w:p>
      <w:r>
        <w:t>Súd: Krajský súd Bratislava Spisová značka: 1S/158/2016 Identifikačné číslo súdneho spisu: 1016201346 Dátum vydania rozhodnutia: 20. 09. 2018 Meno a priezvisko sudcu, VSÚ: JUDr. Renáta Janáková ECLI: ECLI:SK:KSBA:2018:1016201346.1 ROZSUDOK V MENE SLOVENSKEJ REPUBLIKY Krajský súd v Bratislave v senáte zloženom z predsedníčky senátu JUDr. Renáty Janákovej a členiek senátu JUDr. Anny Peťovskej, PhD. a JUDr. Zuzany Mališovej, v právnej veci žalobcu: JAZO, s.r.o., Rebarborová 1, Bratislava, IČO: 35 820 535, právne zastúpený advokátkou: JUDr. Adela Valocká, Radvanská 1, Bratislava, proti žalovanému: Finančné riaditeľstvo Slovenskej republiky, Lazovná 63, Banská Bystrica, o preskúmanie zákonnosti rozhodnutia žalovaného č. 962345/2016 zo dňa 01.06.2016, takto r o z h o d o l : Krajský súd v Bratislave žalobu z a m i e t a . Žalovanému súd právo na náhradu trov konania nepriznáva. o d ô v o d n e n i e : I. Priebeh administratívneho konania 1. Daňový subjekt JAZO, s.r.o., t.j. žalobca, si v zdaňovacom období júl 2010 uplatnil právo na odpočítanie dane podľa § 51 ods. 1 písm. a) zákona č. 222/2004 Z. z. o dani z pridanej hodnoty v znení neskorších predpisov z dodávateľskej faktúry číslo 2010063 zo dňa 22.07.2010, v celkovej sume XX.XXX,XX eura, z toho 19 % daň z pridanej hodnoty v sume X.XXX,XX eura od spoločnosti Y. R. R., s.r.o., Na F. XX, XXX XX U., IČO: XX XXX XXX, (H. X., konateľ spoločnosti). Podľa údajov zapísaných v obchodnom registri spoločnosť Y. R. R., s.r.o. je od 01.01.2014 dobrovoľne z OR vymazaná a jej právnym nástupcom sa stala spoločnosť X. Y. Y., s. r. o. Na F. XX, U.. 2. Daňový úrad Bratislava vykonal u platiteľa dane z pridanej hodnoty JAZO, s.r.o., za zdaňovacie obdobie júl 2010 kontrolu na zistenie oprávnenosti nároku na vrátenie nadmerného odpočtu, o výsledku ktorej vyhotovil protokol č. 9102401/5/440992/2012/Sap zo dňa 18.05.2012 3. Na základe výsledkov zistených v priebehu výkonu daňovej kontroly Daňový úrad Bratislava dodatočným platobným výmerom č. 9102401/5/1257114/2012/Sap zo dňa 29.06.2012, podľa § 44 ods. 6 písm. b) bod 1 zákona SNR č. 511/1992 Zb. o správe daní a poplatkov a o zmenách v sústave územných finančných orgánov v znení neskorších predpisov znížil platiteľovi dane z pridanej hodnoty uplatnený nadmerný odpočet za zdaňovacie obdobie júl 2010 zo sumy X.XXX,XX eura na sumu X.XXX,XX eura. 4. V priebehu výkonu kontroly správca dane preveroval opodstatnenosť nároku žalobcu na odpočítanie dane a zaslal na Daňový úrad Bratislava I ako miestne príslušnému správcovi dane daňového subjektu S&amp;. R. R., s.r.o. dožiadanie č. 801/321/82083/2010 zo dňa 5.10.2010, ktorým požiadal o preverenie reálnosti uskutočnenia predmetu zdaniteľného obchodu - granitovej dlažby - I. trieda v objeme 115,50 m2, prepravu deklarovaného tovaru, skladovanie tovaru, ako aj platby za dodaný zdaniteľný obchod. 5. Dňa 12.11.2010 bola Daňovému úradu Bratislava VI doručená odpoveď na dožiadanie z ktorej vyplynulo, že spoločnosť S&amp;. R. R., s.r.o. predmetnú faktúru vystavila a zaevidovala v účtovníctve. K ostatným požadovaným skutočnostiam sa písomne vyjadril konateľ spoločnosti Y. R. R., s.r.o. H. X., ktorý uviedol, že „spoločnosť dodala tovar podľa predmetnej faktúry spoločnosti JAZO, s.r.o., splatnosť faktúry je 23.10.2010, tovar prijala na sklade v mesiaci marec (príjemka č. 1003002 a 1003003), ktorý následne opracovala v mesiaci júl na granitovú dlažbu (skladová príjemka č. 1007002 a interný doklad č. 9007008), v čase preverovania sa granitová dlažba v skladových priestoroch spoločnosti nenachádzala, pretože bola prevzatá odberateľom, prepravu tovaru si zabezpečoval odberateľ, prítomný bol konateľ spoločnosti.“ 6. Daňový úrad Bratislava I preveroval ďalej pohyb a pôvod tovaru (granitová dlažba) a preveroval ďalšieho dodávateľa daňového subjektu v reťazci spoločnosť A. D., s.r.o., Č. T. XXXX, U. zaslaním dožiadania na Daňový úrad Piešťany ako miestne príslušnému správcovi dane daňového subjektu A. D., s.r.o., ktorý zistil, že daňový subjekt A. D., s.r.o. je nekontaktná spoločnosť, ktorá so správcom dane nekomunikuje, na adrese sídla sa reálne nenachádza. R. X., K. XX/XXX, XXX XX D. Q. T. je jediným majiteľom a konateľom (od: 12.11.2010) a písomnosti jemu doručované sa vracajú s poukazom „adresát neznámy“. Predchádzajúcim konateľom bol R. F., H. XX/XXX, XXX XX Q. (vznik funkcie: 29.10.2004, skončenie funkcie: 11.11.2010). H. M., J. Q. XXXX/X, XXX XX U. a H. N., R. X. X, XXX XX U. boli konateľmi spoločnosti A. D., s.r.o. (vznik funkcie: 04.06.2004, skončenie funkcie: 29.10.2004). 7. Dňa 10.02.2011 pred Daňovým úradom Piešťany vypovedal bývalý konateľ spoločnosti A. D., s.r.o. p. R. F., (Zápisnica o ústnom pojednávaní č. 648/320/6348/2011/Horn), ktorý uviedol iba všeobecné informácie týkajúce sa podnikateľskej činnosti daňového subjektu A. D., s.r.o. a doklady odovzdal novému konateľovi p. R. X., s ktorým od predaja spoločnosti nekomunikoval. 8. Správcovi dane sa v tomto prípade nepodarilo zistiť pôvod a fyzickú existenciu deklarovaného tovaru v reťazci spoločností A. D., s.r.o. - Y. R. R., s.r.o. - JAZO, s.r.o., a preto vykonal šetrenia zamerané na preverenie, na aký účel použil žalobca rozporný zdaniteľný obchod. V rámci preverovania pohybu tovaru správca dane podľa vyhotovených faktúr zistil, že predmetný tovar mal byť žalobcom dodaný postupne (v zdaňovacích obdobiach august a september 2010) českej spoločnosti H..X..O., s.r.o., X. XXX/XX, XXX XX R. X, (konateľ spoločnosti Z.. H. X.). 9. Za účelom preverenia reťazovej fakturácie deklarovaného zdaniteľného obchodu (granitovej dlažby) v rámci Európskeho spoločenstva Daňový úrad Bratislava IV zaslal Českej finančnej správe dve žiadosti o medzinárodnú výmenu informácií, a to za účelom preverenia intrakomunitárneho dodania (IC) tovaru (granitovej dlažby I. triedy), ktorý deklaroval platiteľ, ako dodanie tovaru v prospech odberateľa H..X..O., s.r.o.: - žiadosť č. 801/321/88958/2010 zo dňa 03.11.2010 týkajúca sa zdaňovacieho obdobia august 2010, v množstve 1 626,67 m2, v sume XXX.XXX,XX eura a - žiadosť č. 801/321/11283/2011 zo dňa 10.02.2011 týkajúca sa zdaňovacieho obdobia september 2010 v množstve 1 443,34 m2 v sume XXX.XXX,XX eura. 10. Išlo o preverenie intrakomunitárneho dodania tovaru (granitová dlažba I. triedy) za zdaňovacie obdobie august a september 2010, ktorý bol fakturovaný spoločnosťou Y. R. R., s.r.o. žalobcovi, ktorý si uplatnil odpočítanie dane z pridanej hodnoty v príslušných zdaňovacích obdobiach roka 2010. 11. Z odpovedí českého správcu dane č. 1/621/18368- 58621/Kano a č. 1/621/3393-59162/11/Ška vyplynulo, že daňový subjekt H..X..O., s.r.o. je nekontaktná spoločnosť, písomnosti sú doručované uplynutím lehoty. Spoločnosť podala za zdaňovacie obdobie 3Q2010 daňové priznanie k dani z pridanej hodnoty, z ktorého vyplýva, že nadobudla tovar z EÚ v hodnote XX.XXX.XXX,XX Kč, ale z dôvodu, že spoločnosť je nekontaktná, nebolo možné skutočné nadobudnutie tovaru v Českej republike preveriť a zároveň nebolo možné preveriť ani ako a komu bol deklarovaný tovar (granitová dlažba) ďalej spoločnosťou H..X..O., s.r.o. predaný. 12. Správca dane na základe vykonaných šetrení v tuzemsku a z informácií z medzinárodného dožiadania vyhodnotil tento obchodný prípad tak, že k dodaniu tovaru medzi spoločnosťou Y. R. R., s.r.o. ako dodávateľom a žalobcom ako odberateľom, nedošlo. 13. Žalovaný rozhodnutím č.1020502/1/1159616/2012/1042 zo dňa 11.09.2012 zrušil dodatočný platobný výmer č. 9102401/5/1257114/2012/Sap zo dňa 29.06.2012 vydaný Daňovým úradom Bratislava a vec vrátil správcovi dane na ďalšie konanie. 14. Správca dane pokračoval v konaní vo veci vyrubenia dane a doplnil dokazovanie. Z odpovede českej daňovej správy na opakovanú žiadosť o medzinárodnú výmenu informácií (č. E_SK_CZ_20110714_12029_P201101340(R)) vyplynulo, že platiteľ H..X..O. s.r.o. vykonal úhrady za fakturovaný tovar (granitová dlažba) bankovým prevodom z účtu vedeného v ČSOB Bratislava a z účtu vedeného v ČSOB Brno, prepravu tovaru (granitová dlažba v množstve 3 070 m2) mala vykonať spoločnosť P., a.s., Š. X, XXX XX Ž., IČO: XX XXX XXX. 15. Daňový úrad Bratislava preveroval uskutočnenie prepravy zaslaním dožiadania č. 9102401/5/2237440/2012/Sap zo dňa 16.08.2012 na Daňový úrad Trenčín ako miestne príslušnému správcovi dane daňového subjektu P., a.s., Ž., ktorým požiadal o preverenie medzinárodnej prepravy tovaru (žulovej dlažby) z tuzemska Piešťany na územie Českej republiky do Brno - Modřice (ČR) v zdaňovacom období august 2010 a september 2010. 16. Dňa 28.09.2012 bol pred Daňovým úradom Trenčín vypočutý svedok N. Š. (od: 14.07.2010 do: 08.11.2010 predseda predstavenstva spoločnosti P., a.s.) za účasti J.. M. Š.G., konateľa žalobcu, ktorý uviedol, že v čase, keď bol vo funkcii štatutárneho orgánu, za spoločnosť nekonal, pretože bol v období od 24.07.2010 do 07.12.2010 preukázateľne v zahraničí. V uvedenom období konal za spoločnosť P., a.s. pán N. Š. (od: 15.10.2007 do: 14.07.2010 predseda predstavenstva), o čom bola spísaná Zápisnica o ústnom pojednávaní č. 9300401/5/2746649/2012. 17. Dňa 09.11.2012 bol vypočutý svedok pán N. Š. za účasti J.. M. Š., konateľa žalobcu, o čom bola spísaná Zápisnica o ústnom pojednávaní č. 9300401/5/3282492/2012. N. Š. potvrdil vykonanie prepravy pre žalobcu. Doklady, ktorými by svoje tvrdenie preukázal správcovi dane nepredložil, pretože podľa jeho vyjadrenia tieto nechal po svojom odchode v spoločnosti P., a.s., nevedel bez dokladov CMR uviesť konkrétne mená vodičov, ktorí vykonávali prepravu tovaru (žulovej dlažby). Nakladanie tovaru (žulovej dlažby) zabezpečovali pracovníci spoločnosti na Žilinskej ceste v Piešťanoch a tovar bol vyložený zamestnancami skladu v Modřiciach, Brno. Podľa vyjadrenia svedka žalobca vykonal úhradu viacerých faktúr väčšinou v hotovosti, pričom niektoré platby mohli byť uhradené bankovým prevodom. 18. Daňový úrad Trenčín vykonal dňa 22.06.2012 miestne zisťovanie za účelom preverenia sídla spoločnosti P., a.s., K. J. XXX, XXX XX D. Q. T. (od: 15.11.2011 do: 23.09.2014) a zistil, že spoločnosť P., a.s. sa na uvedenej adrese nenachádzala a nemala označenie sídla. Podľa vyjadrenia Z.. T. X., konateľa spoločnosti Z. A. s.r.o., ktorá bola v tom čase vlastníkom a prevádzkovateľom budovy, nepoznal pána J. X., predsedu predstavenstva (od: 15.11.2011 do: 25.01.2013) spoločnosti P., a.s., ktorá nemala žiadnu zmluvu o prenájme priestorov na predmetnej adrese. O uvedenom bol spísaný Úradný záznam č. 9300401/5/1235406/2012. 19. Dňa 24.10.2012 pred Daňovým úradom Trenčín vypovedal J. X. (od: 15.11.2011 do: 25.01.2013 predseda predstavenstva spoločnosti P., a.s.), o čom bola spísaná Zápisnica o ústnom pojednávaní č. 9300401/5/3076932/2012. J. X. uviedol, že je predsedom predstavenstva spoločnosti P., a.s. iba na papieri, pretože uvedené podpísal u kamaráta a potom u notárky v Dubnici nad Váhom. Pre túto spoločnosť nikdy nepracoval a nemal vedomosť, kde má spoločnosť sídlo resp. iné priestory (napr. kancelárie, sklady). N. Š., bývalý predseda predstavenstva mu nikdy žiadne doklady ani účtovné knihy neodovzdal, ani sa s ním nestretol. Nevedel uviesť, kto za spoločnosť podpisoval a podával daňové priznania. Je nezamestnaný, evidovaný na úrade práce a nevykonáva žiadnu podnikateľskú činnosť. 20. Daňový úrad Bratislava z odpovede na dožiadanie Daňového úradu Trnava č.9214401/5/2524114/2012/Vav zo dňa 12.09.2012 zistil, že miestnym zisťovaním Daňového úradu Trnava, pobočka Piešťany dňa 11.09.2012 na adrese Žilinská cesta 130, Piešťany za účasti U. M., riaditeľky areálu a splnomocnenej zástupkyne spoločnosti X. Y. Y., s.r.o., a spoločnosti Y. R. R., s.r.o. (Zápisnica o miestnom zisťovaní č. 9214401/5/2498495/2012), bolo zistené, že vlastníkom priestorov na uvedenej adrese bola podľa výpisu z listu vlastníctva č. XXXX spoločnosť X. Y. Y., s.r.o., priestory boli využívané na administratívne, výrobné a skladové účely. Práce (výrobné, skladové a manipulačné) vykonávali vlastní zamestnanci spoločnosti X. Y. Y., s.r.o. Podľa vyjadrenia pani U. M. vo výrobno - spracovateľskom procese sa používali materiály ako prírodný kameň, umelý kameň, konglomerát, pieskovec a pod. Výsledkom výrobno - spracovateľského procesu boli kuchynské dosky, parapety, krby, dlažby, obklady, náhrobné kamene. V priestoroch sa nachádzali potrebné technické a technologické zariadenia na výkon prác ako píla, vodný lúč, rameno, kantovačka, atlas na kuchynské dosky a vysokozdvižné vozíky, na ktorých obsluhu boli zamestnanci odborne vyškolení. Proces preberania tovaru zo skladových priestorov prebiehal výlučne za prítomnosti H. X. (majiteľa a konateľa spoločnosti) a za prítomnosti odberateľa (konateľa spoločnosti). 21. Česká finančná správa v odpovedi (č. EJSK_CZ_20110714_12029_P201101340(R)) uviedla, že prepravu tovaru (granitová dlažba v množstve 3 070 m2), ktorú mala vykonať spoločnosť P., a.s., Ž., uhradil žalobca. 22. Dňa 10.09.2012 sa na Daňový úrad Bratislava dostavil J.. M. Š., konateľ žalobcu a predložil účtovný denník (tlač vybraných záznamov ku dňu 28.08.2012), hlavnú knihu analytickú (tlač vybraných záznamov ku dňu 28.08.2012), výdavkový pokladničný doklad č. 10HV00190 zo dňa 14.10.2010 (úhrada faktúry č. 10100547), výdavkový pokladničný doklad č. 10HV00191 zo dňa 14.10.2010 (úhrada faktúry č. 10100526), výdavkový pokladničný doklad č. 10HV00192 zo dňa 14.10.2010 (úhrada faktúry č. 10100525) a výdavkový pokladničný doklad č. 10HV00193 zo dňa 14.10.2010 (úhrada faktúry č. 10100524), o čom bola spísaná Zápisnica o ústnom pojednávaní č. 9102401/5/2477538/2012/Sap. 23. Predloženými dokladmi žalobca správcovi dane preukázal hotovostnú úhradu faktúry č. 10100547, faktúry č. 10100526, faktúry č. 10100525 a faktúry č. 10100524 za prepravu tovaru (žulovej dlažby) zo dňa 14.10.2010 v prospech spoločnosti P., a.s., Ž.. 24. Z odpovedí Daňového úradu Žilina vyplynulo, že prepravu tovaru (žulovej dlažby) z Piešťan do Brno - Modřice (ČR) mali vykonať pán H. X., H. XX, XXX XX Ž. a pán N. X., U. X, XXX XX W., zamestnanci spoločnosti P., a.s., ktorí mali byť prítomní aj pri nakladaní a vykladaní tovaru. 25. Dňa 14.11.2012 H. X. - vodič medzinárodnej nákladnej cestnej dopravy za účasti J.. M. Š., konateľa žalobcu pred Daňovým úradom Bratislava uviedol, že v čase vykonávania prepravných služieb (august 2010, september 2010) pre odberateľa JAZO, s.r.o. mal uzatvorenú pracovnú zmluvu a bol zamestnancom spoločnosti P., a.s.. Spolu s ďalšími zamestnancami bol prítomný pri nakládke tovaru (žulovej dlažby) do kamiónov na Žilinskej ceste v Piešťanoch. Tovar sa nakladal vysokozdvižným vozíkom do návesu kamiónu, pričom v jednom kamióne bolo naložené od 20 ton do 24 ton žulovej dlažby. Tovar (žulová dlažba) bol prepravovaný na paletách, obalených fóliou a zabezpečených páskami. Podľa vyjadrenia svedka prepravu vykonával sám a bol prítomný aj pri vykladaní tovaru (žulovej dlažby) na adrese spoločnosti P. S., U. J.Z.. Prevzatie tovaru odberateľom na mieste vykládky sa uskutočňovalo na základe CMR. Svedok identifikoval svoj podpis na doklade CMR č. SK3252190 a doklade CMR č. SK3252191 (Zápisnica o ústnom pojednávaní č. 9102401/5/3343184/2012/Sap.) 26. Dňa 01.10.2012 N. X. - vodič medzinárodnej nákladnej cestnej dopravy za účasti J.. M. Š., konateľa žalobcu pred Daňovým úradom Bratislava uviedol, že v čase vykonávania prepravných služieb (august 2010, september 2010) pre odberateľa JAZO, s.r.o. pracoval na dohodu a nebol zamestnancom spoločnosti P., a.s.. Pri nakladaní a vykladaní tovaru (žulovej dlažby) nebol prítomný. V roku 2010 sa nezúčastnil na preprave predmetného tovaru (žulová dlažba), pretože v uvedenom období vozil priemyselný tovar do Švédska a Nórska. V spoločnosti P., a.s. bol zamestnaný v období od 01.03.2011 do 22.04.2011, čo preukázal predložením pracovnej zmluvy zo dňa 01.03.2011 a dokladom o skončení pracovného pomeru v skúšobnej dobe zo dňa 22.04.2011. Vo februári 2011 bol zamestnaný na dohodu a v tom istom mesiaci bol prítomný pri nakládke žulovej dlažby v Piešťanoch. Presnú adresu nakládky si nepamätal. Na vyžiadanie J.. M. Š., konateľa žalobcu boli svedkovi k nahliadnutiu predložené faktúry č. 10100524, č. 10100525, č. 10100526, č.10100547 od dodávateľa P. a.s. za prepravu tovaru v dňoch 27.08.2010, 17.09.2010 a 21.09.2010 a doklady CMR č. SKE07973943, CMR č. SKE07962832, CMR č. SK3252191, CMR č. SK3252190. Svedok na otázku konateľa spoločnosti JAZO, s.r.o., pripustil možnosť, že mohol byť súrne zavolaný na takúto krátkodobú prepravu a odtiaľ dostal inú zákazku. Na otázku konateľa, či by vedel identifikovať podpisy uvedené pri pečiatke spoločnosti P. a.s. na dokladoch CMR č. SKE07973943, CMR č. SKE07962832, CMR č. SK3252191, CMR č. SK3252190, svedok odpovedal negatívne. Svedok identifikoval svoj podpis iba na doklade CMR č. SK3252191. V závere zápisnice sa svedok vyjadril, že vzhľadom na množstvo prepráv, ktoré vykonával, si spomenul, že sa zúčastnil prepravy daného tovaru (žulová dlažba) dňa 27.8.2010 (CMR č. SKE07962832) a dňa 17.09.2010 (CMR č. SK3252191) - (Zápisnica o ústnom pojednávaní č. 9102401/5/2759378/2012/Sap. ) 27. Daňový úrad Bratislava preveroval úhradu faktúry č. 2010063 zo dňa 22.07.2010 v celkovej sume XX.XXX,XX eura za granitovú dlažbu I. triedy v množstve 115,5 m2 od dodávateľa Y. R. R., s.r.o. 28. Správca dane zaslal žalobcovi Výzvu č. 9102401/5/2800693/2012/Sap zo dňa 3.10.2012 na predloženie dôkazov preukazujúcich úhradu predmetnej faktúry (z akých finančných zdrojov, kedy bola vykonaná úhrada, akým spôsobom a komu boli finančné prostriedky vyplatené, t.j. ktorá osoba ich prijala za spoločnosť Y. R. R., s.r.o.). 29. Dňa 19.10.2012 sa na Daňový úrad Bratislava dostavil J.. M. Š., konateľ žalobcu, ktorý správcovi dane predložil bankový výpis č. 2011/2 z účtu č. 4001401998/7500 ČSOB, a.s. daňového subjektu JAZO, s.r.o., ktorým preukázal úhradu celej fakturovanej sumy za tovar deklarovaný na predmetnej faktúre. O uvedenom správca dane spísal zápisnicu o ústnom pojednávaní č.9102401/5/3022251/2012/Sap zo dňa 19.10.2012. 30. Z odpovede Českej finančnej správy (č. E_SK_CZ_20110714_12029_P201101340 (R)) vyplýva, že preverovaný tovar spoločnosť H..X..O., s.r.o. predala spoločnosti Y. U., INC., O. O., O. Y. X, Q., USA (H. X., prezident spoločnosti) a následne bol expedovaný do colného skladu A. M. K., J.. Spoločnosť J.X..O., s.r.o., deklarovala predaj žulovej dlažby granit v množstve 3 726,54 m2 faktúrou č. 0072010 zo dňa 30.08.2010, faktúrou č. 0082010 zo dňa 30.08.2010, faktúrou č. 0122010 zo dňa 18.11.2010, faktúrou č. 0132010 zo dňa 18.11.2010 a faktúrou č. 0142010 zo dňa 18.11.2010 pre odberateľa Y. U., Inc., O. Y. X, XXX XX O. O., Q., USA. Colný úrad Mošnov vydal rozhodnutia, ktorými rozhodol o umiestnení tovaru v slobodnom pásme. 31. Z odpovede českej daňovej správy č. 582621/12/Ska na žiadosť o medzinárodnú výmenu informácií č. 9102401/5/3570453/2012 zo dňa 30.11.2012 vyplynulo, že konateľ spoločnosti H..X..O., s.r.o., Z.. H. X. dňa 30.10.2013 uviedol, že existenciu spoločnosti Y. U. Z.., USA si overil tak, že mu bol zástupcom spoločnosti Y. predložený originál apostille spoločnosti Y., čo je spoločenská zmluva o založení spoločnosti, ktorá obsahovala rozhodnutie a potvrdenie súdu štátu Nevada o založení spoločnosti Y.. Český správca dane v odpovedi ďalej oznámil, že sídlo daňového subjektu J.X..O., s.r.o., T. XXXX/XX, XXX XX R. je „virtuálna kancelária“, ktorú prevádzkovala spoločnosť G. s.r.o., T. XXXX/XX, XXX XX R. X, CZXXXXXXXX. 32. V doplňujúcej odpovedi č. 25612/14/Fek-Mes česká finančná správa uviedla, že Colný úrad Mošnov vydal rozhodnutia o umiestnení tovaru v slobodnom pásme č. 10247/10- 046300-023 zo dňa 31.08.2010, č. 10410/2010-0463-023 zo dňa 03.09.2010, č. 13828/2010-046300-023 zo dňa 26.11.2010 a č.13878/2010-0463-023 zo dňa 29.11.2010. Vo všetkých preverovaných prípadoch tovar opustil územie Európskeho spoločenstva, pričom krajinou vývozu bola Česká republika a krajinou určenia bolo Srbsko. Podľa vývozných colných prehlásení MRN 10CZ0463002NUS8NP6, MRN 10CZ0463002NV08K40, MRN 10CZ0463002XN9FZ79 a MRN 10CZ0463002Y 8E18Y7 odosielateľom bola spoločnosť A. M. K., akciová spoločnosť, J. XXX, XXX XX J. a príjemcom spoločnosť S. d.o.o., G. R. XX/X, XXXXX Y., Srbsko. 33. V uvedených prípadoch bola vykonaná iba dokladová kontrola tovaru, fyzické kontroly tovaru neboli v evidencii colného úradu zaznamenané, čiže fyzická existencia tovaru v colnom sklade na území Českej republiky nebola zo strany českej daňovej správy potvrdená. 34. Dňa 28.10.2015 sa na Daňový úrad Bratislava dostavil J.. M. Š., konateľ žalobcu, ktorého správca dane oboznámil so zisteniami a výsledkami preverovania v rámci vyrubovacieho konania vykonávaného na základe rozhodnutia Finančného riaditeľstva Slovenskej republiky č. 1120490/2012/1042 zo dňa 27.08.2012, o čom správca dane spísal zápisnicu o ústnom pojednávaní číslo 21105832/2015/9104401/ Sap zo dňa 28.10.2015. 35. Zo spisového materiálu vyplýva, že Daňový úrad Bratislava doplnil svoje dokazovanie aj o skutočnosti zistené orgánmi činnými v trestnom konaní, ktoré boli dňa 24.07.2013 sprístupnené Ministerstvom vnútra Slovenskej republiky, Prezídiom policajného zboru, národnou kriminálnou agentúrou, Bratislava na základe žiadosti Daňového úradu Bratislava pre účely daňovej kontroly vykonávanej u daňového subjektu X. Y. Y., s.r.o., IČO: XX XXX XXX, (H. X., konateľ spoločnosti). 36. Správca dane nahliadol do spisu tohto daňového subjektu a vyhotovil fotokópie písomností, ktoré správcovi dane poskytli relevantné informácie vzťahujúce sa k zdaniteľným obchodom daňového subjektu A. D., s.r.o. za roky 2009, 2010 a 2011. O uvedenom správca dane spísal úradný záznam č. 21191706/2015/ 9104401/Sap zo dňa 06.11.2015. 37. Správca dane nahliadnutím do Zápisnice o výsluchu svedka ČVS: PPZ-175/BOK-BA-2012 zo dňa 28.06.2012 zistil, že R. X., jediný majiteľ a konateľ spoločnosti A. D., s.r.o. (vznik funkcie: 06.10.2010) uviedol, že spoločnosť A. D., s.r.o. nepozná, nikdy v spoločnosti A. D., s.r.o. nevykonával podnikateľskú činnosť. Predchádzajúcich konateľov a spoločníkov nepoznal, o aktivitách spoločnosti A. D., s.r.o. nič nevedel, účtovníctvo spoločnosti A. D., s.r.o. neprevzal. V súvislosti s podpisovaním dokumentov vo veci prevodu obchodného podielu na jeho osobu vypovedal, že obsah týchto dokumentov nepoznal a bol podvedený osobou pánom Ivanom Prekopom. Taktiež uviedol, že pána R. F. nepozná, nikdy ho nevidel, žiadne doklady neprevzal. Za spoločnosť A. D., s.r.o. nikdy nevystavoval faktúry, ani ich nikdy nepodpisoval. Uviedol, že spoločnosť Y. R. R., s.r.o. nepoznal a nebol mu známy predmet podnikateľskej činnosti. 38. Správca dane nahliadnutím do zápisnice o výsluchu svedka ČVS: PPZ-8/NKA-PZ-BA-2012 zo dňa 07.01.2013 zistil, že pán R. F., bývalý konateľ spoločnosti A. D., s.r.o. (vznik funkcie: 29.10.2004, skončenie funkcie: 06.10.2010) vo výpovedi uviedol, že si nepamätá na konkrétnu obchodnú činnosť spoločnosti A. D., s.r.o., za ktorú obchodoval pred viacerými rokmi. Na konkrétne obchody si nepamätal a ohľadne prepravy tovaru uviedol, že zamestnanci spoločnosti Y. R. R., s.r.o. vykonávali prepravu tovaru v rámci skladových priestorov. Na otázku, čím sa spoločnosť zaoberá, odpovedal, že spoločnosť A. D., s.r.o. už nevlastní, nakoľko ku koncu roka 2010 alebo 2011 bola prevedená a predaná R. X., ktorého spoznal v Bratislave náhodne a stretli sa viackrát v obchodnom centre. Nepamätal si, kto vypracoval dokumenty potrebné na prevod obchodného podielu a zároveň vypovedal, že zapísanie prevodu na súde riešil nový konateľ pán R. X.. Uviedol, že sídlo spoločnosti bolo na adrese Č. T., U., R., kanceláriu využíval ako administratívne priestory v hoteli Patrícia, ktoré mal v prenájme od spoločnosti S&amp;. R. R., s.r.o. Účtovníctvo spoločnosti A. D., s.r.o. viedol pán R. F. sám ako aj za pomoci známej pani P. T. a pri predaji spoločnosti ho osobne odovzdal pánovi R. X.. 39. Na základe týchto skutočností správca dane nadobudol závažné pochybnosti o pravdivosti a hodnovernosti predložených dokladov (faktúry od dodávateľa Y. R. R., s.r.o.) a neuznal ich ako relevantné, pretože žalobca ich hodnovernosť nepreukázal a pochybnosti neodstránil. 40. Na základe získaných dôkazov správne vyhodnotil deklarované obchodné transakcie v reťazci spoločností A. D., s.r.o. - S&amp;. R. R., s.r.o. - JAZO, s.r.o. tak, že faktúry boli vystavované za nereálne dodania tovarov (granitová a mramorová dlažba) v tuzemsku. Fakturované nákupy a predaje v tuzemsku prebiehali na jednom a tom istom mieste v skladových priestoroch v Piešťanoch (patriacich spoločnosti Y. R. R., s.r.o.) bez prepravy a za bezodplatné skladovanie, tovar sa z miesta uloženia nikam neprepravoval, ani nebol spracovaný vo výrobnom procese. 41. V prípade tovaru (granitová a mramorová dlažba) fakturovaného v reťazci spoločností A. D., s.r.o. (SR) = Y. R. R., s.r.o. (SR) = JAZO, s.r.o. (SR) = H..X..O., s.r.o. (ČR) = Y. U., Inc. (USA) nebolo preukázané, že tovar skončil u konečného zákazníka. Českou colnou správou bolo potvrdené, že tovar deklarovaný slovenským platiteľom pre odberateľa H..X..O., s.r.o., ďalej fakturovaný spoločnosti Y. U., Inc. bol odoslaný z Českej republiky do Srbska, kde príjemcom bola spoločnosť S. d.o.o., G. R. XX/ X, XXXXX Y., Srbsko. 42. Zamestnanec správcu dane nahliadol do spisu daňového subjektu H. SK, s.r.o., Na F. XX, XXX XX, IČO: XX XXX XXX, (od: 01.01.2014 je právnym nástupcom v dôsledku zlúčenia spoločnosť X. Y. Y., s.r.o., Na F. XX, XXX XX U., IČO: XX XXX XXX) a vyhotovil fotokópie písomností, ktoré správcovi dane poskytli relevantné informácie, podklady a dôkazy vzťahujúce sa k pohybu preverovaných tovarov (dlažba, prírodný kameň) za roky 2010 a 2011. O uvedenom správca dane spísal úradný záznam č. 21191706/2015/9104401/Sap zo dňa 06.11.2015. 43. Rozsiahlym dokazovaním správca dane zistil, že preverovaný tovar v tuzemsku dodávala spoločnosť Y. R. R., s.r.o. žalobcovi, ktorá následne fakturovala intrakomunitárne dodanie tovaru oslobodené od dane spoločnosti H..X..O., s.r.o. do Českej republiky. Spoločnosť H..X..O., s.r.o. fakturovala dodanie tovaru oslobodené od dane spoločnosti Y. U., Inc. USA. 44. Preverovaný tovar nebol definitívne prerokovaný v Českej republike, krajina skutočnej spotreby tovarov nebola Česká republika. Tovar bol vyvezený z Českej republiky do colného skladu v Srbsku, krajina skutočnej spotreby tovarov nebola Srbsko. Tovar bol následne dodávaný spoločnosťou P. R. LLC späť do fakturačného reťazca na Slovensko spoločnosti H. SK, s.r.o. (konateľ H. X.), ktorá deklarovala dovoz tovarov na Slovensko. 45. Na základe vyššie uvedených zistení žalovaný rozhodnutím č. 962345/2016 zo dňa 01.06.2016 (ďalej aj len „napadnuté rozhodnutie“) podľa § 74 ods. 4 zákona č. 563/2009 Z. z. o správe daní (daňový poriadok) a o zmene a doplnení niektorých zákonov v znení neskorších predpisov (ďalej aj len „zákon č. 563/2009 Z. z.“) potvrdil rozhodnutie Daňového úradu Bratislava č. 212091/2016/9104401/Sap zo dňa 01.03.2016, ktorým žalobcovi podľa § 68 ods. 5 a 6 zákona č. 563/2009 Z. z. určil rozdiel dane z pridanej hodnoty v sume X.XXX,XX eura, t.j. znížil uplatnený nadmerný odpočet za zdaňovacie obdobie júl 2010 zo sumy X.XXX,XX eura na sumu X.XXX,XX eura. 46. Žalovaný v napadnutom rozhodnutí uviedol, že transakcie deklarované účtovnými dokladmi získanými prostredníctvom dožiadaní v preverovaných spoločnostiach na strane dodávateľov i žalobcu ako odberateľa nenesú znaky základných obchodných princípov a podporujú správnosť názoru správcu dane, že k dodávkam granitových dosiek nedošlo a to z nasledujúcich dôvodov: - Tovar (granitová dlažba)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zapojené v reťazci deklarujú, že skladovali svoj tovar v priestoroch spoločnosti Y. R. R., s.r.o., ktorá patrí H. X.. - Tovar je následne fakturovaný ako intrakomunitárne dodanie v rámci EU a následne na územie tretích štátov (USA a Srbsko), kde sa reálnosť dodania nepotvrdila. - Z odpovede na medzinárodnú žiadosť od českej daňovej správy vyplynulo, že v uvedených prípadoch bola vykonaná iba dokladová kontrola tovaru, fyzické kontroly tovaru neboli v evidencii colného úradu zaznamenané. - Pôvod tovarov uvedených na dodávateľských faktúrach nie je známy (nadobudnutie tovaru z iného členského štátu ani z dovozu nebolo zistené a potvrdené) a ich vysoká cena na faktúrach vylučuje konečného spotrebiteľa, o čom svedčí i tá skutočnosť, že žiadna spoločnosť v reťazci nepoužije ani časť dodávok na konečnú spotrebu, ale tovar je niekoľkokrát za sebou predávaný ďalším spoločnostiam, pričom ani raz neopustí sklad, v ktorom bol zložený. - V spoločnostiach v reťazcoch dochádza často k zmene konateľov spoločností. - Pre všetky spoločnosti v reťazci s výnimkou spoločností Y. R. R., s.r.o. a X. Y. Y., s.r.o., ktoré vlastní pán H. X. platí, že nezamestnávajú žiadnych zamestnancov, nevlastnia žiaden majetok a nepreukázali absolútne žiadne predpoklady pre skutočné vykonávanie podnikateľskej činnosti, ktorá je deklarovaná vo vyhotovených faktúrach. II. Žaloba 47. Žalobca sa žalobou doručenou Krajskému súdu v Bratislave dňa 22.07.2016 domáhal preskúmania zákonnosti rozhodnutia žalovaného č. 962345/2016 zo dňa 01.06.2016, ktorým bolo potvrdené rozhodnutie Daňového úradu Bratislava č. 212090/2016/9104401/Sap zo dňa 01.03.2016. 48. V žalobe uviedol, že správca dane vo svojom rozhodnutí dospel k záveru, že zo strany žalobcu došlo k porušeniu ustanovenia § 19 ods. 1, § 49 ods. 1, 2, § 51 ods. l písm. a) zák. č. 222/2004 Z.z., pričom poukazuje v závere na judikatúru ES ako aj NS SR, pretože nebolo objektívnym a vierohodným spôsobom preukázané reálne plnenie deklarované účtovnými dokladmi a neboli vyvrátené akékoľvek pochybnosti o neoprávnenom nároku daňového subjektu na odpočítanie dane. 49. Žalobca závery správcu dane považuje za nesprávne, založené na nesprávnom a nedostatočnom hodnotení zistených dôkazov a s tým súvisiacich nesprávnych skutkových zisteniach, zmätočné a nepreskúmateľné a súčasne postupom správcu dane počas realizácie daňovej kontroly došlo k porušeniu relevantných právnych predpisov. 50. Uviedol, že skutočnosti vymedzené v ust. § 49 ods. 2 písm. a) a ust. § 51 ods. l písm. a) zák. č. 222/2004 Z.z. tvoria dôkazné bremeno daňového subjektu. Z ustanovení § 24 ods. 1, 2, 3 a 4 zák. č. 563/2009 Z.z. nemožno vyvodiť dôkazné bremeno žalobcu ako daňového subjektu na právne vzťahy týkajúce sa jeho dodávateľa a dodávateľových subdodávateľov. Tieto skutočnosti nemôžu tvoriť dôkazné bremeno daňového subjektu a ani nemôže z týchto skutočností daňový subjekt znášať dôkaznú núdzu. V tejto súvislosti poukázal na rozsudok Súdneho dvora EÚ v spojených prípadoch C-354/ Q3(Otigen), C-355/03 (Fulcurum Elektrotiics)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osebe a charakter jednotlivých transakcií nemôže byť zmenený predchádzajúcimi alebo následnými udalosťami. Poukázal i na rozhodnutie Európskeho súdneho dvora O. Ltd (C-354/03). F. E. Ltd C-353/03 a B.H. S. Ltd (C-484/03), K, (C-439/04) i na rozsudok NS SR č. 3Sžf 1/2011. 51. Je názoru, že predložil správcovi dane všetky relevantné dôkazy o materiálnom plnení zakladajúcom nárok na priznanie nároku na odpočet DPH - dokumenty, ktoré mu ukladá zákon a z ktorých vyplýva uskutočnenie zdaniteľného plnenia tak ako je v nich uvedené (faktúru, potvrdenie o prijatí tovaru deklarovaného na faktúre (príjemka), vlastnú skladovú evidenciu, t.j. že tovarom disponoval v priestoroch, ktoré mal k dispozícii podľa zmluvy o uložení veci). Vyplýva z nich aký tovar tvoril predmet obchodu, v akom množstve, za akú jednotkovú cenu bol predaný a komu bol predaný. Boli predložené doklady týkajúce sa jeho prepravy a to, že tovar bol vyvezený do Českej republiky. Zo samotného odôvodnenia rozhodnutia vyplýva, že túto skutočnosť potvrdili daňové a colné orgány Českej republiky. Nie je povinnosťou žalobcu skúmať pôvod nadobudnutého tovaru, tovar kúpil na území Slovenskej republiky od slovenského daňového subjektu. Na základe uvedeného má zato, že správca dane mu pričíta existenciu dôkaznej núdze ohľadom skutočností, ktoré netvoria jeho dôkazné bremeno. 52. Daňový úrad v odôvodnení poukazuje na konanie spoločností s ktorými žalobca nikdy neobchodoval a nebol s nimi v žiadnom obchodnom vzťahu, preto je právne irelevantné vo vzťahu k žalobcovi poukazovať na ich obchodnú činnosť, a preto tvrdenia a skutočnosti uvádzané v odôvodnení rozhodnutia nemôžu byť ako použité dôkaz v neprospech žalobcu. 53. K dôkaznému bremenu platiteľa pri uplatnení práva na odpočet DPH poukázal i na rozsudok Najvyššieho súdu SR sp. zn. 3Sžf 1/2010, podľa ktorého skutočnosť, či iný daňový subjekt tovar vyrobil, resp. obstaral a následne dodal platiteľovi, sa týka tohto iného daňového subjektu a ten za ňu aj zodpovedá. V zásade nie je možné spravodlivo žiadať, aby daňové subjekty sledovali a kontrolovali výrobné a obstarávacie procesy tovarov u iných subjektov. Z uvedeného teda vyplýva záver, že dôkazné bremeno, že u iného daňového subjektu došlo k podvodnému konaniu je na správcovi dane, ako aj to, že daňovému subjektu zákon nedáva právne prostriedky na sledovanie výrobných a obstarávacích procesov svojich dodávateľov. Žalobcove tvrdenia potvrdili aj závery Európskeho súdneho dvora, viď v rozhodnutie v spojených veciach C -80/11 (Mahaében kft) a C-142/11 (Péter Dávid) dňa 21.06.2012. 54. Je názoru, že daňový orgán nemôže od zdaniteľnej osoby uplatňujúcej si nárok na odpočet DPH všeobecne požadovať jednak preverenie, že osoba, ktorá vystavila faktúru vzťahujúcu sa na tovar a služby, na základe ktorej požaduje vykonanie tohto nároku, spĺňa podmienky zdaniteľnej osoby, disponovala predmetným tovarom a bola schopná ho dodať a splnila si svoju povinnosť podať daňové priznanie a uhradiť DPH, z dôvodu ubezpečenia sa, že na strane predchádzajúcich subjektov nedošlo k nezákonnostiam alebo daňovému podvodu, a jednak, aby v tejto súvislosti disponovala takýmito dokumentmi, nakoľko v zásade prináleží daňovým orgánom, aby vykonali u zdaniteľných osôb kontrolu nevyhnutnú na odhaľovanie nezákonností a daňových podvodov na DPH a uložili tresty zdaniteľnej osobe, ktorá sa dopustila takýchto nezákonností a daňových podvodov. 55.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dodávateľského reťazca. 56. Z vykonanej kontroly vyplýva, že tovar bol nakúpený od tuzemského subjektu, u ktorého bol zároveň do času jeho predaja uskladnený, následne predaný tretej osobe, prepravený a dodaný tretej osobe, teda išlo o reálne operácie súvisiace s nákupom a predajom tovaru, ktorý daňový subjekt vlastnými tak ústnymi ako listinnými dôkazmi preukázal. Počas výkonu daňovej kontroly správca dane nevyslovil jedinú pochybnosť o vierohodnosti predkladaných písomných dokumentov, dôkazov a vyjadrení. 57. Poukázal tiež na skutočnosť, že daňový úrad za objektívne zistenia považuje aj dôkazy, pri ktorých získaní nebol žalobca prítomný, nemal možnosť sa k nim relevantným spôsobom vyjadriť, pretože nie je ani obchodným partnerom jednotlivých subjektov a tieto daňový úrad voči nemu účelovo použil. 58. Napriek rozsiahlemu vykonanému dokazovaniu a poskytnutiu medzinárodných informácii, nie je možné jednoznačne vyvodiť záver, že k reálnemu zdaniteľnému plneniu zo strany žalobcu nedošlo. Výpovede svedkov prepravnej spoločnosti potvrdili ako sa s tovarom manipulovalo, kde ho naložili, previezli a kde ho vyložili, čo bolo zároveň preukázané aj listinnými dôkazmi (CMR). 59. S poukazom na uvedené navrhol, aby Krajský súd v Bratislave rozsudkom zrušil rozhodnutie Finančného riaditeľstva Slovenskej republiky 962345/2016 zo dňa 01.06.2016 a aj rozhodnutie Daňového úradu Bratislava č. 212091/2016/9104401/Sap zo dňa 01.03.2016 a vec vrátil žalovanému na ďalšie konanie. III. Vyjadrenie žalovaného 60. Žalovaný vo vyjadrení k žalobe doručenom Krajskému súdu v Bratislave dňa 26.09.2016 žiadal žalobu ako nedôvodnú zamietnuť. Uviedol, že vyjadrenie je zhodné s dôvodmi uvedenými v žalobou napadnutom rozhodnutí, ktorých sa pridržiava. 61. Daňový úrad Bratislava vykonal u daňového subjektu JAZO, s.r.o. daňovú kontrolu dane z pridanej hodnoty za zdaňovacie obdobie júl 2010 (z dôvodu, že je dôvodné podozrenie, že jeho prostredníctvom prebieha fakturácia tovaru - granitových a mramorových dosiek v reťazci obchodných spoločností v tuzemsku a v rámci EÚ bez reálneho dodania). 62. Podľa žalovaného je žalobca v reťazci daňových subjektov konečným daňovým subjektom na území Slovenskej republiky, kde si uplatňuje a aj odpočítava daň z nadobudnutého tovaru. Nadobudnutý tovar žalobca následne deklaroval ako dodanie tovaru v rámci Európskeho spoločenstva, kde jeho fyzická existencia potvrdená nebola. Zistenia správcu dane nasvedčujú tomu, že sa jedná o typický obchodný reťazec, ktorý má všetky znaky karuselového obchodu. Námietky žalobcu v odvolacom konaní ako aj v podanej žalobe sú len vo všeobecnej rovine, žalobca neuvádza žiadne konkrétne relevantné skutočnosti, ktoré by spochybnili, resp. vyvrátili zistenia daňových orgánov, ktorými podložili svoje rozhodnutia. 63. Žalovaný nesúhlasí ani s námietkami žalobcu, že rozhodnutia daňových orgánov sú nesprávne, založené na nesprávnom a nedostatočnom hodnotení zistených dôvodov, pretože správca dane v priebehu výkonu daňovej kontroly a následného ďalšieho konania vykonal rozsiahle dokazovanie, na základe ktorého zistil, že preverovaný tovar bol v tuzemsku dodávaný spoločnosťou Y. R. R., s.r.o. (konateľ H. X.) spoločnosti JAZO, s.r.o., ktorá následne fakturovala intrakomunitárne dodanie tovaru oslobodené od dane spoločnosti H..X..O., s.r.o. do Českej republiky. Spoločnosť H..X..O., s.r.o. fakturovala dodanie tovaru oslobodené od dane spoločnosti v USA. Preverovaný tovar nebol definitívne prerokovaný v Českej republike, krajina skutočnej spotreby tovarov nebola Česká republika. Tovar bol vyvezený z Českej republiky do colného skladu v Srbsku, ale neboli definitívne prerokované v Srbsku, krajina skutočnej spotreby tovarov nebola Srbsko. Tovar bol následne dodávaný spoločnosťou P. R. LLC späť do fakturačného reťazca na Slovensko spoločnosti H. SK, s.r.o. (konateľ H. X.), ktorá deklarovala dovoz tovarov na Slovensko. 64. Správca dane vykonaným šetrením nezistil pôvod tovarov, ktoré boli uvedené na faktúrach, nezistil konečného spotrebiteľa tovarov, krajinu spotreby tovarov a teda krajinu odvedenia dane. Preverovaný pohyb tovarov podporuje tvrdenie správcu dane, že spoločnosti zapojené do reťazových obchodov obchodovali s fiktívnym tovarom. Správca dane v procese vedenia dokazovania nezistil žiaden relevantný dôkaz o reálnej existencii tovarov deklarovaných na faktúrach. Platitelia zúčastnení v obchodnom reťazci v tuzemsku nepreukázali vznik daňovej povinnosti podľa § 19 ods. 1 zákona č. 222/2004 Z. z. o dani z pridanej hodnoty v znení neskorších predpisov z titulu reálneho dodania tovarov. Správcovi dane nie je známy pôvod tovarov, nezistil konečného spotrebiteľa tovarov, ani krajinu spotreby tovarov. 65. Transakcie deklarované účtovnými dokladmi získanými prostredníctvom dožiadaní v preverovaných spoločnostiach na strane dodávateľov i odberateľa spoločnosti JAZO, s.r.o. nenesú znaky základných obchodných princípov a podporujú správnosť názoru správcu dane, že k dodávkam granitových dosiek nedošlo. 66. Zo spisového materiálu vyplýva, že daňový subjekt JAZO, s.r.o. počas daňovej kontroly, ako aj vyrubovacieho konania za preskúmavané zdaňovacie obdobie hodnoverne nepreukázal nárok na odpočítanie dane za deklarované tovary v tuzemsku od spoločnosti Y. R. R., s.r.o. 67. Žalovaný sa stotožnil so záverom správcu dane v danej veci, že všetky zistené skutočnosti nasvedčujú tomu, že skutočným účelom platiteľa JAZO, s.r.o. bolo profitovať na odpočítaní dane z pridanej hodnoty v zdaňovacom období júl 2010 s cieľom získania daňovej výhody, čím došlo k porušeniu zásady zákazu zneužitia práva na odpočítanie dane z pridanej hodnoty. Žalobca tým, že si z vyššie uvedenej faktúry odpočítal daň, pričom pri fakturovanom tovare, ktorý mu mal byť dodaný, nevznikla daňová povinnosť (fakturácia medzi spoločnosťami nebola podložená existenciou vlastníckeho práva k tovaru, čo je podmienka pre dodanie tovaru), porušil ustanovenie § 49 ods. 1 v nadväznosti na § 19 ods. 1 zákona o DPH. Následne došlo k porušeniu § 49 ods. 2 písm. a) zákona o DPH, podľa ktorého platiteľ môže odpočítať daň, ak je daň voči nemu uplatnená iným platiteľom v tuzemsku z tovarov a služieb, ktoré sú alebo majú byť platiteľovi dodané. 68. Podľa žalovaného je nesporné, že žalobca neuviedol v rámci odvolacieho konania a ani v podanej žalobe žiadne nové skutočnosti a taktiež nepredložil ani žiadne nové dôkazy, ktoré by preukázali prijatie fakturovaného tovaru od spoločnosti Y. R. R. s.r.o. ako aj jeho následné dodanie v rámci Európskeho spoločenstva a je evidentné, že z predloženého spisového materiálu nevyplýva ani skutočnosť, že by správca dane v danom prípade v rámci dokazovania preniesol zodpovednosť na daňový subjekt, ale práve naopak, správca dane za účelom zistenia skutkového stavu, vykonal vo veci dokazovanie, čo preukazujú ním vydané tuzemské dožiadania, medzinárodné dožiadania, zápisnice o vypočutí svedkov, o výsledku ktorých následne informoval žalobca v súlade so zákonom. 69. Žalovaný zastáva názor, že Daňový úrad Bratislava postupoval pri hodnotení dôkazov v súlade s § 24 ods. 4 zákona č. 563/2009 Z. z. o správe daní (daňový poriadok) v znení neskorších predpisov, podľa ktorého možno ako dôkaz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Je názoru, že Daňový úrad Bratislava rozhodol vo veci na základe skutočností, ktoré boli zistené a preukázané v rámci daňovej kontroly ako aj na základe novo vykonaných dôkazov získaných v rámci preverovania vo vyrubovacom konaní, ktoré v zmysle zásady voľného hodnotenia dôkazov vyhodnotil podľa vlastnej úvahy, a to každý dôkaz jednotlivo a všetky vo vzájomnej súvislosti a boli podkladom pre vydanie tohto rozhodnutia. Správca dane dodržal zásadu ekonomického dosahu právneho úkonu na daň, t.j. hodnotil právne úkony podľa skutočného obsahu. Skutočným obsahom v danom obchodnom prípade bolo iba profitovať na odpočítaní dane z pridanej hodnoty za zdaniteľné obchody, ktoré boli daňovým subjektom deklarované ako nákup od tuzemského dodávateľa (pri ktorých sa reálnosť dodania nepotvrdila), s cieľom získať daňovú výhodu, čo je v rozpore s platnou legislatívou. 70. Podľa žalovaného daňový subjekt počas výkonu daňovej kontroly a ani v rámci ďalšieho konania nepredložil žiadne dôkazné prostriedky preukazujúce jeho tvrdenia, čo znamená, že neuniesol dôkazné bremeno, keď sa mu právne relevantným spôsobom nepodarilo preukázať prijatie zdaniteľných obchodov deklarovaných od spoločnosti Y. R. R. s.r.o. ako aj jeho následné dodanie v rámci Európskeho spoločenstva. 71. Na základe uvedených skutočností žalovaný trvá na svojich záveroch uvedených v žalobou napadnutom rozhodnutí, pričom sa vysporiadal so všetkými námietkami uplatnenými žalobcom. Žalovaný ako aj správca dane dostatočne zistili skutkový stav a po právnej stránke vec posúdili správne. Navrhol preto žalobu ako nedôvodnú podľa ustanovenia § 190 zákona č. 162/2015 Z. z. Správneho súdneho poriadku zamietnuť (ďalej len SSP). IV. Právne posúdenie veci 72. Podľa § 2 ods. 1 SSP v správnom súdnictve poskytuje správny súd ochranu právam alebo právom chráneným záujmom fyzickej osoby a právnickej osoby v oblasti verejnej správy a rozhoduje v ďalších veciach ustanovených týmto zákonom. 73.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74.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75. Úlohou súdu v prejednávanej veci bolo preskúmať zákonnosť rozhodnutie žalovaného č. 962345/2016 zo dňa 01.06.2016, ktorým bolo potvrdené rozhodnutie Daňového úradu Bratislava č. 212091/2016/9104401/Sap zo dňa 01.03.2016, ktorým žalobcovi podľa § 68 ods. 5 a 6 zákona č. 563/2009 Z. z. určil rozdiel dane z pridanej hodnoty v sume X.XXX,XX eura, nepriznal nadmerný odpočet za zdaňovacie obdobie júl 2010 v sume X.XXX,XX eura a vyrubil daň v sume X.XXX,XX eura. 76. Krajský súd v Bratislave, ako súd vecne príslušný na konanie vo veci podľa ust. § 10 SSP preskúmal napadnuté rozhodnutie v rozsahu žalobných dôvodov a dospel k záveru, že žalobu je potrebné zamietnuť s poukazom na ust. § 190 SSP. O žalobe súd rozhodol bez pojednávania, nakoľko boli splnené podmienky podľa ust. § 107 ods. 2 v spojení s ust. § 137 ods. 4 SSP. 77. Zákon č. 511/1992 Zb. o správe daní a poplatkov a o zmenách v sústave územných finančných orgánov v znení neskorších predpisov v ustanovení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78.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79.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80. Podľa § 2 ods. 3 zákona o správe daní, správca dane hodnotí dôkazy podľa svojej úvahy a to každý dôkaz jednotlivo a všetky dôkazy v ich vzájomnej súvislosti, pritom prihliada na všetko, čo v daňovom konaní vyšlo najavo. 81. Podľa § 2 ods. 6 zákona o správe daní, pri uplatňovaní daňových predpisov v daňovom konaní sa berie do úvahy vždy skutočný obsah právneho úkonu alebo inej skutočnosti rozhodujúcej pre určenie alebo vybratie dane. 82.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83.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84.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85. Podľa § 15 ods. 16 zákona o správe daní, ustanovenia prvej časti a § 32, 34 a 41 sa primerane použijú aj na daňovú kontrolu. 86.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87.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88.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89. Od 01.01.2010 nadobudol účinnosť zákon č. 563/2009 Z. z. Podľa prechodného ustanovenia § 165 ods. 2 tohto zákona, daňové konania začaté a právoplatne neukončené pred účinnosťou tohto zákona sa dokončia podľa doterajších predpisov (podľa zákona č. 511/1992 Zb.). 90. Podľa § 8 ods. 1 písm. a) zákona o DPH,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91. Podľa § 19 ods. 1 veta prvá a druhá zákona o DPH, daňová povinnosť vzniká dňom dodania tovaru. Dňom dodania tovaru je deň, keď kupujúci nadobudne právo nakladať s tovarom ako vlastník. 92. Podľa § 49 ods. l zákona o DPH, právo odpočítať daň z tovaru alebo zo služby vzniká platiteľovi v deň, keď pri tomto tovare alebo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93. V prípade žalobcu správca dane správne vyhodnotil obchodné prípady tak, že takýto deň nenastal, pretože v rámci dokazovania sa nepreukázala skutočnosť, že dodávateľ, ktorý je uvedený v predmetných faktúrach, aj fakturované zdaniteľné obchody skutočne dodal žalobcovi a zároveň nebolo preukázané, že žalobca deklarované zdaniteľné obchody reálne prijal a následne použil na účely svojej podnikateľskej činnosti. 94. Podľa § 49 ods. 2 zákona č. 563/2009 Z. z., platiteľ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a v nadväznosti na ustanovenie § 51 citovaného zákona. 95. Kľúčovou otázkou v tomto konaní bolo posúdenie miery zaťaženia žalobcu dôkazným bremenom vyplývajúcim z § 29 ods. 8 zákona č. 511/1992 Zb., keď z vykonaného dokazovania v rámci celého obchodného reťazca tuzemských, ako aj zahraničných spoločností vyplynula nepreukázateľnosť pôvodu obchodovaného tovaru a jeho samotná existencia, pričom všetky okolnosti jednoznačne nasvedčujú tomu, že prostredníctvom žalobcu prebiehala fakturácia tovaru v reťazci obchodných spoločností v tuzemsku, v rámci EÚ a tretích štátov, avšak bez reálneho dodania, čiže ide o tzv. karusel. 96.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Preskúmavané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č. 511/1992 Zb., ktorý je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zárukou zákonného postupu správcu dane a ochrany práv a právom chránených záujmov daňových subjektov. 97. V tejto súvislosti je potrebné poukázať na rozsudok Najvyššieho súdu SR sp. zn. 8Sžf/30,31/2013 zo dňa 14.04.2014,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Je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Práve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Obdobný právny názor zaujal Najvyšší súd SR i v rozsudku sp. zn. 6Sžfk/30/2017. 98. Podľa názoru súdu správca dane ako aj žalovaný pri skúmaní podmienok pre žalobcom uplatnené odpočítanie správne zistili skutkový stav veci a vec správne právne posúdili, keď mu určili rozdiel na dani z pridanej hodnoty za príslušné zdaňovacie obdobie, nadmerný odpočet v požadovanej sume mu nepriznali a vyrubili mu daň. Daňové orgány pritom postupovali v súlade s § 29 ods. 1, ods. 2, ods. 8 a § 2 ods. 3 a ods. 6 zákona č. 511/1992 Zb. 99. Súd sa stotožňuje so záverom žalovaného, že prostredníctvom žalobcu prebiehala fakturácia tovaru v reťazci obchodných spoločností, avšak bez reálneho dodania. Žalobca je v reťazci daňových subjektov konečným daňovým subjektom na území SR, kde si uplatňuje a aj odpočítava daň z nadobudnutého tovaru v tuzemsku. Žalobca následne deklaroval dodanie preverovaného tovaru oslobodené od dane českému nadobúdateľovi, avšak jeho fyzická existencia sa nepotvrdila. 100. Správca dane preveroval opodstatnenosť nároku žalobcu na odpočítanie dane z dodávateľskej faktúry číslo 2010063 zo dňa 22.07.2010, v celkovej sume XX.XXX,XX eura, z toho 19 % daň z pridanej hodnoty v sume X.XXX,XX eur od spoločnosti od spoločnosti Y. R. R., s.r.o. 101. Správca dane formou viacerých dožiadaní žiadal preveriť reálnosť uskutočnenia zdaniteľného obchodu, ako aj platby za zdaniteľný obchod. Správca dane konštatoval porušenie § 51 ods. 1 zákona č. 222/2004 Z. z. v nadväznosti na § 49 ods. 1 a 2 citovaného zákona tým, že žalobca si odpočítal daň z tovaru, pri ktorom nevznikla daňová povinnosť. Správca dane podľa názoru súdu veľmi dôsledne preveroval všetky podstatné skutočnosti a súvislosti ohľadom tovaru. 102. V súvislosti s deklarovanými zdaniteľnými obchodmi v reťazci spoločností Daňový úrad Bratislava I zaslal dožiadanie aj na Daňový úrad Piešťany ako miestne príslušnému správcovi dane daňového subjektu A. D., s.r.o., ktorý podľa predložených záznamov bol uvedený ako dodávateľ granitových dosiek, granitovej a mramorovej dlažby pre odberateľa - spoločnosť Y. R. R., s.r.o. Daňový úrad Bratislava IV v súvislosti s požadovaným preverením objasnenia pôvodu granitovej a mramorovej dlažby až po výrobcu zistil, že daňový subjekt S&amp;. R. R., s.r.o. predmetný tovar nakúpil od spoločnosti A. D., s.r.o. Správca dane na základe vykonaných šetrení v tuzemsku vyhodnotil deklarované obchodné transakcie tak, že k dodaniu tovaru medzi spoločnosťou Y. R. R., s.r.o. ako dodávateľom a žalobcom ako odberateľom nedošlo. 103. Správca dane v súvislosti s požadovaným objasnením pôvodu tovaru až po výrobcu zistil, že spoločnosť A. D., s.r.o. na adrese sídla reálne nesídli, nie je možné zastihnúť jej konateľa, ani inú osobu zo spoločnosti, jediným konateľom a spoločníkom je R. X. od 06.10.2010. 104. Súd mal z administratívneho spisu za preukázané, že správcovi dane sa v tomto prípade nepodarilo zistiť pôvod a fyzickú existenciu deklarovaného tovaru v reťazci tuzemských spoločností A. D., s.r.o. = S&amp;. R. R., s.r.o. = JAZO, s.r.o. 105. Všetko nasvedčuje tomu, že skutočným účelom v tomto prípade bolo iba profitovať na nadmerných odpočtoch DPH. 106. Samotné preukázanie dodávok tovaru len listinnými dokladmi nemožno považovať za dôkaz, na základe ktorého si môže daňový subjekt uplatniť odpočítanie dane v zmysle zákona o DPH. Skutočnosť, že žalobca má doklady od svojho výlučného dodávateľa, ešte nedokazuje, že dodávky boli aj skutočne realizované. Faktické plnenie predmetu zmluvy totiž nebolo preukázané, keďže zo všetkých dôkazov objektívne vyplýva, že žiaden tovar neexistoval, takže nebolo s čím obchodovať. Faktúra je relevantným dokladom len ak je nepochybné, že sú v nej uvedené údaje odrážajúce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že daňový subjekt je oprávnený uplatniť si odpočítanie dane z tohto dokladu. 107. Splnenie podmienok na uplatnenie práva na odpočítanie dane preukazuje platiteľ, pričom splnenie uvedených podmienok nespočíva len v ich formálnej deklarácii, predložení dokladov s predpísaným obsahom. Faktúry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108. Z rozsudku Najvyššieho súdu SR vo veci sp. zn. 2Sžf 4/2009 z 23.06.2010 v spojení s rozhodnutím Ústavného súdu SR č. k. III. ÚS 78/2011-17 z 23.02.2011, z odôvodnenia ktorého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109. Správca dane na základe šetrení v reťazci dodávateľov a odberateľov v tuzemsku a na základe získaných informácií z medzinárodných dožiadaní od českej finančnej správy vyhodnotil tento obchodný prípad dôvodne tak, že k prijatiu a následnému dodaniu tovaru nedošlo. 110. Súd sa stotožňuje s názorom, že transakcie deklarované účtovnými dokladmi v preverovaných spoločnostiach na strane dodávateľov i odberateľa žalobcu nenesú znaky základných obchodných princípov a podporujú správnosť názoru, že k dodávkam tovaru nedošlo a to z nasledujúcich dôvodov: - Tovar (granitová dlažba)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zapojené v reťazci deklarujú, že skladovali svoj tovar v priestoroch spoločnosti Y. R. R., s.r.o., ktorá patrí H. X.. - Tovar je následne fakturovaný ako intrakomunitárne dodanie v rámci EÚ a následne na územie tretích štátov (USA a Srbsko), kde sa reálnosť dodania nepotvrdila. - Z odpovede na medzinárodnú žiadosť od českej daňovej správy vyplynulo, že v uvedených prípadoch bola vykonaná iba dokladová kontrola tovaru, fyzické kontroly tovaru neboli v evidencii colného úradu zaznamenané. - Pôvod tovarov uvedených na dodávateľských faktúrach nie je známy (nadobudnutie tovaru z iného členského štátu ani z dovozu nebolo zistené a potvrdené) a ich vysoká cena na faktúrach vylučuje konečného spotrebiteľa, o čom svedčí i tá skutočnosť, že žiadna spoločnosť v reťazci nepoužije ani časť dodávok na konečnú spotrebu, ale tovar je niekoľkokrát za sebou predávaný ďalším spoločnostiam, pričom ani raz neopustí sklad, v ktorom bol zložený. - V spoločnostiach v reťazcoch dochádza často k zmene konateľov spoločností. - Pre všetky spoločnosti v reťazci s výnimkou spoločností Y. R. R., s.r.o. a X. Y. Y., s.r.o., ktoré vlastní pán H. X. platí, že nezamestnávajú žiadnych zamestnancov, nevlastnia žiaden majetok a nepreukázali absolútne žiadne predpoklady pre skutočné vykonávanie podnikateľskej činnosti, ktorá je deklarovaná vo vyhotovených faktúrach. 111. Pri dôkaznej povinnosti platiteľa je potrebné uviesť,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Právo na odpočítanie dane je podmienené nevyhnutnosťou priameho a bezprostredného vzťahu medzi príslušným tovarom alebo službami a zdaniteľnými plneniami, ktoré platiteľ vykonáva v rámci svojej podnikateľskej činnosti. 112. Právo na odpočítanie dane si pritom môže daňový subjekt uplatniť len prípade, ak preukáže, že došlo k dodaniu zdaniteľného obchodu a tento zdaniteľný obchod použije na účely svojho podnikania ako platiteľ, čo nebolo preukázané. Správca dane na základe šetrení v reťazci dodávateľov a odberateľov v tuzemsku a na základe získaných informácií z medzinárodných dožiadaní vyhodnotil obchodné prípady dôvodne tak, že k prijatiu a následnému dodaniu tovaru v skutočnosti nedošlo. 113. Žalobca tým, že predložil ku kontrole faktúry,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predmetná obchodná transakcia, nezakladá právo na odpočítanie dane uvedenej na faktúre. V skutočnosti je možné vyhotoviť akýkoľvek doklad znejúci na určité plnenie bez ohľadu na to, či takéto plnenie skutočne bolo poskytnuté. Z formálnej stránky je potrebné, aby bolo možné na základe týchto dokladov uznať odpočítanie dane, aby tieto doklady boli odrazom reálneho plnenia. 114. V zmysle ustálenej judikatúry Najvyššieho súdu SR argumentácia svedčiaca právu na odpočet dane nemôže vychádzať len z priamočiareho jazykového výkladu ustanovení § 8 ods. 1 písm. a), resp. § 9, § 49 ods. 1, ods. 2 písm. a) a § 51 ods. 1 písm. a) zákona č. 222/2004 Z. z., ale je potrebné vo vzájomných súvislostiach s využitím teleologického a systematického výkladu prihliadnuť i na základné princípy, na ktorých je výber DPH postavený. 115. Pre úplnosť treba uviesť, že vo svetle judikatúry Súdneho dvora EÚ treba každý jeden prípad posudzovať individuálne s prihliadnutím na všetky jeho okolnosti, čo správne orgány aj urobili a dospeli k záveru, že žalobca skutočne nepreukázal samotnú existenciu a dodanie tovaru a súd sa s týmto názorom stotožnil. 116. Podľa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ESD Kittel a Recolta Recycling). 117.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118.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119.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120. Žalobca namietal nezákonnosť dokazovania a nesprávnosť vyhodnotenia výsledkov dokazovania, pričom mal za to, že správca dane nad rámec zákona prenášal na žalobcu neprimerané dôkazné bremeno, keď od neho požadoval dôkazy týkajúce sa iných subjektov, ktoré nemohol zabezpečiť. Žalobca mal za to, že vyčerpal svoje dôkazné bremeno tým, že predložil zákonom požadované daňové doklady. Na podporu svojej argumentácie poukazoval aj na rozsudky Najvyššieho súdu SR a Súdneho dvora EÚ. V súvislosti s poukazom žalobcu na judikatúru Najvyššieho súdu SR a Súdneho dvora EÚ súd konštatuje, že v uvádzaných rozsudkoch sa nejednalo o obchod, v ktorom by bola spochybnená samotná existencia jeho predmetu, t. j. existencia tovaru a s tým spojený reálny základ deklarovaného zdaniteľného plnenia. 121. Z obsahu rozsudku Najvyššieho súdu SR sp. zn. 3 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122. Avšak v tomto prípade týkajúcom sa žalobcu, bola spochybnená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(ktoré žalobca skutočne má),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klientkami, prípadne odberateľmi, sa nijako neodlišuje od ním vykonávaných obdobných obchodov s uvedeným typom tovaru alebo jeho obchodných zvyklostí, spôsob komunikácie s potenciálnymi zákazníkmi alebo záujemcami o predmetný tovar, spôsob preverovania množstva a kvality tovaru. Žalobca však v skutočnosti reálne neobchodoval, pretože mal iba snahu získať profit na nadmerných odpočtoch DPH. 123. Vo svetle výsledkov vykonaného dokazovania, kedy správca dane aplikoval zásadu voľného hodnotenia dôkazov podľa § 2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spochybnenie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124.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125.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Krajský súd v Bratislave dospel k záveru, že námietky uvedené v žalobe neodôvodňujú zrušenie preskúmavaných rozhodnutí. Postup žalovaného ako aj preskúmavané rozhodnutia boli v súlade so zákonom, a preto súd postupom podľa § 190 SSP žalobu zamietol. 126. O náhrade trov konania súd rozhodol podľa § 168 SSP a v konaní úspešnému žalovanému právo na ich náhradu nepriznal, ktorý podľa ustálenej judikatúry nemá v takomto prípade právo na náhradu trov konania. 127. Toto rozhodnutie senát Krajského súdu v Bratislave prijal pomerom hlasov 3:0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https://www.kauzis.sk/judikatura/r/ECLI:SK:KSBA:2018:1016201346.1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