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2S/162/2016 z 8. 5. 2018</w:t>
      </w:r>
    </w:p>
    <w:p>
      <w:r>
        <w:t>Rozsudok Krajského súdu Bratislava z 8. mája 2018, sp. zn. 2S/162/2016, ECLI:SK:KSBA:2018:1016201406.2</w:t>
      </w:r>
    </w:p>
    <w:p>
      <w:r>
        <w:t>Súd: Krajský súd Bratislava</w:t>
      </w:r>
    </w:p>
    <w:p>
      <w:r>
        <w:t>Spisová značka: 2S/162/2016</w:t>
      </w:r>
    </w:p>
    <w:p>
      <w:r>
        <w:t>ECLI: ECLI:SK:KSBA:2018:1016201406.2</w:t>
      </w:r>
    </w:p>
    <w:p>
      <w:r>
        <w:t>Dátum vydania: 8. 5. 2018</w:t>
      </w:r>
    </w:p>
    <w:p>
      <w:r>
        <w:t>Forma: Rozsudok</w:t>
      </w:r>
    </w:p>
    <w:p>
      <w:r>
        <w:t>Oblasť práva: Správne právo</w:t>
      </w:r>
    </w:p>
    <w:p>
      <w:pPr>
        <w:pStyle w:val="Heading2"/>
      </w:pPr>
      <w:r>
        <w:t>Text rozhodnutia</w:t>
      </w:r>
    </w:p>
    <w:p>
      <w:r>
        <w:t>Súd: Krajský súd Bratislava Spisová značka: 2S/162/2016 Identifikačné číslo súdneho spisu: 1016201406 Dátum vydania rozhodnutia: 09. 05. 2018 Meno a priezvisko sudcu, VSÚ: JUDr. Vlastimil Pavlikovský ECLI: ECLI:SK:KSBA:2018:1016201406.2 ROZSUDOK V MENE SLOVENSKEJ REPUBLIKY Krajský súd v Bratislave v senáte zloženom z predsedu senátu JUDr. Vlastimila Pavlikovského a členov senátu JUDr. Jeannette Hajdinovej a JUDr. Michala Dzurdzíka, PhD., v právnej veci žalobcu: Bc. P.. S. Z., nar. XX.XX.XXXX, D. XX, XXX XX C., proti žalovanému: L. právnej pomoci, so sídlom Námestie slobody č. 12, 810 05 Bratislava, o preskúmanie zákonnosti rozhodnutia žalovaného spis. zn. 5922/2016-KaBA zo dňa 20.06.2016, jednohlasne, takto r o z h o d o l : Krajský súd v Bratislave žalobu z a m i e t a. Žalovanému sa náhrada trov konania nepriznáva. o d ô v o d n e n i e : I. administratívne rozhodnutie 1. Centrum právnej pomoci (žalovaný) ako príslušný správny orgán podľa ustanovenia § 1 ods. 1 a 2 zákona č, 71/1967 Zb. o správnom konaní (Správny poriadok) v znení neskorších predpisov, podľa ustanovenia § 10 ods. 5 zákona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Z. z., rozhodnutím spis. zn. 5922/2016-KaBA zo dňa 20.06.2016 nepriznalo nárok na poskytovanie právnej pomoci Ing. Bc. Petrovi Ďuračkovi (žalobca) v právnej veci podania dovolania vo veci ochrany osobnosti proti rozsudku Okresného súdu Bratislava I zo dňa 14.011.2012 č. k. 26C (25C)/178/2009-155. 2. Žalovaný predmetné rozhodnutie odôvodnil predovšetkým tým, že dňa 06.06.2013 bola centru žiadateľom doručená žiadosť o poskytnutie právnej pomoci vo veci ním označenej ako „podanie dovolania a ústavnej sťažností vo veci ochrany osobnosti”. Dňa 10.07.2013 centrum rozhodnutím sp. zn. 5395/2013, Ev. č.: 30512/13 rozhodlo o nepriznaní nároku na poskytovanie právnej pomoci. Voči predmetnému rozhodnutiu centra žiadateľ podal dňa 05.08.2013 odvolanie na Krajský súd v Bratislave prostredníctvom centra, v ktorom žiadal, aby súd napadnuté rozhodnutie centra zrušil a vec mu vrátil na ďalšie konanie. Krajský súd v Bratislave rozsudkom č. k. 9Sp/64/2013-28 zo dňa 27.06.2014 rozhodol tak, že rozhodnutie centra o nepriznaní nároku na poskytnutie právnej pomoci spis. zn. 5395/2013 zo dňa 10.07.2013 zrušil a vec vrátil centru na ďalšie konanie. Žiadateľ voči rozsudku podal odvolanie na Krajský súd v Bratislave, o tomto odvolaní Najvyšší súd Slovenskej republiky uznesením č. k, 7Sžo/71/2014 zo dňa 26.11.2015 rozhodol tak, že odvolanie odmietol. 3. Dňa 14.11.2012 vydal Okresný súd Bratislava rozsudok č. k. 26C (25C) 178/2009- 155, ktorým žiadateľovi zamietol návrh vo právnej veci o ochranu osobnosti v celom rozsahu. Proti uvedenému rozsudku podal žiadateľ dňa 21.01.2013 odvolanie na Krajský súd v Bratislave. O podanom odvolaní Krajský súd v Bratislave rozhodol rozsudkom zo dňa 20.05.2013 č. k. 6Co/273/2013 tak, že potvrdil napadnuté rozhodnutie Okresného súdu Bratislava I. Žiadateľ požiadal centrum o poskytnutie právnej pomoci do konania o dovolaní voči rozsudku Krajského súdu v Bratislave zo dňa 20.05.2013 č. k. 6Co/273/2013 vrátane spísania dovolania. Nakoľko v zákonnej lehote nebolo podané dovolanie a rozsudok Krajského súdu v Bratislave ako aj rozsudok Okresného súdu Bratislava I nadobudli právoplatnosť dňa 06.06.2013, ako aj z dôvodu, že spis je na súde archivovaný a celé konanie, v ktorom žiadateľ požiadal centrum o poskytnutie právnej pomoci už právoplatne ukončené, centrum na základe vyššie uvedených skutočností konštatovalo, že v právnej veci, s ktorou sa žiadateľ obrátil na centrum, nie je možné vylúčiť zrejmú bezúspešnosť sporu. Vo veci, s ktorou sa žiadateľ na centrum obrátil, nebola z vyššie uvádzaných dôvodov vylúčená zrejmá bezúspešnosť sporu, čím žiadateľ nesplnil jednu z troch kumulatívnych podmienok na priznanie nároku na právnu pomoc. Nesplnenie hoci len jednej z podmienok pre priznanie nároku na poskytnutie právnej pomoci má za následok negatívne rozhodnutie o nároku na poskytovanie právnej pomoci. II. Žaloba a námietky 4. Žalobca v žalobe uviedol, že povinné zastúpenie advokátom je zvláštnou podmienkou dovolacieho konania týkajúcou sa dovolateľa. Účelom je, aby účastníkovi, ktorý sám právnické vzdelanie nemá, bola poskytnutá kvalifikovaná právna pomoc, aby dovolanie vyhovovalo požiadavkám procesného predpisu a aby dovolací súd tak mohol rozhodnúť bez zbytočných prieťahov (napr. uznesenie NS SR sp. zn. 2Cdo 106/2013 zo dňa 31. 3. 2014). Účel a zmysel povinného zastúpenia advokátom je naplnený len vtedy, ak už samotné podanie dovolania je vykonané na to kvalifikovanou osobou. Žalobca nepovažoval za správne, aby účastník konania bez právnického vzdelania najskôr podal nekvalifikované podanie, vady ktorého budú následne po výzve idu odstraňované. Z uvedeného dôvodu nepodal dovolanie zákonnej 1-mesačnej lehote, ale v tejto lehote požiadal žalovaného o poskytnutie právnej pomoci pri podaní dovolania a v dovolacom konaní. Žalovaný však dňa 10.7.2013 (t. j. už po uplynutí lehoty na podanie dovolania) nezákonne rozhodol o nepriznaní nároku na poskytovanie právnej pomoci rozhodnutím sp. zn. 5395/2013. Toto rozhodnutie bolo právoplatne zrušené zhodnutím Krajského súdu v Bratislave zo dňa 27.06. 2014 č. k. 9Sp 64/2013-28, v spojení s uznesením NS SR zo dňa 26.11. 2015, spis. zn. 7Sžo/71/2014 a vec bola vrátená žalovanému na ďalšie konanie. V dôsledku nezákonného rozhodnutia žalovaného bol zbavený možnosti podať dovolanie proti rozsudku Krajského súdu v Bratislave zo dňa 20. 5. 2013 spis. zn. 6Co 273/2013, v zákonnej lehote 1-mesačnej lehote, hoci o poskytnutie právnej pomoci požiadal včas a spĺňal zákonné predpoklady pre poskytnutie takejto pomoci. Mal za to, že žalovaný pri rozhodovaní o jeho žiadosti v ďalšom konaní postupoval v rozpore potrebou ústavne konformného výkladu zákonov, zakotvenou v čl. 152 ods. 4 Ústavy Slovenskej republiky, nakoľko žalovaný úzko formálnym výkladom zákona dospel k záveru, že nie je možné vylúčiť zrejmú bezúspešnosť sporu v dovolacom konaní, avšak opomenul, že spravodlivý súd by mal pri posudzovaní naplnenia dovolacích podmienok zohľadniť všetky vecné i procesné skutočnosti, a teda nie je vylúčené, že spravodlivý súd, vedený zásadou ústavne konformného výkladu zákonov, by mohol posúdiť splnenie dovolacích podmienok v prospech žalobcu, keďže sám svojím konaním vykonal všetko, čo bolo v jeho možnostiach. 5. Žalobca mal ďalej za to, že rozhodnutie žalovaného vychádza aj z nesprávneho právneho posúdenia veci, ktoré je v priamom rozpore s právnym názorom, vysloveným Najvyšším súdom Slovenskej republiky v rozsudku zo dňa 31. 10. 2013, spis. zn. 5Sžo 55/2013: „Pre nenaplnenie požiadavky podľa § 6 ods. 1 písm. b/ zákona o bezplatnej právnej pomoci nestačí, že zrejmú bezúspešnosť sporu nemožno vylúčiť, ale je nevyhnutné, aby bezúspešnosť sporu žiadateľa bola tak jednoznačná, že je zrejmá už na základe zbežného posúdenia veci. V opačnom prípade ide len o možnú bezúspešnosť sporu, ktorá osebe nevylučuje žiadateľa z nároku na poskytnutie právnej pomoci podľa zákona o bezplatnej právnej pomoci. Treba mať na zreteli, že rozhodovanie o priznaní nároku na poskytnutie právnej pomoci podľa zákona o bezplatnej právnej pomoci predstavuje obmedzenie práva na súdnu a inú právnu pomoc garantovaného ústavou, a preto je nanajvýš nevyhnutné brať do úvahy čl. 13 ústavy tak, aby do tohto práva bolo zasiahnuté skutočne len v nevyhnutnej miere a vždy v súlade so zákonom." V zmysle citovaného právneho názoru ak žalovaný prišiel k záveru, že nie je možné vylúčiť zrejmú bezúspešnosť sporu, tak vlastne žalovaný sám potvrdil, že žalobca spĺňa všetky predpoklady pre priznanie nároku na poskytovanie právnej pomoci, a teda jeho rozhodnutie je v rozpore s obsahom spisu. Čo sa týka oprávnenia žalovaného posudzovať naplnenie dovolacích podmienok žalobcom, považuje žalobca za vhodné poukázať na právny názor, vysloveným Najvyšším súdom Slovenskej republiky v už citovanom rozsudku zo dňa 31.10. 2013, spis. zn. 5Sžo 55/2013: „Pokiaľ sa odporca a následne krajský súd uspokojili so zistením absencie tvrdenia konkrétnych vád dovolaním napadnutého rozhodnutia, je namieste konštatovať, že toto zistenie nie je dostačujúce pre skonštatovanie zrejmej bezúspešnosti. V konaniach, v ktorých zákon ukladá súdu z úradnej povinnosti zisťovať skutočnosti potrebné pre zistenie skutkového stavu, resp. tiež vykonať dokazovanie nad rozsah návrhov účastníkov konania (§ 120 ods. 2 OSP, § 242 ods. 1 OSP), je totiž zrejmá bezúspešnosť, osobitne tak, ako zadefinovaná v § 8 zákona o bezplatnej právnej pomoci, povahou veci vylúčená. Ide totiž o konania v tak citlivých veciach, že zákonodarca považoval za potrebné poskytnúť účastníkom širšiu ochranu ich práv tým, že uložil súdu povinnosť aktívne zisťovať skutočnosti a dôkazné prostriedky nad rámec návrhov účastníkov, ktorí by inak, napr. z dôvodu neznalosti práva alebo faktickej či právnej nemožnosti určitý dôkaz obstarať, boli na svojich právach i právom chránených záujmoch poškodení." Zároveň žalobca poukázal na obsah pojmu ústavne konformný výklad zákona - znenia § 3 Civilného sporového poriadku: 1) Každé ustanovenie tohto zákona je potrebné vykladať v súlade s Ústavou Slovenskej republiky, verejným poriadkom, princípmi, na ktorých spočíva tento zákon, s medzinárodnoprávnymi záväzkami Slovenskej republiky, ktoré majú prednosť pred zákonom, judikatúrou Európskeho súdu pre ľudské práva a Súdneho dvora Európskej únie a to s trvalým zreteľom na hodnoty, ktoré sú nimi chránené. 2) Výklad tohto zákona nesmie protirečiť tomu, čo je v jeho slovách a vetách jasné a nepochybné. Nik nesmie dovolávať slov a viet tohto zákona proti ich účelu a zmyslu podľa odseku 1. Na uvedenom základe sa žalobca domnieval, že žalovaný nebol oprávnený v zmysle citovaného právneho názoru Najvyššieho súdu Slovenskej republiky posudzovať naplnenie dovolacích podmienok žalobcom, nakoľko i právomoc prislúcha jedine dovolaciemu súdu, ktorého úlohou by bolo aj posúdenie otázky včasností po dovolania žalobcom, aj keď po uplynutí 1-mesačnej zákonnej lehoty, avšak v najbližší možný moment po tom, ako mu bol, v zdĺhavom procese, nie však z viny žalobcu, priznaný nárok na poskytovanie právnej pomoci v dovolacom konaní. III. vyjadrenie žalovaného 6. Žalovaný vo svojom písomnom vyjadrení k žalobe uviedol, že dňa 20.06.2016 centrum vydalo rozhodnutie, spis. zn. 5922/2016-KaBA (5395/2013), ČRZ: 40832/2016 (ďalej len „napadnuté rozhodnutie“), ktorým žalobcovi nepriznalo nárok na poskytovanie právnej pomoci z dôvodu zrejmej bezúspešnosti sporu, s ktorým sa navrhovateľ na centrum obrátil. Žalobca sa na neho obrátil v právnej veci podania dovolania vo veci ochrany osobnosti proti rozsudku Okresného súdu Bratislava I zo dňa 14.11.2012, č. k. 26C (25C)/178/2009-155. Žalovaný vyhodnotil uvedenú právnu vec ako bezúspešnú vzhľadom na to, že dovolanie nebolo podané v zákonnej lehote a rozsudok Okresného súdu Bratislava I spis. zn. 26C/178/2009 zo dňa 14.11.2012 ako aj rozsudok Krajského súdu v Bratislave spis. zn. 6Co/273/2013 zo dňa 20.05.2013 nadobudli právoplatnosť dňa 06.06.2013. Administratívny spis uvedenej právnej veci je na súde právoplatne ukončený a uložený v archíve. Konanie, do ktorého si žalobca žiadal priznať nárok na poskytnutie právnej pomoci, bolo v čase vydania napadnutého rozhodnutia žalovaného už právoplatne ukončené a vzhľadom na tento fakt nebolo možné do takého konania tento nárok priznať. Z dôvodu nutností kumulatívneho splnenia zákonom stanovených podmienok (§ 6 ods. 1 zákona č. 327/2005 Z. z.) pre priznanie nároku na právnu pomoc sa centrum, s ohľadom na vyššie uvedené, splnená ďalších podmienok nezaoberalo. Nesplnenie hoci len jednej z podmienok pre priznanie nároku na poskytnutie právnej pomoci má za následok negatívne rozhodnutie o nároku na poskytovanie právnej pomoci. IV. verejné vyhlásenie rozsudku 7. Krajský súd v Bratislave ako súd vecne a miestne príslušný podľa § 491 ods. 1 zákona č. 162/2015 Z.z. Správny súdny poriadok (ďalej len SSP) v spojení s § 9 ods. 1 SSP a § 246 ods. 1, rozhodol vo veci rozsudkom, ktorý verejne vyhlásil dňa 09.05.2018, postupujúc podľa § 107 ods. 2 a § 137 ods. 4 SSP. Žalobca ani žalovaný nežiadali o nariadenie pojednávania vo veci. V. Relevantné právne predpisy 8. Podľa § 6 ods. 1 Správneho súdneho poriadku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9.Podľa § 1 zákona č. 327/2005 Z. z. účelom tohto zákona je vytvoriť systém poskytovania právnej pomoci a zabezpečiť jej poskytovanie v rozsahu ustanovenom týmto zákonom fyzickým osobám, ktoré v dôsledku svojej materiálnej núdze nemôžu využívať právne služby na riadne uplatnenie a ochranu svojich práv, v azylových veciach alebo v konaní o administratívnom vyhostení, v konaní o zaistení štátneho príslušníka tretej krajiny alebo v konaní o zaistení žiadateľa o udelenie azylu podľa osobitného predpisu, oznamovateľom kriminality alebo inej protispoločenskej činnosti alebo osobe, voči ktorej bola pozastavená účinnosť pracovnoprávneho úkonu podľa osobitného predpisu a prispieť k predchádzaniu vzniku právnych sporov. 10. Podľa § 2 zákona č. 327/2005 Z. z. tento zákon ustanovuje podmienky poskytovania právnej pomoci, postup fyzických osôb a príslušných orgánov v konaní o nároku na priznanie právnej pomoci a inštitucionálne zabezpečenie poskytovania právnej pomoci. 11. Podľa § 3 ods. 1 písm. a/ zákona č. 327/2005 Z. z. tento zákon sa vzťahuje na poskytovanie právnej pomoci v občianskoprávnych veciach, obchodnoprávnych veciach, pracovnoprávnych veciach, rodinnoprávnych veciach, v konaní pred súdom v správnom súdnictve a v týchto veciach aj v konaní pred Ústavným súdom Slovenskej republiky (ďalej len ,,vnútroštátne spory"). 12. Podľa § 3 ods. 2 zákona č. 327/2005 Z. z. za podmienok ustanovených týmto zákonom sa právna pomoc vo vnútroštátnych sporoch poskytuje všetkým fyzickým osobám; v cezhraničných sporoch iba fyzickým osobám, ktoré majú bydlisko alebo obvyklý pobyt na území členského štátu. V azylových veciach sa právna pomoc podľa tohto zákona poskytuje fyzickým osobám, ktorým vzniklo právo na poskytnutie právnej pomoci v azylovej veci podľa § 24a. V konaní o administratívnom vyhostení, v konaní o zaistení štátneho príslušníka tretej krajiny alebo v konaní o zaistení žiadateľa o udelenie azylu sa právna pomoc poskytuje fyzickým osobám za podmienok ustanovených v § 24c. 13. Podľa § 6 ods. 1 zák. č. 327/2005 Z. z.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14. Podľa § 6a ods. 1 zák. č. 327/2005 Z. z. fyzická osoba má právo na poskytnutie právnej pomoci s finančnou účasťou, ak príjem fyzickej osoby presahuje 1,4-násobok sumy životného minima ustanoveného osobitným predpisom 2) a súčasne nepresahuje 1,6-násobok uvedenej sumy a nemôže si využívanie právnych služieb zabezpečiť svojím majetkom, má právo na poskytnutie právnej pomoci určeným advokátom alebo centrom pri splnení podmienky finančnej účasti vo výške 20% trov právneho zastúpenia podľa osobitného predpisu; 5a) splnenie podmienok podľa § 6 ods. 1 písm. b/ a c/ tým nie je dotknuté. Ustanovenie § 6 ods. 2 sa použije primerane. VI. Posúdenie veci správnym súdom 15.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Po preskúmaní veci súd dospel k záveru, že napadnuté rozhodnutie žalovaného obsahuje všetky zákonom stanovené formálne i obsahové náležitosti a že ho vydal orgán na to príslušný, pričom postupoval v medziach zákonom stanoveného postupu. Právomoc a príslušnosť súdov v správnom súdnictve je primárne daná základným zákonom štátu - Ústavou &lt;http://www.epi.sk/form/goto.ashx?t=26&amp;p=1015819&amp;f=2&gt;, ktorá v článku 142 ods. 1 &lt;http://www.epi.sk/form/goto.ashx?t=27&amp;p=2109246&amp;f=2&gt; ustanovuje kompetenciu súdov preskúmavať zákonnosť rozhodnutí orgánov verejnej správy a zákonnosť rozhodnutí, opatrení alebo iných zásahov orgánov verejnej moci, ak tak ustanoví zákon. Rovnako tak čl. 46 ods. 2 Ústavy SR &lt;http://www.epi.sk/form/goto.ashx?t=27&amp;p=2108584&amp;f=3&gt; zakotvuje právo každého, kto tvrdí, že bol ukrátený na svojich právach rozhodnutím orgánu verejnej správy, obrátiť sa na súd s cieľom preskúmania zákonnosti takéhoto rozhodnutia, ak zákon neustanoví inak. Ústava však zároveň splnomocňuje zákon na úpravu preskúmavacej kompetencie v rámci správneho súdnictva. Takýmto zákonom je Správny súdny poriadok. Správne súdnictvo predstavuje oblasť so samostatnou súdnou právomocou pre spory vyplývajúce z tzv. vertikálnych administratívnych právnych vzťahov. 16. Správny súd zdôrazňuje, že ako spornú v prejednávanej veci vyhodnotil otázku, či žalovaný napadnutým rozhodnutím prekročil alebo neprekročil zákonom o poskytovaní právnej pomoci povolenú správnu úvahu vo vzťahu ku skúmaniu zrejmej bezúspešnosti predmetného sporu. Je na mieste dôležité uviesť, že „pre nenaplnenie požiadavky § 6 ods. 1 písm. b) zákona č. 327/2005 Z. z. nestačí, že zrejmú bezúspešnosť sporu nemožno vylúčiť, ale je nevyhnutné, aby bezúspešnosť sporu žiadateľa bola tak jednoznačná, že je zrejmá už na základe zbežného posúdenia veci. V opačnom prípade ide len o možnú bezúspešnosť sporu, ktorá sama osebe nevylučuje žiadateľa z nároku na poskytnutie právnej pomoci podľa zákona o bezplatnej právnej pomoci (napr. rozsudok Najvyššieho súdu SR spis zn. 8Sžo/106/2015, spis. zn. 5Sžo/55/2013, spis. zn. 2Sžo/100/2014, spis. zn. 5Sžo/14/2014).“ Správny orgán teda nemá prejudikovať výsledok konania z vecnej stránky, ale len formálne preskúmať odôvodnenosť návrhu žiadateľa. Podľa dôvodovej správy k § 6 zákona č. 327/2005 Z. z. o poskytovaní právnej pomoci osobám v materiálnej núdzi: „pri posudzovaní zrejmej bezúspešnosti sporu centrum prihliada len na formálne preskúmanie odôvodnenosti návrhu žiadateľa. Keďže by však nebolo žiadúce, aby zodpovedný orgán prejudikoval možný výsledok sporu z vecnej stránky, a tým zasahoval do právomoci súdu, zamietnutie žiadosti o poskytnutie právnej pomoci z tohto dôvodu bude prijateľné iba v zrejmých prípadoch, napr. uplynutie prekluzívnej lehoty.“ Je teda evidentné, že ak by žalovaný pri posudzovaní otázky zrejmej bezúspešnosti skúmal právnu stránku veci v rozsahu, ktorý prináleží len súdu, dochádzalo by tým k nezákonnému prejudikovaniu rozhodnutia príslušného súdu. Zároveň aj keď dôvodová správa k zákonu nie je prameňom práva a nemá záväzný charakter, nemožno v danej súvislosti opomínať jej interpretačný význam s tým, že práve pre vysvetlenie podstaty a zmyslu jednotlivých ustanovení právneho predpisu je veľmi dôležitá osobitná časť dôvodovej správy, ktorá explicitne uvádza napr. uplynutie prekluzívnej lehoty. 17. Z administratívneho spisu súd zistil, že dňa 25.06.2013 bola centru doručená žiadosť žalobcu o poskytnutie právnej pomoci vo veci podania dovolania proti rozsudku Krajského súdu v Bratislave spis. zn. 6Co/273/2013 zo dňa 20.05.2013, ktorý nadobudol právoplatnosť dňa 06.06.2013. Žalovaný rozhodnutím spis. zn. 5395/2013 zo dňa 10.7.2013 (t. j. už po uplynutí lehoty na podanie dovolania) rozhodol o nepriznaní nároku na poskytovanie právnej pomoci. Toto rozhodnutie bolo zrušené zhodnutím Krajského súdu v Bratislave zo dňa 27.06. 2014 č. k. 9Sp 64/2013-28, v spojení s uznesením NS SR zo dňa 26.11. 2015, spis. zn. 7Sžo/71/2014 a vec bola vrátená žalovanému na ďalšie konanie. Žalobou napadnutým rozhodnutím spis. zn. 5922/2016-KaBA zo dňa 20.06.2016 žalovaný nepriznal nárok na poskytovanie právnej pomoci žalobcovi v právnej veci podania dovolania proti rozsudku Krajského súdu v Bratislave spis. zn. 6Co/273/2013 zo dňa 20.05.2013. Žalovaný predmetné rozhodnutie odôvodnil predovšetkým tým, že ide o právnu vec zjavne bezúspešnú vzhľadom na to, že dovolanie nebolo podané v zákonnej lehote a rozsudok Okresného súdu Bratislava I spis. zn. 26C/178/2009 zo dňa 14.11.2012 ako aj rozsudok Krajského súdu v Bratislave spis. zn. 6Co/273/2013 zo dňa 20.05.2013 nadobudli právoplatnosť dňa 06.06.2013. Z uvedeného vyplýva, že nejde o prípad, kedy by žalovaný atrahoval právomoc všeobecného súdu a spor by prejudiciálne posudzoval v jeho merite. Preto nie je možné prijať záver a akceptovať žalobcovu námietku, že týmto postupom žalovaného mu bola odňatá možnosť konať pred všeobecným súdom. Správny súd vychádzajúc z vyššie uvedených hľadísk dospel k záveru, že žalovaný ako príslušný správny orgán postupoval v súlade s príslušnými procesnoprávnymi normami, pričom pri svojom rozhodovaní nevybočil z rámcov správnej úvahy tak, ako je vymedzená vyššie. Neexistoval žiaden zo zákonných dôvodov na zrušenie napadnutého rozhodnutia žalovaného, preto súd žalobu podľa § 190 SSP ako nedôvodnú zamietol. 18. O nároku na náhradu trov konania rozhodol súd podľa § 168 SSP v spojení s § 175 ods. 1 SSP tak, že žalovanému ako vo veci úspešnému účastníkovi konania náhradu trov konania nepriznal, pretože žalovanému žiadne dôvodne vynaložené trovy konania nevznikli (resp. tieto nie sú preukázané) a žalovaný si ich náhradu ani neuplatnil, a pretože ide o orgán štátnej správy, ktorému možno náhradu trov konania priznať iba vtedy, ak to možno spravodlivo požadovať. 19.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https://www.kauzis.sk/judikatura/r/ECLI:SK:KSBA:2018:1016201406.2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