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1S/188/2016 z 26. 9. 2018</w:t>
      </w:r>
    </w:p>
    <w:p>
      <w:r>
        <w:t>Rozsudok Krajského súdu Bratislava z 26. septembra 2018, sp. zn. 1S/188/2016, ECLI:SK:KSBA:2018:1016201626.1</w:t>
      </w:r>
    </w:p>
    <w:p>
      <w:r>
        <w:t>Súd: Krajský súd Bratislava</w:t>
      </w:r>
    </w:p>
    <w:p>
      <w:r>
        <w:t>Spisová značka: 1S/188/2016</w:t>
      </w:r>
    </w:p>
    <w:p>
      <w:r>
        <w:t>ECLI: ECLI:SK:KSBA:2018:1016201626.1</w:t>
      </w:r>
    </w:p>
    <w:p>
      <w:r>
        <w:t>Dátum vydania: 26. 9. 2018</w:t>
      </w:r>
    </w:p>
    <w:p>
      <w:r>
        <w:t>Forma: Rozsudok</w:t>
      </w:r>
    </w:p>
    <w:p>
      <w:r>
        <w:t>Oblasť práva: Správne právo</w:t>
      </w:r>
    </w:p>
    <w:p>
      <w:pPr>
        <w:pStyle w:val="Heading2"/>
      </w:pPr>
      <w:r>
        <w:t>Text rozhodnutia</w:t>
      </w:r>
    </w:p>
    <w:p>
      <w:r>
        <w:t>Súd: Krajský súd Bratislava Spisová značka: 1S/188/2016 Identifikačné číslo súdneho spisu: 1016201626 Dátum vydania rozhodnutia: 27. 09. 2018 Meno a priezvisko sudcu, VSÚ: JUDr. Renáta Janáková ECLI: ECLI:SK:KSBA:2018:1016201626.1 ROZSUDOK V MENE SLOVENSKEJ REPUBLIKY Krajský súd v Bratislave v senáte zloženom z predsedníčky senátu JUDr. Renáty Janákovej a členiek senátu JUDr. Anny Peťovskej, PhD. a JUDr. Zuzany Mališovej v právnej veci žalobcu: BILLA s.r.o., so sídlom Bajkalská 19/A, 821 02 Bratislava, IČO: 31 347 037, zastúpeného: advokátskou kanceláriou SOUKENÍK - ŠTRPKA, s.r.o., so sídlom Šoltésovej 14, 811 08 Bratislava, IČO: 36 862 711, proti žalovanému: Štátna veterinárna a potravinová správa Slovenskej republiky, Botanická 17, 842 13 Bratislava o preskúmanie zákonnosti rozhodnutia žalovaného č. 1557/2016 zo dňa 29.06.2016, takto r o z h o d o l : Krajský súd v Bratislave žalobu z a m i e t a . Žalovanému súd právo voči žalobkyni na náhradu trov konania nepriznáva. o d ô v o d n e n i e : I. Priebeh administratívneho konania 1.Inšpektori RVPS Bratislava - mesto dňa 21.02.2015 vykonali úradnú kontrolu potravín v čase od 7.30 hod do 14.00 hod. v prevádzkami B1LLA s.r.o., filiálka 119, Cintorínska 32, 811 08 Bratislava, so zameraním na kontrolu dodržiavania všeobecných hygienických požiadaviek pri skladovaní, manipulácii a predaji potravín v zmysle zákona o potravinách a osobitných predpisov. 2. Na základe skutočností zistených úradnou kontrolou potravín, inšpektori uložili podľa § 20 ods. 9 zákona o potravinách kontrolovanému subjektu opatrenia na mieste: 1. Hygienické nedostatky uvedené v zázname odstrániť do 25.02.2015, 2. Zabezpečiť označovanie lahôdkarských výrobkov dátumom vyloženia do obslužného pultu dôveryhodným spôsobom tok, aby nebolo možné manipulovať s váhovými etiketami. Termín: bezodkladne, 3. Zabezpečiť dôsledné vedenie evidencií v oddelení prípravy teplého pultu a jemného pečiva konzumovaného po rozmrazení. Termín : bezodkladne 3.Skutočnosti zistené počas výkonu úradnej kontroly boli zaznamenané v Zázname o úradnej kontrole potravín č. BA/2OI5/LB,MP,KZ/13 zo dňa 21.02.2015 s fotodokumentáciou zistených nedostatkov. S obsahom záznamu o úradnej kontrole potravín bol oboznámený zástupca vedúcej predajne, ktorý záznam podpísal a k preukázaným kontrolným zisteniam uviedol: „Beriem na vedomie". 4.Dňa 11.03.2015 bola vykonaná dodatočná úradná kontrola potravín, ktorej účelom bolo overenie splnenia opatrení uložených na mieste pri kontrole vykonanej v kontrolovanom subjekte dňa 21.02.2015. č. záznamu BA/2015/LB,MP,KZ/13. Kontrolou bolo zistené splnenie opatrení uložených pri tejto kontrole, čo je zdokumentované v Zázname o dodatočnej úradnej kontrole potravín č. BA/20l5/LB,MP,KZ/I3 / DUKP/MP,LB,JP1 zo dňa 11.03.2015. 5.Na základe týchto zistení začala vecne a miestne príslušná RVPS Bratislava - mesto v súlade s § 18 zákona o správnom konaní správne konanie č. k. 77/38/2016-163 zo dňa 15.02.2016 vo veci zistených porušení zákona o potravinách a predpisov vydaných na jeho vykonanie a účastníkovi konania dala možnosť, aby sa v zmysle § 33 ods. 2 zákona o správnom konaní pred vydaním rozhodnutia v lehote 5 dní od doručenia upovedomenia o začatí správneho konania vyjadril k skutočnostiam zisteným pri výkone úradnej kontroly dňa 21.02.2015, uvedeným v Zázname o úradnej kontrole potravín č. BA/2O15/ LB,MP,KZ/13 zo dňa 21.02.2015, vyšpecifikovaným v upovedomení, aby navrhol dôkazy, prípadne navrhol doplnenie dokazovania vo veci. Prílohou upovedomenia bola fotodokumentácia vyhotovená počas uvedenej úradnej kontroly v počte 91 kusov, zaslaná na CD nosiči. 6.Účastník konania prevzal upovedomenie o začatí správneho konania dňa 17.02.2016 a k upovedomeniu sa vyjadril listom zo dňa 17.02.2016 zn. 118/16 v ktorom uviedol, že: „Naša firma výrobky po uplynutí dátumu spotreby a dátumu minimálnej trvanlivosti okamžite stiahla z predaja a zabezpečila ich likvidáciu podlá platnej legislatívy a vnútorných predpisov spoločnosti. V žiadnom prípade nešlo o cielený, respektíve úmyselný predaj týchto nezhodných produktov. Za hrubé porušenie pracovnej disciplíny spoločnosť BILLA s.r.o rozviazala s pracovníkmi filiálky oddelenia lahôdok pracovný pomer. Noví zamestnanci boli zaškolení zo zásad zabezpečovania zdravotnej neškodnosti produktov, dodržiavania správnej výrobnej praxe, vysledovateľnosti na úseku lahôdok a platnej legislatívy. Všetky opatrenia uložené na mieste inšpektormi RVPS Bratislava - mesto boli v plnom rozsahu splnené. Ubezpečujeme vás, že spoločnosť BILLA s.r.o. robí všetko preto, aby k podobným prípadom dochádzalo v minimálnej možnej miere “. 7.Na základe takto zisteného skutkového stavu Regionálna veterinárna potravinová správa Bratislava - mesto rozhodnutím č. k. 77/516/2016-163 zo dňa 15. marca 2016 rozhodla, že spoločnosť BILLA s.r.o., Bajkalská 19/A, 821 02 Bratislava, IČO: 31 347 037, prevádzkareň BILLA - filiálka 119, Cintorínska 32, 811 08 Bratislava, t.j. žalobca, porušil povinnosť prevádzkovateľa na všetkých stupňoch výroby, spracúvania a distribúcie vrátane internetového predaja dodržiavať požiadavky upravené zákonom č. 152/1995 Z.z. o potravinách a osobitnými predpismi a povinnosť zabezpečiť skladovanie potravín len v takých priestoroch a za takých podmienok, aby sa zachovala ich zdravotná neškodnosť, kvalita a biologická hodnota potravín a surovín na ich výrobu a povinnosť zabezpečiť čistotu skladovacích priestorov a manipulačného zariadenia podľa § 4 ods. 1, § 10 písm. a), b) zákona č. 152/1995 Z.z. o potravinách v znení účinnom do 31.03.2015 (ďalej len „zákon o potravinách“) a povinnosť udržiavať potravinárske priestory v čistote a v dobrom stave údržby podľa Prílohy II, Kapitola I, ods. l. Nariadenia (ES) č.852/2004 Európskeho parlamentu a Rady z 29.4.2004 o hygiene potravín (ďalej len „Nariadenie (ES) č.852/2004“), a to tým, že dňa 21.02.2015 v čase od 7:30 hod. do 14:00 hod. v prevádzkarni BILLA - filiálka 119, Cintorínska 32, 811 08 Bratislava bol zistený nevyhovujúci hygienický stav skladovacích priestorov prevádzkarne. 8.Vo vnútornom priestore príjmu potravín bola znečistená podlaha pod lisom, znečistená stena a podlaha pri stole skladníka. V chladenom sklade živočíšnych vedľajších produktov bol z vonkajšej strany znečistený povrch dverí a okolie vstupu; v časti skladovania odpisov z ovocia a zeleniny bola znečistená stena, pod niektorými drevenými paletami s potravinami bola znečistená podlaha (napr. vedľa skladu nebaleného pečiva v časti skladovania balených sušených fíg, sliviek, húb), znečistená bola podlaha pod odpisovým regálom pri vchode do predajne. Kovový regál s potravinami mal miestami znečistené police a zadnú stenu regálu, ako aj zaprášené prekrytie hornej police regálu. Znečistené boli plastové lamely vstupu na predajnú plochu a výrazne bol zaprášený obklad steny v priestore s prepravkami so zálohovanými obalmi- pivovými fľašami. V sklade čistiacich a dezinfekčných prípravkov a pomôcok bola znečistená podlaha, obklad steny, police regálu a neodtekajúci odtok kanalizačnej vpuste. V chladenom sklade ovocia a zeleniny boli znečistené dvere z vonkajšej strany. V chladenom sklade (mliečne výrobky) bola znečistená podlaha pod plastovými paletami s mliekom a Ramou a zatečená v mieste odpisov. V sociálnom zariadení pracovníkov- šatňa muži bol zaprášený radiátor, znečistená podlaha pod umývadlom. Na predajnej ploche bolo zistené znečistenie podlahy v kútoch, v časti ponuky ovocia a zeleniny, pod regálmi. 9.Vzhľadom na to, že rozhodnutím RVPS Bratislava - mesto č. 141/517/20J 4-163 zo dňa 07.04.2014, ktoré nadobudlo právoplatnosť dňa 29.04.2014, bola účastníkovi konania uložená úhrnná pokuta 4 000,- € podľa § 28 ods. 4 písm. g) zákona o potravinách (za nesplnenie uloženého opatrenia) ako aj rozhodnutím č. 351/2660/2014-163 zo dňa 26.10.2014, ktoré nadobudlo právoplatnosť dňa 19.11.2014 bola uložená úhrnná pokuta 4 500,- € podľa § 28 ods. 4 písm. g) zákona o potravinách aj za nedodržanie hygienických požiadaviek pri skladovaní potravín, okrem iného aj za porušenie povinností udržiavať potravinárske priestory v čistote a v dobrom stave údržby, správny orgán konštatuje, že do jedného roka odo dňa nadobudnutia právoplatnosti tohto rozhodnutia o uložení pokuty došlo k opakovanému porušeniu povinností, za ktoré bola uložená pokuta podľa ods. 2, čím sú splnené podmienky pre uplatnenie zvýšenej sadzby podľa § 28 ods. 6 zákona o potravinách. 10.Uvedeným konaním naplnil všetky znaky skutkovej podstaty iného správneho deliktu podľa § 28 ods. 2 písm. o) v spojení s § 28 ods. 6 zákona o potravinách. 11.Ďalej porušil povinnosť prevádzkovateľa na všetkých stupňoch výroby, spracúvania a distribúcie vrátane internetového predaja dodržiavať požiadavky upravené týmto zákonom a osobitnými predpismi podľa § 4 ods. l a povinnosť skladovať odpad zo živočíšnych produktov a chladených potravín v chlade podľa § 10 ods. 5 písm. f) Výnosu Ministerstva pôdohospodárstva Slovenskej republiky a Ministerstva zdravotníctva Slovenskej republiky č. 28167/2007-OL, ktorým sa vydáva hlava potravinového kódexu Slovenskej republiky upravujúca všeobecné požiadavky na konštrukciu, usporiadanie a vybavenie potravinárskych prevádzkarni a niektoré osobitné požiadavky na výrobu a predaj tradičných potravín a na priame dodávanie malého množstva potravín (ďalej len „ Výnos č. 28167/2007-OL“) a to tým, že dňa 21.02.2015 v čase od 7:30 hod. do 14:00 hod, v prevádzkarni Billa - filiálka 119, Cintorínska 32, 811 08 Bratislava umiestnil živočíšny odpad do kontajnera na komunálny odpad, aj keď prevádzka disponuje samostatným chladeným skladom živočíšnych vedľajších produktov. Uvedeným konaním naplnil všetky znaky skutkovej podstaty iného správneho deliktu podľa § 28 ods. 2 písm. o) zákona o potravinách. 12.Ďalej porušil povinnosť prevádzkovateľa na všetkých stupňoch výroby, spracúvania a distribúcie vrátane internetového predaja dodržiavať požiadavky upravené týmto zákonom a osobitnými predpismi podľa § 4 ods. 1 zákona o potravinách a povinnosť prevádzkovateľa neskladovať čistiace a dezinfekčné prostriedky v priestoroch, v ktorých sa manipuluje s potravinami podľa Prílohy 11 Kapitoly 1 bod 10. Nariadenia (ES) č.852/2004 a to tým, že dňa 21.02.2015 v čase od 7:30 hod. do 14:00 hod. v prevádzkarni BILLA - filiálka 119, Cintorínska 32, 811 08 Bratislava v chladenom sklade ovocia a zeleniny skladoval čistiaci prostriedok na polici nad pracovným stolom vedľa nebalených šampiňónov. 13.Uvedeným konaním naplnil všetky znaky skutkovej podstaty iného správneho deliktu podľa § 28 ods.2 písm. o) zákona o potravinách. 14.Ďalej porušil povinnosť prevádzkovateľa na všetkých stupňoch výroby, spracúvania a distribúcie vrátane internetového predaja dodržiavať požiadavky upravené týmto zákonom a osobitnými predpismi podľa § 4 ods. 1 zákona o potravinách a povinnosť zabezpečiť oddelené uloženie a zreteľné označenie výrobkov na iný než pôvodný účel podľa § 10 písm. c) zákona o potravinách a to tým, že dňa 21.02.2015 v čase od 7:30 hod. do 14:00 hod. v prevádzkarni BILLA - filiálka 119, Cintorínska 32, 811 08 Bratislava spoločne skladoval potraviny po uplynutí dátumu minimálnej trvanlivosti neoddelene od čerstvého tovaru, neoznačené informáciou, že sa jedná o potraviny určené na iný než pôvodný účel a skladoval neoddelene aj výrobok (Figy sušené, á 1000 g) s výskytom plesne v jednotlivých baleniach v jednej kartónovej krabici s výrobkami Arašidy nelúpané pražené. 15.Uvedeným konaním naplnil všetky znaky skutkovej podstaty iného správneho deliktu podľa § 28 ods. 2 písm. o) zákona o potravinách. 16.Ďalej porušil povinnosť prevádzkovateľa na všetkých stupňoch výroby, spracúvania a distribúcie vrátane internetového predaja dodržiavať požiadavky upravené týmto zákonom a osobitnými predpismi podľa § 4 ods. 1 zákona o potravinách a povinnosť zabezpečiť oddelené skladovanie nezlučiteľných druhov výrobkov vzájomne ovplyvňujúcich bezpečnosť a kvalitu podľa § 10 písm. d) zákona o potravinách a to tým, že dňa 21.02.2015 v čase od 7:30 hod. do 14:00 hod. v prevádzkarni BILLA - filiálka 119, Cintorínska 32, 811 08 Bratislava skladoval spoločne potraviny s drogistickým tovarom, čo mohlo nepriaznivo ovplyvniť kvalitu a bezpečnosť ponúkaných potravín. 17.Uvedeným konaním naplnil všetky znaky skutkovej podstaty iného správneho deliktu podľa § 28 ods.2 písm. o) zákona o potravinách. 18.Ďalej porušil povinnosť určiť, zaviesť a zachovať trvalý postup alebo postupy založené na zásadách HACCP podľa ustanovenia Kapitoly II, článku 5 ods. 1 Nariadenia Európskeho parlamentu a Rady (ES) č. 852/2004 z 29.apríla 2004 o hygiene potravín a to tým, že dňa 21.02.2015 v čase od 7:30 hod. do 14:00 hod. v prevádzkarni BILLA - filiálka 119, Cintorínska 32, 811 08 Bratislava pri kontrole vysledovateľnosti výrobkov predávaných na hmotnosť ponúkaných z obslužného pultu bolo zistené, že predajca nedodržal postupy v súlade s vlastným vnútorným predpisom. Označovanie lahôdkarských výrobkov dátumom narušenia obalu nebolo u šalátov dôveryhodné, nakoľko vyžiadané a predložené originálne etikety s nalepenou váhovou etiketou boli naolejované. Vystrihnuté časti obalov s originálnou etiketou boli naolejované a nalepené váhové etikety boli s viditeľnými stopami oleja. Jednalo sa o výrobky so skrátenou dobou spotreby po narušení obalu, predajcom označené dátumom otvorenia 21.02.2015 o cca 06:00 hod., 06:20 hod. Ďalej pri kontrole evidencií Monitoring- príprava a predaj produktov teplého pultu, Monitoring - pečenie pečiva, Monitoring- rozmrazovanie pečiva bolo zistené, že tieto nie sú dôsledne vedené. 19.Vzhľadom na to, že rozhodnutím RVPS Bratislava - mesto č. 141/517/2014-163 zo dňa 07.04.2014, ktoré nadobudlo právoplatnosť dňa 29.04.2014, bola účastníkovi konania uložená úhrnná pokuta 4 000,- € podľa § 28 ods. 4 písm. g) zákona o potravinách (za nesplnenie uloženého opatrenia) ako aj rozhodnutím č. 351/2660/2014-163 zo dňa 26.10.2014, ktoré nadobudlo právoplatnosť dňa 19.11.2014 bola uložená úhrnná pokuta 4 500,- € podľa § 28 ods. 4 písm. g) zákona o potravinách aj za nedostatky zistené v rámci vnútornej vysledovateľnosti v oddelení lahôdok a nedostatky vo vedení evidencií preukazujúcich čerstvosť ponúkaných potravín, správny orgán konštatuje, že do jedného roka odo dňa nadobudnutia právoplatnosti tohto rozhodnutia o uložení pokuty došlo k opakovanému porušeniu povinností, za ktoré bola uložená pokuta podľa ods. 2, čím sú splnené podmienky pre uplatnenie zvýšenej sadzby podľa § 28 ods. 6 zákona o potravinách. 20.Uvedeným konaním naplnil všetky znaky skutkovej podstaty iného správneho deliktu podľa § 28 ods. 2 písm. o) v spojení s § 28 ods. 6 zákona o potravinách. 21.Ďalej porušil povinnosť prevádzkovateľa na všetkých stupňoch výroby, spracúvania a distribúcie vrátane internetového predaja dodržiavať požiadavky upravené týmto zákonom a osobitnými predpismi podľa § 4 ods. l zákona o potravinách a zákaz umiestňovať na trh potraviny po uplynutom dátume minimálnej trvanlivosti podľa § 6 ods. 5 písm. d) a v zmysle § 12 ods. l písm. h) zákona o potravinách, a to tým, že dňa 21.02.2015 v čase od 7:30 hod. do 14.00 hod. v prevádzkarni BILLA filiálka 119, Cintorínska 32, 811 08 Bratislava umiestňoval na trh 9 druhov potravín po uplynutí dátumu minimálnej trvanlivosti (DMT) a to: 1. 7 Days Double Croissant s vanilkovo pomarančovou náplňou- jemné pečivo, ä 60g, krajina pôvodu EÚ, množstvo 10 ks, DMT: 12.02.2015, 2. 7 Days Double Croissant s s kakaovou a kokosovou náplňou- jemné pečivo, ä 60g, krajina pôvodu EÚ, množstvo 4 ks, DMT: 18.02.2015, 3. 7 Days Croissant s kakaovou náplňou jemné pečivo 5x 37 g = 185 g, krajina pôvodu EÚ, množstvo 2 balenia s DMT: 06.02.2015 a 1 balenie s DMT: 20.02.2015, 4. Elka Croissant daily s jahodovou náplňou- jemné trvanlivé pečivo z lístkového kysnutého cesta , ä 50g, krajina pôvodu Albánsko, množstvo 2 ks, DMT: 20.02.2015, 5. Lumu Kakaové piškóty Nikoleta, ä 120g, krajina pôvodu SK, množstvo 19 ks, DMT: 04.02.2015, 6. Bona vita Active toast viaczrnný- pekárenský výrobok, ä 125g, krajina pôvodu CZ, množstvo 2 ks, DMT: 01.11.2014, 7. Racio Toast celozrnný, ä 125g, krajina pôvodu NL, množstvo 2 ks, DMT: 29.08.2014, 8. Natural Pšenica potravinárska, ä 500 g, krajina pôvodu CZ, množstvo 1 ks, DMT: 31.01.2015, 9. Rajo Ľadová káva, ä 330 g, krajina pôvodu SK, množstvo 1 ks s DMT: 09.01.2015 a 1 ks s DMT: 29.01.2015. 22.Uvedeným konaním účastník konania naplnil všetky znaky skutkovej podstaty iného správneho deliktu podľa § 28 ods. 4 písm. i) zákona o potravinách. 23.Ďalej porušil povinnosť prevádzkovateľa na všetkých stupňoch výroby, spracúvania a distribúcie vrátane internetového predaja dodržiavať požiadavky upravené týmto zákonom a osobitnými predpismi podľa § 4 ods. l zákona o potravinách a zákaz umiestňovať na trh potraviny po uplynutom dátume spotreby podľa § 6 ods. 5 písm. d) a v zmysle § 12 ods. l písm. h) zákona o potravinách a podľa článku 14 ods. 2 Nariadenia európskeho parlamentu a Rady č. 178/2002 z 28. januára 2002, ktorým sa ustanovujú všeobecné zásady a požiadavky potravinového práva, zriaďuje Európsky úrad pre bezpečnosť potravín a stanovujú postupy v záležitostiach bezpečnosti potravín (čl. 24 ods. 1 Nariadenia (EÚ) č. 1169/2011 o poskytovaní informácií o potravinách spotrebiteľom) a to tým, že dňa 21.02.2015 v čase od 7:30 hod. do 14:00 hod. v prevádzkarni BILLA - filiálka 119, Cintorínska 32, 811 08 Bratislava umiestňoval na trh 3 druhy potravín po uplynutí dátumu spotreby (DS) a to: 1. Mecom Hydinová tlačenka bezgluténová, ä 350g, krajina pôvodu SK, množstvo 3 ks, DS:18.02.2015, 2. Alemtte- termizovaný syr smotanový, ä 150g, krajina pôvodu PL, množstvo 1 ks, DS: 17.02.2015, 3. Mínus L Smotana do kávy UHT, ä 165 g, krajina pôvodu DE, množstvo 1 ks, DS: 19.02.2015. 24.Uvedeným konaním účastník konania naplnil všetky znaky skutkovej podstaty iného správneho deliktu podľa § 28 ods. 4 písm. a) a i) zákona o potravinách. 25.Vzhľadom na to, že rozhodnutím RVPS Bratislava - mesto č. 141/517/2014-163 zo dňa 07.04.2014, ktoré nadobudlo právoplatnosť dňa 29.04.2014, bola účastníkovi konania uložená úhrnná pokuta 4 000,- € podľa § 28 ods. 4 písm. g) zákona o potravinách (za nesplnenie uloženého opatrenia) ako aj rozhodnutím č. 351/2660/2014-163 zo dňa 26.10.2014, ktoré nadobudlo právoplatnosť dňa 19.11.2014 bola uložená úhrnná pokuta 4 500,- € podľa § 28 ods. 4 písm. g) zákona o potravinách aj za umiestňovanie na trh potravín po uplynutí dátumu spotreby a dátumu minimálnej trvanlivosti, správny orgán konštatuje, že do jedného roka odo dňa nadobudnutia právoplatnosti tohto rozhodnutia o uložení pokuty došlo k opakovanému porušeniu povinností, za ktoré bola uložená pokuta podľa ods. 4, čím sú splnené podmienky pre uplatnenie zvýšenej sadzby podľa § 28 ods. 7 zákona o potravinách. Uvedeným konaním účastník konania naplnil všetky znaky skutkovej podstaty iného správneho deliktu podľa § 28 ods. 4 písm. i) v spojení s § 28 ods. 7 zákona o potravinách. 26.Za to mu bola podľa § 28 ods. 4 písm. i) v spojení s § 28 ods.7 zákona o potravinách uložená pokuta vo výške 5 000,- euro. 27.Žalobca s prvostupňovým rozhodnutím nesúhlasil a podal voči nemu odvolanie, o ktorom rozhodla žalovaná - Štátna veterinárna potravinová správa Slovenskej republiky rozhodnutím č.k.: 1557/2016 zo dňa 29.06.2016 tak, že zmenila prvostupňové rozhodnutie nasledovne: 28.Účastník konania: BILLA s.r.o., Bajkalská 19/A, 821 02 Bratislava, IČO: 31 347 037, prevádzkareň: BILLA s.r.o. - filiálka 119, Cintorínska 32, 811 08 Bratislava, 29. 1. porušil povinnosť prevádzkovateľa dodržiavať požiadavky upravené týmto zákonom a osobitnými predpismi, povinnosť zabezpečiť skladovanie potravín len v takých priestoroch a za takých podmienok, aby sa zachovala ich zdravotná neškodnosť, kvalita a biologická hodnota potravín a povinnosť zabezpečiť čistotu skladovacích priestorov a manipulačného zariadenia podľa § 4 ods. I, §' 10 písm. a), b) zákona o potravinách a povinnosť udržiavať potravinárske priestory v čistote a v dobrom stave údržby podľa Prílohy II, Kapitola 1, ods. 1 Nariadenia (ES) č.852/2004, a to tým, že dňa 21.02.2015 v čase od 7.30 hod. do 14.00 hod. v prevádzkarni Billa s.r.o. - filiálka 119, Cintorínska 32, 811 08 Bratislava, bol zistený nevyhovujúci hygienický stav skladovacích priestorov prevádzkarne. Vo vnútornom priestore príjmu potravín bola znečistená podlaha pod lisom, znečistená stena a podlaha pri stole skladníka. V chladenom sklade živočíšnych vedľajších produktov bol z vonkajšej strany znečistený povrch dverí a okolie vstupu; v časti skladovania odpisov z ovocia a zeleniny bola znečistená stena, pod niektorými drevenými paletami s potravinami bola znečistená podlaha (napr. vedľa skladu nebaleného pečiva v časti skladovania balených sušených fíg, sliviek, húb), znečistená bola podlaha pod odpisovým regálom pri vchode do predajne. Kovový regál s potravinami mal miestami znečistené police a zadnú stenu regálu, ako aj zaprášené prekrytie hornej police regálu. Znečistené boli plastové lamely vstupu na predajnú plochu a výrazne bol zaprášený obklad steny v priestore s prepravkami so zálohovanými obalmi- pivovými fľašami. V sklade čistiacich a dezinfekčných prípravkov a pomôcok bola znečistená podlaha, obklad steny, police neodtekajúci odtok kanalizačnej vpuste. V chladenom sklade ovocia a zeleniny boli znečistené dvere z vonkajšej strany. V chladenom sklade (mliečne výrobky) bola znečistená podlaha pod plastovými paletami s mliekom a Ramou a zatečená v mieste odpisov. V sociálnom zariadení pracovníkov- šatňa muži bol zaprášený radiátor, znečistená podlaha pod umývadlom. Na predajnej ploche bolo zistené znečistenie podlahy v kútoch, v časti ponuky ovocia a zeleniny, pod regálmi. 30.Vzhľadom na to, že rozhodnutím RVPS Bratislava - mesto č. 141/517/2014-163 zo dňa 07.04.2014, ktoré nadobudlo právoplatnosť dňa 29.04.2014, bola účastníkovi konania uložená úhrnná pokuta 4 000,- euro podľa § 28 ods. 4 písm. g) zákona o potravinách (za nesplnenie uloženého opatrenia) ako aj rozhodnutím č. 351/2660/2014-163 zo dňa 26.10.2014, ktoré nadobudlo právoplatnosť dňa 19.11.2014 bola uložená úhrnná pokuta 4 500,- euro podľa § 28 ods. 4 písm. g) zákona o potravinách aj za nedodržanie hygienických požiadaviek pri skladovaní potravín, okrem iného aj za porušenie povinností udržiavať potravinárske priestory v čistote a v dobrom stave údržby, správny orgán konštatuje, že do jedného roka odo dňa nadobudnutia právoplatnosti tohto rozhodnutia o uložení pokuty došlo k opakovanému porušeniu povinností, za ktoré bola uložená pokuta podľa ods. 2, čím sú splnené podmienky pre uplatnenie zvýšenej sadzby podľa § 28 ods. 6 zákona o potravinách. 31.Uvedeným konaním naplnil všetky znaky skutkovej podstaty iného správneho deliktu podľa § 28 ods. 2 písm. o) v spojení s § 28 ods. 6 zákona o potravinách. 32. 2. Ďalej porušil povinnosť dodržiavať požiadavky upravené týmto zákonom a osobitnými predpismi podlá § 4 ods. 1 a povinnosť skladovať odpad zo živočíšnych produktov v osobitných priestoroch, chladených potravín v chlade podľa § 10 ods. 5 písm. f) Výnosu č. 28167/2007- OL a to tým, že dňa 21.02.2015 v čase od 7.30 hod. do 14.00 hod. v prevádzkami BILLA s.r.o. - filiálka 119, Cintorínska 32, 811 08 Bratislava, umiestnil živočíšny odpad (bývalé potraviny- pečené kura z grilu, korbáčiky, mäsové výrobky) do kontajnera na komunálny odpad, aj keď prevádzka disponuje samostatným chladeným skladom živočíšnych vedľajších produktov. 33.Uvedeným konaním naplnil všetky znaky skutkovej podstaty iného správneho deliktu podľa § 28, ods. 2 písm. o) zákona o potravinách. 34. 3. Ďalej porušil povinnosť dodržiavať požiadavky upravené týmto zákonom a osobitnými predpismi podľa § 4 ods. 1 zákona o potravinách a povinnosť prevádzkovateľa neskladovať čistiace a dezinfekčné prostriedky v priestoroch, v ktorých sa manipuluje s potravinami podľa Prílohy II Kapitoly I bod 10 Nariadenia (ES) č.852/2004 a to tým, že dňa 21.02.2015 v čase od 7.30 hod. do 14.00 hod. v prevádzkarni BILLA s.r.o. - filiálka 119, Cintorínska 32,811 08 Bratislava v chladenom sklade ovocia a zeleniny skladoval čistiaci prostriedok na polici nad pracovným stolom vedľa nebalených šampiňónov. 35.Uvedeným konaním naplnil všetky znaky skutkovej podstaty iného správneho deliktu podľa § 28 ods. 2 písm. o) zákona o potravinách. 36. 4. Ďalej porušil povinnosť dodržiavať požiadavky upravené týmto zákonom a osobitnými predpismi podľa § 4 ods. 1 zákona o potravinách a povinnosť zabezpečiť oddelené uloženie a zreteľné označenie výrobkov na iný než pôvodný účel podľa § 10 písm. c) zákona o potravinách a to tým, že dňa 21.02.2015 v čase od 7.30 hod. do 14.00 hod. v prevádzkami BILLA s.r.o. - filiálka 119, Cintorínska 32,811 08 Bratislava spoločne skladoval potraviny po uplynutí dátumu minimálnej trvanlivosti neoddelene od čerstvého tovaru, neoznačené informáciou, že sa jedná o potraviny určené na iný než pôvodný účel - Bio Hrozienka á 125 g, 4 balenia s DMT 02.12.2014 a Figy sušené, á 1 000 g s výskytom plesne v jednotlivých baleniach v jednej kartónovej krabici s výrobkami Arašidy nelúpané pražené. 37.Uvedeným konaním naplnil všetky znaky skutkovej podstaty iného správneho deliktu podľa § 28 ods. 2 písm. o) zákona o potravinách. 38. 5. Ďalej porušil povinnosť dodržiavať požiadavky upravené týmto zákonom a osobitnými predpismi podľa § 4 ods. 1 zákona o potravinách a povinnosť zabezpečiť oddelené skladovanie nezlučiteľných druhov výrobkov vzájomne ovplyvňujúcich bezpečnosť a kvalitu podľa § 10 písm. d) zákona o potravinách a to tým, že dňa 21.02.2015 v čase od 7.30 hod. do 14.00 hod. v prevádzkami BILLA s.r.o. - filiálka 119, Cintorínska 32, 811 08 Bratislava skladoval spoločne potraviny s drogistickým tovarom napr. Ballocco Farolosa koláč, á 650 g, Ballocco Bábovka , á 400 g- niekoľko balení na jednej palete spolu s prázdnymi krabicami od banánov, detskými plienkami, na palete spolu múka, Bebe keksy, toaletný papier a Clever uhorky, na ďalšej palete Maggi Polievka s pečeňovými knedličkami 20x55 g s Bonux a Rex pracími práškami, aviváž, v kovovom koši spolu Bezlepkové bio pemíčky, vata, Sedita oblátky, papierové odpadky, fólia, čo mohlo nepriaznivo ovplyvniť kvalitu a bezpečnosť ponúkaných potravín. 39.Uvedeným konaním naplnil všetky znaky skutkovej podstaty iného správneho deliktu podľa § 28 ods. 2 písm. o) zákona o potravinách. 40. 6. Ďalej porušil povinnosť určiť, zaviesť a zachovať trvalý postup alebo postupy založené na zásadách HACCP podľa ustanovenia Kapitoly II, článku 5 ods. 1 Nariadenia (ES) č. 852/2004 a to tým, že dňa 21.02.2015 v čase od 7.30 hod. do 14.00 hod. v prevádzkami BILLA s.r.o.- filiálka 119, Cintorínska 32, 811 08 Bratislava, pri kontrole vysledovateľnosti výrobkov predávaných na hmotnosť, ponúkaných z obslužného pultu bolo zistené, že predajca nedodržal postupy v súlade s vlastným vnútorným predpisom. Pri kontrole evidencií Monitoring- príprava a predaj produktov teplého pultu, Monitoring - pečenie pečiva, Monitoring- rozmrazovanie pečiva bolo zistené, že tieto nie sú dôsledne vedené. Bolo zistené, že Kuracie stehná- v evidencii bolo uvedené množstvo 1,7 kg, predložené etikety boli na množstvo 3,836 kg, Karbonátky- v evidencii uvedené množstvo 0,8 kg, predložená etiketa na použitý Bravčový balíček o hmotnosti 1,236 kg, Eliášovská klobása - v evidencii bolo uvedené množstvo 0,9 kg, predložená váhová etiketa bola na množstvo 0,116 kg. V evidencii rozmrazovania niektorých druhov mrazených pekárskych polotovarov bolo zistené, že rozmrazovanie taktiež nebolo dôsledne vedené, posledný záznam z rozmrazovania šišiek bol z 01.02.2015, Muffiny z 09.02.2015, pričom v deň kontroly boli v ponuke predaja tieto druhy: Šišky, Donuty, Mrkvový koláč, Muffiny. Rozmrazovanie týchto druhov nebolo v evidencii zaznamenané. 41.Vzhľadom na to, že rozhodnutím RVPS Bratislava - mesto č. 141/517/2014-163 zo dňa 07.04.2014, ktoré nadobudlo právoplatnosť dňa 29.04.2014, bola účastníkovi konania uložená úhrnná pokuta 4 000,- euro podľa § 28 ods. 4 písm. g) zákona o potravinách (za nesplnenie uloženého opatrenia) ako aj rozhodnutím č, 351/2660/2014-163 zo dňa 26.10.2014, ktoré nadobudlo právoplatnosť dňa 19.11.2014 bola uložená úhrnná pokuta 4 500,- euro podľa § 28 ods. 4 písm. g) zákona o potravinách aj za nedostatky zistené v rámci vnútornej vysledovateľnosti v oddelení lahôdok, nedostatky vo vedení evidencií preukazujúcich čerstvosť ponúkaných potravín, správny orgán konštatuje, že do jedného roka odo dňa nadobudnutia právoplatnosti tohto rozhodnutia o uložení pokuty došlo k opakovanému porušeniu povinností, za ktoré bola uložená pokuta podľa ods. 2, čím sú splnené podmienky pre uplatnenie zvýšenej sadzby podľa § 28 ods. 6 zákona o potravinách. 42.Uvedeným konaním naplnil všetky znaky skutkovej podstaty iného správneho deliktu podľa § 28 ods. 2 písm. o) v spojení s § 28 ods. 6 zákona o potravinách. 43. 7. Ďalej porušil povinnosť prevádzkovateľa dodržiavať požiadavky upravené týmto zákonom a osobitnými predpismi podľa § 4 ods. 1 zákona o potravinách a zákaz umiestňovať na trh potraviny po uplynutom dátume spotreby alebo dátume minimálnej trvanlivosti podľa § 6 ods. 5 písm. d) a v zmysle § 12 ods. 1 písm. h) zákona o potravinách, a to tým, že dňa 21.02,2015 v čase od 7.30 hod. do 14.00 hod. v prevádzkami BILLA s.r.o. - filiálka 119, Cintorínska 32, 811 08 Bratislava umiestňoval na trh tri druhy potravín po uplynutí dátumu spotreby a to: 1. Mecom Hydinová tlačenka bezgluténová, 350g, krajina pôvodu SK, množstvo 3 ks, DS:18.02.2015, 2. Alemtte-termizovaný syr smotanový, 150g, krajina pôvodu PL, množstvo 1 ks, DS: 17.02.2015, 3. Mínus L Smotana do kávy UHT, 165 g, krajina pôvodu DE, množstvo 1 ks, DS: 19.02.2015, a 9 druhov potravín po uplynutí dátumu minimálnej trvanlivosti (DMT) a to: 1.7 Days Double Croissant s vanilkovo pomarančovou náplňou-jemné pečivo, 60g, krajina pôvodu EÚ, množstvo 10 ks, DMT: 12.02.2015, 2.7 Days Double Croissant s kakaovou a kokosovou náplňou- jemné pečivo, 60g, krajina pôvodu EU, množstvo 4 ks, DMT: 18.02.2015, 3.7 Days Croissant s kakaovou náplňou jemné pečivo 5x 37 g- 185 g, krajina pôvodu EÚ, množstvo 2 balenia s DMT: 06.02.2015 a 1 balenie s DMT: 20.02.2015, 4. Elka Croissant daily s jahodovou náplňou-jemné trvanlivé pečivo z lístkového kysnutého cesta , 50g, krajina pôvodu Albánsko, množstvo 2 ks, DMT: 20.02.2015, 5. Lumu Kakaové piškóty Nikoleta, 120g, krajina pôvodu SK, množstvo 19 ks, DMT: 04.02.2015, 6. Bona vitá Active toast viaczrnný- pekárenský výrobok, 125g, krajina pôvodu CZ, množstvo 2 ks, DMT: 01.11.2014, 7. Racio Toast celozrnný, 125g, krajina pôvodu NL, množstvo 2 ks, DMT: 29.08.2014, 8. Natural Pšenica potravinárska, 500 g, krajina pôvodu CZ, množstvo 1 ks, DMT: 31.01.2015, 9. Rajo Ľadová káva, 330 g, krajina pôvodu SK, množstvo I ks s DMT: 09.01.2015 a I ks s DMT: 29.01.2015. 44.Vzhľadom na to, že rozhodnutím RVPS Bratislava - mesto č. 141/517/2014-163 zo dňa 07.04.2014, ktoré nadobudlo právoplatnosť dňa 29.04.2014, bola účastníkovi konania uloženú úhrnná pokuta 4 000,- euro podľa § 28 ods. 4 písm. g) zákona o potravinách (za nesplnenie uloženého opatrenia) ako aj rozhodnutím č. 351/2660/2014-163 zo dňa 26.10.2014, ktoré nadobudlo právoplatnosť dňa 19.11.2014 bola uložená úhrnná pokuta 4 500,- € podľa § 28 ods. 4 písm. g) zákona o potravinách aj za umiestňovanie na trh potravín po uplynutí dátumu spotreby dátumu minimálnej trvanlivosti, správny orgán konštatuje, že do jedného roka odo dňa nadobudnutia právoplatnosti tohto rozhodnutia o uložení pokuty došlo k opakovanému porušeniu povinností, za ktoré bola uložená pokuta podľa ods. 4, čím sú splnené podmienky pre uplatnenie zvýšenej sadzby podľa § 28 ods. 7 zákonu o potravinách. 45.Uvedeným konaním účastník konaniu naplnil všetky znaky skutkovej podstaty iného správneho deliktu podľa § 28 ods. 4 písm. a) a písm. i) v spojení s § 28 ods. 7 zákona o potravinách. 46.Za vyššie uvedené porušenia zákonného ustanovenia bola žalobcovi podľa § 28 ods. 4 písm. i) v spojení s § 28 ods. 7 zákona o potravinách uložená pokuta vo výške 5 000,- €. II. Žaloba 47.Žalobca sa včas podanou žalobou doručenou tunajšiemu súdu dňa 02.09.2016 domáhal preskúmania a následného zrušenia rozhodnutia žalovanej č. 1557/2016, ktorým bolo zmenné rozhodnutie Regionálnej veterinárnej a potravinovej správy Bratislava-mesto č.k. 77/516/2016-163 zo dňa 15.03.2016. 48.Podanú žalobu odôvodnil nasledovnými dôvodmi: 49. 1/ Nepreskúmateľnosť zhromaždených dôkazov a výkon úradnej kontroly potravín. 50.Žalobca považuje úradnú kontrolu potravín vykonanú dňa 21.02.2015 a aj dodatočnú úradnú kontrolu potravín zo dňa 11.03.2015 za nezákonnú, pretože sa uskutočnili bez prítomnosti zástupcu žalobcu, ktorý bol oprávnený konať v jej mene. Inšpektori vstúpili do prevádzky bez povolenia, ako aj bez vedomia osoby oprávnenej konať v mene žalobcu a začali s výkonom kontroly, ako aj dodatočnej úradnej kontroly, pričom si od žiadneho zamestnanca žalobcu nevyžiadali predloženie plnomocenstva, alebo iného poverenia, ktoré by ho oprávňovalo na zastupovanie žalobcu pri výkone úradnej kontroly potravín. Inšpektori vykonali úradné kontroly potravín bez toho, aby ich sprevádzal akýkoľvek poverený zamestnanec žalobcu. Záznam o výkone úradnej kontroly potravín, ako aj záznam o dodatočnej úradnej kontrole potravín podpísal B., zástupca vedúcej filiálky, pričom táto osoba nie je oprávnená konať v mene žalobcu. Žalobcovi týmto konaním inšpektorov bola odňatá možnosť konať a vzniesť voči zisteniam počas úradnej kontroly potravín námietky, pretože zástupca vedúcej filiálky nebol oprávnený vyjadrovať sa k záznamom z úradnej kontroly potravín a ani ho podpísať. 51.Poukázal, že vykonanie kontroly predstavuje dôležitý úkon správneho orgánu v konaní vo veci uloženia pokuty za porušenie ustanovení zákona o potravinách, z ktorého sa má vyhotovovať v zmysle ust. § 22 Správneho poriadku zápisnica. Žalovaná však namiesto zápisnice vyhotovila záznam o výkone úradnej kontroly potravín, pričom tento nie je možné z obsahového hľadiska považovať za zápisnicu v zmysle ust. § 22 Správneho poriadku, nakoľko nespĺňa zákonom predpísané náležitosti, ktoré správny poriadok pre zápisnicu vyžaduje. 52.Záznam o výkone úradnej kontroly potravín neobsahuje dostatočné opísanie skutočností o priebehu úradnej kontroly potravín. Je z neho zrejmé, že kontrola prebiehala dňa 21.02.2015 od 7.30 hod. do 14.00 hod., avšak záznam o výkone úradnej kontroly potravín nezachytáva celý priebeh kontroly spôsobom, aby ho bolo možné v neskoršom štádiu správneho konania podrobne rekonštruovať a náležite kontrolovať. Zo záznamu nie je zrejmé, ako dlho trvala kontrola, ako kontrola prebiehala a ani to, aké metódy boli počas kontroly použité pri zistení údajných porušení. V zázname taktiež nie je uvedené, ktorý kontrolovaný tovar bol bez nedostatkov, alebo, že žalobca používa zariadenia, ktoré spĺňajú zákonom stanovené požiadavky, resp. skladuje tovar v priestoroch, ktoré spĺňajú hygienické požiadavky. 53.Podľa žalobcu záznam o výkone úradnej kontroly potravín nepredstavuje spoľahlivé zistenie skutkového stavu, pričom bol vyhotovovaný jednostranne, s úmyslom udeliť žalobcovi pokutu a nezachytáva skutočný priebeh kontroly. Uvedený záznam neobsahuje žiadne prílohy, hoci v jeho texte je uvedené, že bola vyhotovená fotodokumentácia údajných nedostatkov. Tento záznam neobsahuje žiadne fotografie a nie je ani žurnalizovaný. Fotodokumentácia, ktorá bola inšpektormi RVPS BA vyhotovená počas úradnej kontroly potravín dňa 21.02.2015, nie je bližšie špecifikovaná a teda nie je zrejmé, aká fotodokumentácia bola počas kontroly vykonaná, aké nedostatky ňou boli zadokumentované a kto fotografie vyhotovoval. Fotodokumentácia bola žalobcovi predložená až prostredníctvom upovedomenia o začatí správneho konania, a preto nie je možné vylúčiť riziko, že s nimi bolo dodatočne manipulované v neprospech žalobcu. 54. 2/ Absencia protiprávneho konania. 55.Žalobca tvrdí, že sa nedopustil správneho deliktu spočívajúceho v umiestňovaní na trh potravín iných ako bezpečných, ktorý vyplýva z ust. § 6 ods. 5 písm. a) zákona o potravinách z dôvodu, že potraviny po uplynutom dátume spotreby nie je možné automaticky považovať za potraviny iné ako bezpečné, pričom žalovaná v rozhodnutí o odvolaní nepreukázala, že žalobca predával potraviny iné ako bezpečné. Podľa žalovanej žalobca sa mal dopustiť uvedením na trh potravín po dátume spotreby správneho deliktu podľa ust. § 28 ods. 4 písm. a) zákona o potravinách (zákaz uvádzať potraviny na trh iné ako bezpečné) a zároveň správneho deliktu podľa ust. § 28 ods. 4 písm. i) zákona o potravinách (zákaz umiestňovať na trh potraviny po uplynutí dátumu spotreby). Podľa žalobcu žalovaná nesprávne aplikovala ust. § 28 ods. 4 písm. a) zákona o potravinách, pretože je neprípustné, aby jedno konanie (umiestnenie potravín na trh po uplynutí dátumu spotreby) bez ďalšieho dokazovania vždy automaticky napĺňalo znaky dvoch skutkových podstát uvedených v zákone o potravinách. Má za to, že je vylúčené, aby umiestnením potraviny na trh po uplynutí dátumu spotreby, automaticky došlo k porušeniu zákazu umiestňovať na trh potraviny iné ako bezpečné. Pre naplnenie skutkovej podstaty správneho deliktu podľa ust. § 28 ods. 4 písm. a) zákona o potravinách je nevyhnutné, aby takéto potraviny vykazovali aj známky skazenosti, škodlivosti pre zdravie, nebezpečnosti, resp. nevhodnosti na ľudskú spotrebu, čo však úradnou kontrolou zo dňa 21.02.2015 nebolo preukázané. 56. 3/ Nesprávna právna kvalifikácia. 57.Podľa žalobcu neboli naplnené podmienky pre uplatnenie zvýšenej sadzby v zmysle ust. § 28 ods. 7 zákona o potravinách, v zmysle ktorého sa účastník konania musí dopustiť opakovaného porušenia tej istej povinnosti, t.j. porušenia tej istej povinnosti stanovenej určitým písmenom príslušného odseku zákona o potravinách, za ktorý mu bola príslušnou regionálnou veterinárnou a potravinovou správou uložená pokuta a to do 1 roka odo dňa nadobudnutia právoplatnosti tohto rozhodnutia. Žalobcovi bola rozhodnutím RVPS BA č.k. 141/917/2014-163 zo dňa 07.04.2013 uložená pokuta podľa ust. § 28 ods. 4 písm. g) zákona o potravinách vo výške 4.000,- eur a rozhodnutím RVPS BA, č.k. 351/2660/2014-163 zo dňa 26.10.2014 v zmysle ust. § 28 ods. 4 písm. g) zákona o potravinách úhrnná pokuta vo výške 4.500,- eur. Ako vyplýva z uvedeného, predchádzajúce sankcie boli žalobcovi uložené podľa ust. § 28 ods. 4 písm. g) zákona o potravinách. 58.V zmysle rozhodnutia žalovanej bola žalobcovi uložená úhrnná pokuta vo výške 5.000,- eur podľa ust. § 28 ods. 4 písm. i) zákona o potravinách v spojení s ust. § 28 ods. 7 zákona o potravinách. 59.Kontrolou vykonanou dňa 21.02.2015, na základe ktorej RVPS BA vydala rozhodnutie, nebolo zistené porušenie povinnosti podľa ust. § 28 ods. 4 písm. g) zákona o potravinách. Podotkol, že vyššie uvedenými rozhodnutiami RVPS BA (č.k. 141/917/2014-163 a č.k. 351/2660/2014-163) nebola žalobcovi uložená sankcia podľa ust. § 28 ods. 4 písm. i) zákona o potravinách. Na zákonné naplnenie podmienky na použitie § 28 ods. 7 zákona o potravinách by bolo nevyhnutné, aby pri kontrole zo dňa 21.02.2015 bolo zistené porušenie podľa § 28 ods. 4 písm. g) zákona o potravinách, čo v danom prípade nenastalo. 60.Na základe uvedeného neboli naplnené podmienky na uloženie pokuty v zmysle ust. § 28 ods. 7 zákona o potravinách z dôvodu, že nedošlo k porušeniu tej istej povinnosti, za ktorú bola uložená pokuta, a preto rozhodnutie žalovanej bolo prijaté v rozpore so zákonom o potravinách. 61. 4/ Porušenie práva na spravodlivý proces a práva na ochranu súkromia. 62.Žalobca je názoru, že žalovaná sa dopustila procesných pochybení, čím porušila právo žalobcu na spravodlivý proces v zmysle čl. 6 Dohovoru o ochrane ľudský práv a základných slobôd (ďalej len Dohovor) najmä tým, že žalovaná pri rozhodovaní použila nezákonné dôkazy. V tejto súvislosti poukázal na čl. 8 ods. 1 a 2 Dohovoru a na uznesenie Ústavného súdu SR zo dňa 16.12.2015, sp.zn. II.ÚS 259/05-16, z ktorého vyplýva, že ústavný súd v súlade s judikatúrou Európskeho súdu pre ľudské práva uznal právnické osoby za nositeľov práva na nedotknuteľnosť obydlia - podnikateľských priestorov. Z čl. 8 Dohovoru vyplýva, že štátne orgány nesmú zasahovať do práva na ochranu súkromia akýmkoľvek svojvoľným a nekontrolovateľným spôsobom s výnimkou stanovenou v čl. 8 ods. 2 Dohovoru. V danom prípade je nepochybné, že kontrola potravín zo dňa 21.02.2015 vykonaná RVPS BA nie je nevyhnutná v demokratickej spoločnosti a teda kritériá, ktoré musia byť splnené na to, aby orgán verejnej správy v rámci výkonu svojej právomoci mohol zasiahnuť do práva na ochranu obydlia právnickej osoby, neboli splnené. V prípade úradnej kontroly potravín vykonanej dňa 21.02.2015 nebola splnená ani len prvá požiadavka a to, aby príkaz na jej vykonanie vydal sudca, resp. iný nezávislý orgán, ktorý by zabezpečil nezávislosť takéhoto postupu. Počas výkonu úradnej kontroly potravín nebola prítomná žiadna nezávislá tretia osoba, ktorá by kontrolovala zákonný priebeh kontroly. 63.Vzhľadom na vyššie uvedené žalobné dôvody žalobca rozhodnutie žalovanej považuje za nezákonné z dôvodu, že vychádza z nesprávneho právneho posúdenia veci, zistenie skutkového stavu, z ktorého vychádzalo rozhodnutie žalovanej je nedostačujúce na riadne posúdenie veci, je v rozpore s obsahom administratívneho spisu a nemá v ňom oporu, je nepreskúmateľné pre nezrozumiteľnosť alebo pre nedostatok dôvodov a v konaní žalovanej došlo k podstatnému porušeniu ustanovení o konaní pred orgánom verenej správy, ktoré mohlo mať vplyv na zákonnosť rozhodnutia žalovanej. 64.S poukazom na uvedené žiadal, aby Krajský súd v Bratislave rozhodnutie žalovanej zrušil a vec jej vrátil na ďalšie konanie a zaviazal žalovanú povinnosťou zaplatiť žalobcovi náhradu trov konania. III. Vyjadrenie žalovanej 65.Žalovaná vo vyjadrení zo dňa 17.10.2016 žiadala žalobu ako nedôvodnú zamietnuť. Vo vyjadrení zotrvala na všetkých dôvodoch uvedených v odôvodnení napadnutého rozhodnutia. K žalobcom namietanej nezákonnosti postupu žalovanej, ktorý má spočívať v tom, že kontrola bola vykonaná v rozpore s čl. 8 Dohovoru o ochrane ľudských práv a slobôd, ktorým sa zaručuje právo na ochranu súkromia a nedotknuteľnosť obydlia, žalovaná uviedla, že výklad žalobcu ide nad rámec čl. 6 ods. 8 Dohovoru a poukázala na vymedzenie zákonného práva vykonávať úradné kontroly potravín bez predchádzajúceho ohlásenia s poukazom na čl. 3 ods. 2 Nariadenia Európskeho parlamentu a Rady (ES) č. 882/2004 z 29.04.2004 o úradných kontrolách uskutočňovaných s cieľom zabezpečiť overenie dodržiavania potravinového a krmivového práva a predpisov o zdraví zvierat a o starostlivosti o zvieratá, podľa ktorého „Úradné kontroly sa budú uskutočňovať bez predchádzajúceho upozornenia, okrem takých prípadov, ako je audit, kedy je predchádzajúce informovanie prevádzkovateľa v oblasti krmív a potravín potrebné. Úradné kontroly sa môžu uskutočňovať aj ad hoc.“, t.j. bez akéhokoľvek povolenia a súhlasu ďalšieho orgánu, s vymedzeným oprávnením zamestnancov orgánu úradnej kontroly potravín vstupovať v prevádzkovom čase aj mimo prevádzkového času do priestorov, z ktorých sa preukázateľne zdržiavajú osoby a v ktorých sa potraviny vyrábajú, manipuluje sa s nimi, alebo sa umiestňujú na trh (§ 28 ods. 8 zákona o potravinách, čl. 3 ods. 1 - 3, čl. 4, čl. 10 ods. 2 písm. a) - i) Nariadenia (ES) č. 882/2004). Podľa čl. 3 ods. 8 Nariadenia ES č. 178 /2002 „umiestnenie na trhu“ znamená skladovanie, uchovávanie potravín alebo krmív na účely predaja vrátane ponúkania na predaj alebo akúkoľvek inú formu prevodu, či už bezplatnú alebo nie a predaj distribúciu a iné formy prevodu samy o sebe. 66.Prevádzkareň, v ktorej sa umiestňujú na trh potraviny, nemožno považovať za obydlie s garantovanou ochranou súkromia a nedotknuteľnosti, ktorá by v tomto prípade bola v rozpore so záujmom ochrany zdravia ľudí a ochrany spotrebiteľa na trhu potravín. Navyše z charakteru vykonávanej činnosti vyplýva, že predaj potravín nie je možné vykonávať bez toho, aby do nej nemali prístup spotrebitelia. Je nepochybné, že prevádzkareň, kde sú na trh umiestňované potraviny s cieľom ich predaja konečnému spotrebiteľovi, nemôže sa považovať za obydlie s garantovanou ochranou súkromia a nedotknuteľnosti. Takýto výklad by išiel nepochybne nad rámec dikcie čl. 8 Dohovoru. Orgán úradnej kontroly potravín vykonáva úradné kontroly potravín vždy s cieľom ochrany života a zdravia ľudí a zvierat a ochrany spotrebiteľa. Žalovaná zastáva názor, že žalobca nebol ukrátený na žiadnych právach a príslušný orgán postupoval v súlade so zákonom a v jeho medziach. Poukázala, že zásah orgánu úradnej kontroly potravín bol v súlade s právom, sledoval legitímny cieľ a bol nevyhnutný v demokratickej spoločnosti. Orgán úradnej kontroly potravín vykonáva úradné kontroly prostredníctvom svojich inšpektorov a ich vykonávaním nemôže byť porušené právo žalobcu na súkromie. Rozsah a zameranie kontroly určuje príslušný orgán, ktorý tak aj urobil v zázname z úradnej kontroly potravín. Zabezpečením prítomnosti zodpovedného zamestnanca si žalobca môže zabezpečiť kontrolu postupu príslušného orgánu, ktorý svoje oprávnenie vyplývajúce mu zo zákona neprekročil. 67.K požiadavke prítomnosti tretej osoby žalovaná uviedla, že žiaden zákon nevyžaduje prítomnosť takejto osoby pri výkone úradnej kontroly potravín. Zamestnanci orgánu úradnej kontroly potravín sú oprávnení a spôsobilí takéto kontroly vykonávať, majú na to oprávnenie dané im zákonom, príslušné vzdelanie, školenia a skúsenosti. Sú štátnymi zamestnancami, preto pri výkone kontroly musia a aj postupujú v súlade so zákonom a zisťujú objektívne skutočný stav veci. Je nesporné, že zodpovedný zamestnanec pri výkone úradnej kontroly potravín prítomný bol a v zázname o úradnej kontrole potravín uviedol „Beriem na vedomie“ a záznam podpísal. Žalovaná ďalej uviedla, že v časti V. záznamu o úradnej kontrole potravín je uvedené, že „ak oboznámená osoba, ktorá sa zúčastnila kontroly, nie je oprávnená konať za kontrolovaný subjekt, je povinná bezodkladne informovať o uložených opatreniach osobu oprávnenú konať za kontrolovaný subjekt“. 68.Žalovaná nesúhlasila s názorom žalobcu, že záznam o úradnej kontrole musí byť vyhotovený vo forme zápisnice a s náležitosťami podľa § 22 správneho poriadku. Proces úradnej kontroly potravín je zaznamenaný v zázname o úradnej kontrole a na základe takto zdokumentovaného stavu orgán úradnej kontroly posúdi, či sú dôvody na uloženie sankcie. V prípade, ak dôjde k záveru, že protiprávne konanie účastníka konania je dostatočne zdokumentované a napĺňa znaky niektorej zo skutkových podstát iných správnych deliktov uvedených v § 28 zákona o potravinách, v súlade so zákonom o správnom konaní začne proces, ktorého výsledkom je rozhodnutie o uložení pokuty. V ostatnom sa žalovaná pridržala svojich tvrdení uvedených v odôvodnení napadnutého rozhodnutia. 69.K absencii protiprávneho konania namietaného žalobcom žalovaná poukázala na ust. § 28 ods. 4 písm. a), písm. i) zákona o potravinách, čl. 24 ods. 1 Nariadenia (ES) č. 1169/2011, v zmysle ktorého po uplynutí dátumu spotreby sa potravina považuje za nebezpečnú v súlade s čl. 14 ods. 2 - 5 nariadenia (ES) č. 178/2002. Podľa žalovanej neexistuje povinnosť orgánu verejnej správy pre účely správneho trestania, ďalej akýmkoľvek spôsobom preukazovať nebezpečnosť potravín po uplynutí dátumu spotreby. Toto by bolo v rozpore s účelom ustanovenia čl. 24 ods. 1 nariadenia (ES) č. 1169/2011, keďže toto ustanovenie bez ďalšieho preukazovania považuje potravinu umiestnenú na trh po uplynutí dátumu spotreby automaticky za nebezpečnú. Nakoľko potraviny po uplynutí dátumu spotreby a po uplynutí dátumu minimálnej trvanlivosti je zakázané umiestňovať na trh, prevádzkovateľ bol povinný ihneď po ich identifikácii ich stiahnuť z trhu. 70.Žalovaná ďalej uviedla, že prvostupňový správny orgán vo výroku napadnutého rozhodnutia uznal žalobcu zodpovedným aj za opakované porušenie povinnosti, keď vo výroku preskúmavaného rozhodnutia uviedol: Vzhľadom na to, že rozhodnutím RVPS Bratislava-mesto č. 141/517/2014-163 zo dňa 07.04.2014, ktoré nadobudlo právoplatnosť dňa 29.04.2014, bola účastníkovi konania uložená úhrnná pokuta 4.000,- eur podľa § 28 ods. 4 písm. g) zákona o potravinách (za nesplnenie uloženého opatrenia), ako aj rozhodnutím č. 351/2660/2014-163 zo dňa 26.10.2014, ktoré nadobudlo právoplatnosť dňa 19.11.2014 bola uložená úhrnná pokuta 4.500,- eur podľa § 28 ods. 4 písm. g) zákona o potravinách, aj za umiestňovanie na trh potravín po uplynutí dátumu spotreby a dátumu minimálnej trvanlivosti, správny orgán konštatuje, že do jedného roka odo dňa nadobudnutia právoplatnosti tohto rozhodnutia o uložení pokuty došlo k opakovanému porušeniu povinností, za ktoré bola uložená pokuta podľa odseku 4, čím sú splnené podmienky pre uplatnenie zvyšnej sadzby podľa § 28 ods. 7 zákona o potravinách. Uvedeným konaním účastník konania naplnil všetky znaky skutkovej podstaty iného správneho deliktu podľa § 28 ods. 4 písm. i) v spojení s § 28 ods. 7 zákona o potravinách. 71.Podľa žalovanej prvostupňový orgán verejnej správy nepochybil, keď zistené protiprávne konanie zaradil pod základnú skutkovú podstatu uvedenú v § 28 ods. 4 písm. i) a zároveň aj pod kvalifikovanú skutkovú podstatu uvedenú v § 28 ods. 7 zákona o potravinách, keďže opakovanosť v tomto prípade preukázaná bola. Uplatnenie tohto ustanovenia je obmedzené jednoročnou lehotou, ktorá začína plynúť právoplatnosťou rozhodnutí o uložení pokuty. Nakoľko do 1 roka od nadobudnutia právoplatnosti uvedených rozhodnutí došlo dňa 21.02.2015 k opakovanému porušeniu povinností, za ktoré bol účastník konania uznaný zodpovedným týmito rozhodnutiami, žalovaná toto konanie považuje za opakované odôvodňujúce použitie zvýšenej sadzby. Skutočnosť, že bola uložená úhrnná pokuta podľa ustanovenia vzťahujúceho sa na správny delikt najzávažnejší, neznamená, že ostatné konania neboli posudzované a sankcionované. Spáchanie ďalších správnych deliktov bola ako priťažujúca okolnosť zohľadnená pri určení pokuty v rámci sadzby pre najzávažnejší správny delikt podľa § 28 ods. 4 písm. g) zákona o potravinách. Žalovaná preto nesúhlasí so žalovaným, že iba v prípade opakovaného spáchania správneho deliktu podľa § 28 ods. 4 písm. g), teda za nesplnenie uložených opatrení, môže ísť o konanie opakované odôvodňujúce použitie zvýšenej sadzby. IV. Replika žalobcu 72.Žalobca v reakcii na vyjadrenie žalovaného k podanej žalobe v replike zo dňa 14.11.2016 zotrval na všetkých svojich žalobných dôvodoch a žiadal žalobnému návrhu vyhovieť. V. Právne posúdenie veci 73.Podľa § 2 ods. 1 SSP v správnom súdnictve poskytuje správny súd ochranu právam alebo právom chráneným záujmom fyzickej osoby a právnickej osoby v oblasti verejnej správy a rozhoduje v ďalších veciach ustanovených týmto zákonom. 74.Podľa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75.Podľa § 140 SSP, vo veciach toho istého žalobcu a totožného predmetu konania, ktoré už boli predmetom konania pred správnym súdom, v odôvodnení každého ďalšieho rozsudku správny súd poukáže už len na totožný rozsudok, prípadne stručne zopakuje jeho dôvody. 76.Podľa § 177 ods. 1 SSP správnou žalobou sa žalobca môže domáhať ochrany svojich subjektívnych práv proti rozhodnutiu orgánu verejnej správy alebo opatreniu orgánu verejnej správy. 77.Podľa § 190 ak správny súd po preskúmaní rozhodnutia alebo opatrenia žalovaného dospeje k záveru, že žaloba nie je dôvodná, rozsudkom ju zamietne. 78.Podľa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79.Podľa § 2 písm. a) zákona o potravinách, na účely tohto zákona sa rozumie potravinou látka alebo výrobok, ktoré sú spracované, čiastočne spracované alebo nespracované a sú určené na ľudskú spotrebu alebo pri ktorých sa odôvodnene predpokladá, že budú požité ľuďmi, vrátane nápojov, žuvačiek, všetkých látok vrátane pitnej vody, ktoré sú zámerne pridávané do potravín počas ich výroby, prípravy alebo úpravy, prídavných látok určených na predaj spotrebiteľom a potravín na osobitné výživové účely vrátane dietetických potravín na osobitné medicínske účely ustanovené osobitným predpisom. 80.Podľa § 4 ods. 1 zákona o potravinách, prevádzkovatelia sú povinní na všetkých stupňoch výroby, spracúvania a distribúcie, vrátane internetového predaja, dodržiavať požiadavky upravené týmto zákonom a osobitnými predpismi. 81.Podľa § 6 ods. 5 písm. a) a d) zákona o potravinách, na trh je zakázané umiestňovať potraviny a) iné ako bezpečné, d) po uplynutom dátume spotreby alebo dátume minimálnej trvanlivosti. 82.Podľa § 10 zákona o potravinách, ten, kto skladuje potraviny a zložky na ich výrobu, je povinný dodržiavať ustanovenia osobitného predpisu a a) zabezpečiť skladovanie len v takých priestoroch a za takých podmienok, aby sa zachovala ich bezpečnosť, kvalita a biologická hodnota potravín a surovín na ich výrobu, b) zabezpečiť čistotu skladovacích priestorov a manipulačného zariadenia a vykonávanie dezinfekcie, dezinsekcie a deratizácie podľa všeobecne záväzných právnych predpisov, c) kontrolovať skladované potraviny a zložky a ukladať ich spôsobom, ktorý umožní bezpečné vykonávanie ich kontroly, manipulácie s nimi, včasné zistenie zdraviu škodlivých potravín, potravín po dátume spotreby a po dátume minimálnej trvanlivosti a ich vyradenie z obehu a oddelené uloženie a zreteľné označenie výrobkov na iný než pôvodný účel, d) zabezpečiť oddelené skladovanie nezlučiteľných druhov výrobkov vzájomne ovplyvňujúcich bezpečnosť a kvalitu, 83.Podľa § 12 ods. 1 písm. h) zákona o potravinách, ten, kto predáva potraviny vrátane internetového predaja, nesmie predávať potraviny po uplynutí dátumu spotreby a dátumu minimálnej trvanlivosti; 84.Podľa § 18 ods. 1 zákona o potravinách, úradná kontrola potravín sa vykonáva a) na všetkých stupňoch výroby, spracúvania potravín a ich distribúcie, b) nad dovozom potravín z tretích krajín a vývozom, c) nad dodržiavaním podmienok zdravotnej spôsobilosti podľa osobitných predpisov určujúcich požiadavky na osobnú hygienu a hygienu osôb priamo alebo nepriamo zúčastnených na výrobe potravín, manipulácii s nimi a ich umiestnení na trh, d) nad dodržiavaním zákazu klamlivej reklamy potravín. 85.Podľa § 18 ods. 2 zákona o potravinách, úradnou kontrolou potravín sa overuje dodržiavanie požiadaviek ustanovených týmto zákonom a osobitnými predpismi v oblastiach a na účel uvedený v odseku 1; neuplatňuje sa, ak ide o metrologickú kontrolu a metrologický dozor, veterinárne kontroly podľa osobitného predpisu, ako aj kontrolu krmív podľa osobitného predpisu. 86.Podľa § 21 písm. c) a d) zákona o potravinách, orgány štátnej správy vo veciach úradnej kontroly potravín podľa tohto zákona a osobitných predpisov sú: štátna veterinárna a potravinová správa a regionálne veterinárne a potravinové správy. 87.Podľa § 23 ods. 1 zákona o potravinách, orgány štátnej veterinárnej a potravinovej správy uvedené v § 21 ods. 1 písm. c) a d) vykonávajú úradnú kontrolu potravín nad ich výrobou, v obchodnej sieti, pri manipulovaní s nimi a pri ich umiestňovaní na trh a) potravín živočíšneho pôvodu, b) potravín rastlinného pôvodu vrátane čerstvého ovocia, čerstvej zeleniny, zemiakov a ostatných poľnohospodárskych produktov v poľnohospodárskej prvovýrobe po zbere úrody, nápojov vrátane potravín s niektorými zložkami živočíšneho pôvodu, cukrárskych výrobkov, zmrzliny a vody v spotrebiteľskom balení, c) geneticky modifikovaných potravín, d) poľnohospodárskych produktov a potravín predávaných priamo konečnému spotrebiteľovi, e) poľnohospodárskych produktov a potravín označených údajmi podľa § 9b. 88.Podľa § 23 ods. 5 zákona o potravinách, orgány úradnej kontroly potravín v rámci svojej pôsobnosti ukladajú opatrenia a pokuty a prerokúvajú priestupky, ktoré zistia pri výkone úradnej kontroly. 89.Podľa § 28 ods. 2 písm. o) zákona o potravinách, orgán úradnej kontroly potravín uloží právnickej osobe alebo fyzickej osobe podnikateľovi pokutu od 100 eur do 100 000 eur, ak v rozpore s týmto zákonom alebo osobitnými predpismi porušuje zásady správnej výrobnej praxe, povinnosti a požiadavky na hygienu výroby potravín, manipulovania s nimi a pri ich umiestňovaní na trh. 90.Podľa § 28 ods. 4 písm. a) a i) zákona o potravinách, orgán úradnej kontroly potravín uloží právnickej osobe alebo fyzickej osobe podnikateľovi pokutu od 1 000 eur do 500 000 eur, ak v rozpore s týmto zákonom alebo osobitnými predpismi a) vyrába alebo umiestňuje na trh potraviny, ktoré nie sú bezpečné, sú zdraviu škodlivé a nevhodné na ľudskú spotrebu alebo sú skazené, a) umiestňuje na trh potraviny po uplynutí dátumu spotreby alebo po uplynutí dátumu minimálnej trvanlivosti. 91.Podľa § 28 ods. 6 zákona o potravinách, ak do jedného roka odo dňa nadobudnutia právoplatnosti rozhodnutia o uložení pokuty dôjde k opätovnému porušeniu povinností, za ktoré bola pokuta uložená podľa odsekov 1 až 3, orgán úradnej kontroly potravín uloží pokutu až do dvojnásobku výšky súm uvedených v odsekoch 1 až 3. 92.Podľa § 28 ods. 7 zákona o potravinách, ak do jedného roka odo dňa nadobudnutia právoplatnosti rozhodnutia o uložení pokuty dôjde k opakovanému porušeniu povinností, za ktoré bola uložená pokuta podľa odseku 4, orgán úradnej kontroly potravín uloží pokutu až do dvojnásobku sadzby pokuty podľa odseku 4. 93.Podľa § 28 ods. 9 zákona o potravinách, orgán úradnej kontroly potravín pri určení výšky pokuty prihliada na závažnosť, trvanie, následky protiprávneho konania, minulosť prevádzkovateľa a na to, či ide o opakované protiprávne konanie. 94.Podľa § 28 ods. 12 zákona o potravinách, na konanie o uložení pokuty sa vzťahuje všeobecný predpis o správnom konaní. 95.Podľa § 31 ods. 2 zákona o potravinách sa na konanie podľa tohto zákona vzťahujú všeobecné predpisy o správnom konaní okrem konania podľa § 20 ods. 9 a 12. 96.Podľa § 31 ad ods. 3 zákona o potravinách, prechodné ustanovenie k úprave účinnej od I. apríla 2015 - Konania začaté a právoplatne neskončené do 31. marca 2015 sa dokončia podľa zákona účinného do 31. marca 2015. 97.Podľa článku 5 ods. 1 Kapitoly II Nariadenia Európskeho parlamentu a Rady (ES) č. 852/2004 z 29. apríla 2004 o hygiene potravín, prevádzkovatelia potravinárskych podnikov musia určiť, zaviesť a zachovávať trvalý postup alebo postupy založené na zásadách HACCP 98.Podľa ods. l Prílohy II Kapitoly I Nariadenia Európskeho parlamentu a Rady (ES) č. 852/2004 z 29. apríla 2004 o hygiene potravín, potravinárske priestory sa musia udržiavať v čistote a v dobrom stave údržby. 99.Podľa ods. 10 Prílohy II Kapitoly I Nariadenia (ES) č. 852/2004, čistiace a dezinfekčné prostriedky sa nesmú skladovať v priestoroch, v ktorých sa manipuluje s potravinami 100.Podľa § 10 ods. 5 písm. f) Výnosu č. 28167/2007-OL, osobitné priestory musia byť vytvorené na odpad, ak nie je denne odvážaný, pričom odpad zo živočíšnych produktov a chladených alebo mrazených potravín musí byť chladený. 101.Podľa čl. 24 ods. 1 Nariadenie Európskeho parlamentu a Rady (EÚ) č. 1169/2011 z 25. októbra 2011 o poskytovaní informácií o potravinách spotrebiteľom, ak ide o potraviny, ktoré z mikrobiologického hľadiska rýchlo podliehajú skaze a z tohto dôvodu môžu po krátkom čase predstavovať bezprostredné nebezpečenstvo pre zdravie ľudí, dátum minimálnej trvanlivosti sa nahrádza dátumom spotreby. Po uplynutí dátumu spotreby sa potravina považuje za nebezpečnú v súlade s článkom 14 ods. 2 až 5 nariadenia (ES) č. 178/2002. 102.Podľa čl. 14 ods. 1 až 5 Nariadenia (ES) č. 178/2002 Európskeho parlamentu a Rady z 28. januára 2002, ktorým sa ustanovujú všeobecné zásady a požiadavky potravinového práva, zriaďuje Európsky úrad pre bezpečnosť potravín a stanovujú postupy v záležitostiach bezpečnosti potravín: 1. Potraviny sa nesmú umiestňovať na trhu, ak nie sú bezpečné. 2. Za nebezpečné sa budú považovať potraviny, ak sú: a) zdraviu škodlivé; b) nevhodné na ľudskú spotrebu. 3. Pri stanovovaní toho, či je niektorá potravina nebezpečná, sa bude brať ohľad na: a) obvyklé podmienky, v akých spotrebiteľ potravinu konzumuje a obvyklé podmienky v každom stupni výroby, spracúvania a distribúcie a b) informácie poskytované spotrebiteľovi, vrátane informácií na etikete alebo iné informácie všeobecne dostupné spotrebiteľovi, týkajúce sa vyhýbaniu sa konkrétnym nepriaznivým zdravotným účinkom určitej potraviny alebo kategórie potravín. 4. Pri určovaní, či niektorá potravina je škodlivá pre zdravie, bude sa brať ohľad: a) nielen na pravdepodobné bezprostredné a/alebo krátkodobé a/alebo dlhodobé účinky tejto potraviny na zdravie osôb, ktoré ju konzumujú, ale aj na nasledujúce generácie; b) na pravdepodobné kumulatívne toxické účinky; c) na mimoriadnu citlivosť v súvislosti so zdravím konkrétnej kategórie spotrebiteľov, ak je potravina určená pre túto kategóriu spotrebiteľov. 5.Pri určovaní toho, či je nejaká potravina nevhodná pre ľudskú spotrebu, sa musí brať ohľad na to, či je potravina neprijateľná pre ľudskú spotrebu podľa jej určeného použitia, a to z dôvodov kontaminácie vonkajším vplyvom alebo iným hnilobným procesom, pokazením alebo rozkladom. 103.Podľa čl. 54 ods. 1 Nariadenia Európskeho parlamentu a Rady (ES) č. 882/2004 z 29. apríla 2004 o úradných kontrolách uskutočňovaných s cieľom zabezpečiť overenie dodržiavania potravinového a krmivového práva a predpisov o zdraví zvierat a o starostlivosti o zvieratá, ak príslušný orgán zistí nedodržiavanie predpisov, bude konať tak, aby zabezpečil, aby prevádzkovateľ situáciu napravil. Príslušný orgán bude pri rozhodovaní o tom, ako bude konať, brať do úvahy povahu tohto nedodržiavania, ako aj minulosť prevádzkovateľa pokiaľ ide o nedodržiavanie predpisov. 104.Podľa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105.Podľa § 3 ods. 5 zákona o správnom konaní rozhodnutie správnych orgánov musí vychádzať zo spoľahlivo zisteného stavu veci. 106.Podľa § 46 Správneho poriadku, rozhodnutie musí byť v súlade so zákonmi a ostatnými právnymi predpismi, musí ho vydať orgán na to príslušný, musí vychádzať zo spoľahlivo zisteného stavu veci a musí obsahovať predpísané náležitosti. 107.Úlohou súdu v prejednávanej veci bolo preskúmať zákonnosť rozhodnutia žalovanej, ktorým bolo zmenené prvostupňové rozhodnutie Regionálnej veterinárnej potravinovej správy Bratislava - mesto č. k. 77/516/2016-163 zo dňa 15. marca 2016 tak, že za porušenie povinností ustanovených zákonom o potravinách, ktorých porušenie sa kladie žalobcovi za vinu a uvedených vo výroku napadnutého rozhodnutia bola uložená pokuta vo výške 5 000,- euro podľa § 28 ods. 4 písm. i) v spojení s § 28 ods.7 zákona o potravinách uložená pokuta vo výške 5 000,- €. 108.Pri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109.Kto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110.V administratívnom konaní, predmetom ktorého je zisťovanie správneho deliktu a uloženie sankcie zaň, je podstatné, či účastník správneho konania, ktorý sa mal svojim postupom dopustiť porušenia zákona, správny delikt spáchal a podmienky, za ktorých k spáchaniu došlo, ako aj následky ním vzniknuté môžu mať vplyv na výšku sankcie, ktorú zákon predpokladá za spáchanie správneho deliktu. 111.Úradná kontrola potravín, pri ktorej boli zistené nedostatky, ktoré sú predmetom tohto konania, bola vykonaná dňa 21.02.2015, čo možno považovať zároveň za čas spáchania zisteného správneho deliktu. Dňom 1. apríla 2015 nadobudol účinnosť zákon č. 30/2015 Z. z., ktorým sa mení a dopĺňa zákon č. 152/1995 Z. z. o potravinách. Zistené protiprávne konanie je správnym deliktom tak podľa zákona o potravinách účinného v čase jeho spáchania, ako aj podľa zákona o potravinách účinného v čase vydávania rozhodnutia. Žalovaná rešpektujúc zásadu zákazu retroaktivity právnej normy uvedenú v článku 50 ods. 6 Ústavy Slovenskej republiky (trestnosť činu sa posudzuje a trest sa ukladá podľa zákona účinného v čase, keď bol čin spáchaný; neskorší zákon sa použije, ak je to pre páchateľa priaznivejšie) a právnu úpravu podľa § 31ad ods. 3 zákona o potravinách, keď konanie začaté a právoplatne neskončené do 31. marca 2015 dokončila podľa zákona účinného do 31. marca 2015,podľa ktorého aj rozhodla. 112.Krajský súd v Bratislave, ako súd vecne príslušný na konanie vo veci podľa ust. § 10 SSP preskúmal napadnuté rozhodnutie v rozsahu žalobných dôvodov a dospel k záveru, že žalobu je potrebné zamietnuť s poukazom na ust. § 190 SSP. O žalobe súd rozhodol bez pojednávania dňa 27.09.2018, nakoľko boli splnené podmienky podľa ust. § 107 ods. 2 v spojení s ust. § 137 ods. 4 SSP. 113.K jednotlivým žalobným námietkam žalobcu správny súd uvádza nasledovné: 114.Žalobca v prvom rade namietal spôsob výkonu úradnej kontroly potravín a nepreskúmateľnosť záznamu o výkone úradnej kontroly. Správny súd túto námietku žalobcu o nezákonnosti kontroly nevyhodnotil ako dôvodnú, keď právomoc k výkonu úradnej kontroly potravín, pri kontrole povinnosti, pri výrobe potravín, manipulácii s nimi a ich umiestnení na trh, vyplýva pre žalovanú z ustanovenia § 18 ods. 1 a 2, § 21 písm. d) a § 23 ods. 1 zákona o potravinách v znení účinnom v čase výkonu kontroly, ako aj z Nariadenia Európskeho parlamentu a Rady (ES) č. 882/2004. 115.Ustanovenie § 1 ods. 3 zákona o potravinách vylučuje aplikáciu nariadenia č. 882/2004 len na vykonávanie úradných kontrol na overovanie dodržiavania predpisov o organizovaní spoločného trhu s poľnohospodárskymi výrobkami. Z článku 1 bod 1 nariadenia č. 882/2004, ktoré nie je z aplikácie zákona o potravinách vylúčené, je zrejmé, že úradná kontrola podľa nariadenia č. 882/2004 je vykonaná aj na zaručenie spravodlivých postupov v oblasti obchodu s krmivami a potravinami a ochranu záujmov spotrebiteľov vrátane označovania krmív a potravín a iných foriem informácií pre spotrebiteľa (článok 1 bod 1 písm. b/ nariadenia č. 882/2004). Ani z iných ustanovení nariadenia č. 882/2004 nevyplýva, že nariadenie č. 882/2004 nie je možné aplikovať v postupe podľa zákona o potravinách. 116.Nariadenie 882/2004 prenecháva národným vládam úpravu orgánov a ich kompetenciu, pri úradných kontrolách. Zákon o potravinách právomoc vykonávať úradné kontroly potravín delegoval na orgány vymedzené v § 21 citovaného zákona. Orgány, ktoré sú kompetentné vykonávať úradnú kontrolu potravín sú Štátna veterinárna a potravinová správa Slovenskej republiky a jednotlivé regionálne veterinárne a potravinové správy. Úradná kontrola je vykonávaná prostredníctvom zamestnancov - kontrolórov - inšpektorov (§ 23 ods. 10 a 11 zák. o potravinách). 117.V prejednávanej veci kontrolu vykonali traja kontrolóri Regionálnej a potravinovej správy Bratislava - mesto, ktorí sú v Zázname o úradnej kontrole zo dňa 21.02.2015 označení menom, priezviskom, funkciou a číslom služobného preukazu. Títo inšpektori aj fyzicky protokol o kontrole podpísali. Žalobca hodnovernosť záverov uvedených v zázname o úradnej kontrole nespochybnil, nespochybnil skutkové závery, ktoré boli východiskom pre konanie a rozhodovanie žalovanej a prvostupňového orgánu verejnej správy. Podľa názoru súdu námietka žalobcu o nezákonnosti kontroly je nedôvodná a účelová, keď táto námietka nijakým spôsobom nespochybňuje skutkové zistenia kontrolórov (konkrétne porušenia povinností žalobcu na konkrétnom skutkovom základe), ktoré boli podkladom pre vydanie napadnutého rozhodnutia. 118.Žalobca taktiež tvrdil, že úradná kontrola potravín bola vykonávaná bez prítomnosti žalobcu, resp. jeho zástupcu a je nezákonná z dôvodu, že k zisteniam, k postupom a k metódam úradnej kontroly potravín sa nemohol vyjadriť a považoval obsah záznamu o výkone úradnej kontroly potravín za nedostatočne konkrétny, ktorým nebol spoľahlivo zistený skutkový stav a ktorý neobsahuje prílohy, nie je žurnalizovaný a podľa žalobcu, nie je možné z neho identifikovať priebeh kontroly. K uvedenej námietke správny súd uvádza, že zodpovedný zamestnanec kontrolovaného subjektu v zázname o úradnej kontrole potravín uviedol, že jeho obsah berie na vedomie a žiadne skutočnosti nenamietal. Po oboznámení sa s obsahom administratívneho spisu súd konštatuje, že záznam o úradnej kontrole potravín je zrozumiteľný, z jeho obsahu sú zrejmé pochybenia žalobcu, obsahuje v časti V. podpis zástupcu žalobcu prítomného pri kontrole, možnosť jeho vyjadrenia, ktoré žalobca nevyužil. Z obsahu záznamu o úradnej kontrole potravín je zrejmé, že sa žalobca prostredníctvom vedúceho prevádzky, v ktorej bola vykonávaná úradná kontrola potravín, s jeho obsahom oboznámil, ako aj s prílohami k nemu, mal sa možnosť ku kontrolovaným zisteniam vyjadriť, čo však napokon v podaní zo 17.02.2016 vo vyjadrení urobil, v ktorom konštatoval, že výrobky po uplynutí dátumu spotreby a dátumu minimálnej trvanlivosti okamžite stiahol z predaja a zabezpečil ich likvidáciu podľa platnej legislatívy a vnútorných predpisov spoločnosti. Poukázal, že v žiadnom prípade nešlo o cielený, respektíve úmyselný predaj týchto nezhodných produktov, za hrubé porušenie pracovnej disciplíny rozviazal s pracovníkmi filiálky oddelenia lahôdok pracovný pomer. Všetky uložené opatrenia namieste inšpektormi boli v plnom rozsahu splnené. Z uvedeného vyplýva, že kontrolné zistenia a porušenia žalobca nerozporoval. 119.Žalobca ďalej namietal, že pri výkone úradnej kontroly potravín došlo k porušeniu práva na spravodlivý proces a jeho práva na ochranu súkromia podľa článku 8 dohovoru. Súd neprisvedčil ani tejto žalobcovej námietke a v súlade s ust. § 140 SSP odkazuje na odôvodnenie rozsudku Najvyššieho súdu Slovenskej republiky sp. zn. 7Sžo/262/2015 zo dňa 27.09.2017. V odôvodnení rozsudku najvyšší súd uviedol, že: „Článok 8 dohovoru zakotvuje právo na rešpektovanie rodinného a súkromného života (korešponduje s článkom 11 Listiny základných práv a slobôd a s článkom 21 Ústavy Slovenskej republiky), pričom sa jedná o právo, ktoré nie je absolútne (článok 8 ods. 2 dohovoru a článok 15 dohovoru), možno ho obmedziť. Zo znenia článku 8 dohovoru ďalej vyplýva, že sú ním chránené štyri súvisiace záujmy - súkromie, rodinný život, obydlie a korešpondencia. Žalobca namieta zásah žalovaného (štátu) do jeho obydlia - podnikateľských priestorov. Európsky súd pre ľudské práva (ďalej v texte ako „európsky súd") definoval vo svojej rozhodovacej činnosti pojem obydlie ako miesto, fyzicky vymedzené územie, kde sa rozvíja súkromný a rodinný život (Rozsudok Európskeho súdu pre ľudské práva Giacomelli proti Taliansku z 2. novembra 2006, sťažnosť č. 59909/00). Vnímanie pojmu obydlie vo vzťahu k rozvíjaniu súkromného a rodinného života je v zmysle rozhodovacej činnosti európskeho súdu vedúcim princípom pri jeho výklade v súvislosti s aplikáciou článku 8 dohovoru (KRATOCHVÍL, J. In: KMEC, J., KOSAŘ, D., KRATOCHVÍL, J., BOBEK, M. Europská úmluva o lidských právech. Komentář. 1. vydání. Praha : C. H. Beck, 2012, s. 874 a nasl.). V Rozsudku Európskeho súdu pre ľudské práva Société Colas Est proti Francúzsku zo 16. apríla 2002, sťažnosť č. 37971/97, na ktorý poukazuje aj žalobca, však európsky súd z tejto línie vybočil a uviedol bez bližšieho zdôvodnenia, že nastal čas rozhodnúť, že za istých okolností práva garantované článkom 8 dohovoru môžu byť vyložené tak, že zahŕňajú aj právo na rešpektovanie registrovaného sídla spoločnosti, jeho pobočiek a iných obchodných priestorov (bližšie pozri aj POPOVIC, D. Protection of business premises under the European Convention on Human Roghts. Constitutional Law Review, 2009, č. 1). Prejudikatúrou k tomuto rozhodnutiu bol najmä Rozsudok Európskeho súdu pre ľudské práva vo veci Niemietz proti Nemecku zo 16. decembra 1992, sťažnosť č. 13710/88). Obdobný prístup k širšiemu výkladu pojmu obydlie zastáva i Spolkový Ústavný Súd Nemecka, podľa ktorého pojem obydlie (Wohnung) v zmysle článku 13 Grundgesetz für die Bundesrepublik Deutschland, ktorým je garantované právo na nedotknuteľnosť obydlia, treba vykladať tak, že zahŕňa aj predajne, kancelárske priestory, prevádzkarne živností, remeselnícke výrobne, sklady a iné miesta, kde sa vykonáva pracovná či podnikateľská činnosť. Nemecká doktrína vychádza z názoru, že autonómne napĺňanie súkromného života a pracovné aktivity spolu úzko súvisia a nemožno ich od seba oddeliť. Dokonca ani otvorenie obchodných priestorov verejnosti nevedie k strate ich nedotknuteľnosti obydlia (bližšie pozri MANGOLDT, H., KLEIN, F., STARCK, Ch.: Kommentar zum GG, Band I., 5. vyd., Verlag Franz Vahlen, München 2005). Odvolací súd preto súhlasí s názorom vysloveným žalobcom, že právo na rešpektovanie súkromného života sa neaplikuje na právnické osoby v celej šírke, avšak i právnické osoby sú nositeľmi práva na nedotknuteľnosť obydlia - podnikateľských priestorov. Odvolací súd nie je bezpochyby (mimo rozumnú pochybnosť) presvedčený o tom, že len samotnú úradnú kontrolu potravín možno považovať za zásah v zmysle článku 8 dohovoru. I napriek tomu v konkrétnom prípade pristúpil k vykonaniu testu proporcionality, ktorý ako metodologický a analytický koncept slúži na to, aby súd mohol posúdiť, či zásah do práva alebo slobody je alebo nie je v súlade s Ústavou Slovenskej republiky, s Listinou základných práv a slobôd, resp. s dohovorom (konkrétny test). Odvolací súd však v úvode poukazuje na Rozsudok Najvyššieho súdu Slovenskej republiky z 2. februára 2016, sp.zn. 4Sžnz 5/2015, podľa ktorého vykonanie úradnej kontroly potravín v súlade so zákonom nie je samo o sebe porušením práva na rešpektovanie súkromného života podľa článku 8 dohovoru. Odvolací súd je toho názoru, že namietané obmedzenie práva bolo vykonané na základe zákona o potravinách a zákona o veterinárnej starostlivosti - právnych predpisov, ktoré musia spĺňať podmienky ich dostupnosti a predvídateľnosti. Dostupnosťou právneho predpisu treba rozumieť nielen teoretickú ale i faktickú možnosť sa s ním oboznámiť. Zákon o potravinách bol vyhlásený v Zbierke zákonov Slovenskej republiky v čiastke 51/1995 v súlade so zákonom č. 1/1993 o Zbierke zákonov Slovenskej republiky. Zákon o veterinárnej starostlivosti bol vyhlásený v Zbierke zákonov Slovenskej republiky v čiastke 28/2007, taktiež v súlade so zákonom č. 1/1993 o Zbierke zákonov Slovenskej republiky. Jednotlivé zákony, ktoré novelizovali zákon o potravinách a zákon o veterinárnej starostlivosti boli taktiež vyhlásené v Zbierke zákonov Slovenskej republiky v súlade so zákonom č. 1/1993 o Zbierke zákonov Slovenskej republiky a zákonom č. 400/2015 o tvorbe právnych predpisov a o Zbierke zákonov Slovenskej republiky a o zmene a doplnení niektorých zákonov. Vo vzťahu k faktickej možnosti oboznámenia sa so zákonom o potravinách a zákonom o veterinárnej starostlivosti odvolací súd uvádza, že žalobca mal možnosť bezplatného prístupu k aktualizovanému zneniu zákona na portáli www.slov-lex.sk &lt;http:// www.slov-lex.sk&gt; a v minulosti na portáli www.jaspi.justice.gov.sk &lt;http://www.jaspi.justice.gov.sk&gt;, ale aj možnosť získania aktualizovaného znenia zákona v listinnej alebo elektronickej podobe za primeraný poplatok. Vo vzťahu k predvídateľnosti treba uviesť, že v zmysle rozhodovacej činnosti európskeho súdu má byť právo formulované s dostatočnou presnosťou, aby umožňovalo - v prípade potreby s príslušnou pomocou - predvídať, v miere určenej okolnosťami prípadu, dôsledky, ktoré môže mať dané konanie (pozri Rozsudok veľkého senátu Európskeho súdu pre ľudské práva vo veci Gorzelik a ďalší proti Poľsku zo 17. februára 2004, sťažnosť č. 44158/98). V danom prípade nie sú odvolaciemu súdu známe pochybnosti o výklade zákona o potravinách a zákona o veterinárnej starostlivosti vo vzťahu k uplatňovaniu článku 8 dohovoru pri výkone úradnej kontroly potravín už s poukazom na vyššie citované rozhodnutie Najvyššieho súdu Slovenskej republiky. Rovnako odvolací súd nemá vedomosť o judikatórnych odklonoch, obsahovo rozpornej judikatúre, či prekročení právomoci súdu pri rozhodovacej činnosti vo vzťahu k aplikácii zákona o potravinách a zákona o veterinárnej starostlivosti vo vzťahu k porušeniu článku 8 dohovoru pri výkone úradnej kontroly potravín. Podmienku svojvoľnej aplikácie v súlade s rozhodovacou činnosťou európskeho súdu bude skúmať odvolací súd až pri teste proporcionality stricto sensus (pozri Rozsudok veľkého senátu Európskeho súdu pre ľudské práva S. a Marper proti Spojenému kráľovstvu z 4. decembra 2008, sťažnosť č. 30562/04). Po vykonaní testu legality dospel odvolací súd k záveru, že podmienky pre jeho úspešnosť boli splnené a pristúpil k ďalšiemu kroku testu proporcionality. V teste nevyhnutnosti odvolací súd skúma, či obmedzenie predmetného práva bolo vykonané v nevyhnutnej miere v demokratickej spoločnosti. Nevyhnutnosť treba v zmysle ustálenej judikatúry európskeho súdu posudzovať ako „naliehavú spoločenské potrebu" pre vykonanie zásahu. Rozsah posudzovania naliehavej spoločenskej potreby však vždy ovplyvňuje povaha cieľov obmedzenia a povaha činností, ktoré majú obmedzovať predmetné právo. Odvolací súd zastáva konštantne názor, že len výnimočne možno tvrdiť, že úradná kontrola zameraná na dodržiavanie podmienok stanovených v zákone o potravinách nie je nevyhnutná, nakoľko nedodržiavaním ustanovení zákona o potravinách môže dôjsť k priamemu ohrozeniu, či poškodeniu ľudského zdravia a života. Ľudské zdravie a ľudský život podliehajú najvyššej ochrane a je preto viac ako nevyhnutné, aby dochádzalo k častým a intenzívnym kontrolám, ktorých cieľom je predchádzať ohrozeniu, či poškodeniu života a zdravia. Vo vzťahu k pojmu demokratická spoločnosť je potrebné splniť dva znaky, a to toleranciu a veľkorysosť (viac v Rozsudku pléna Európskeho súdu pre ľudské práva z 22. októbra 1981 vo veci Dudgeon proti Spojenému kráľovstvu, sťažnosť č. 7525/76). Súd je však povinný skúmať aj to, či zákonná úprava a prax poskytuje jednotlivcovi zodpovedajúce a účinné záruky pre zneužitie práva (Rozsudok Európskeho súdu pre ľudské práva vo veci Smirnov proti Rusku zo 7. júna 2007, sťažnosť č. 71362/01). Odvolací súd ďalej zdôrazňuje, že v tomto prípade vnútroštátne právo oprávňuje orgány úradnej kontroly potravín vykonať vstup do prevádzky ako aj kontrolu bez súdneho príkazu. Inšpektori v prejednávanej veci postupovali plne v zmysle oprávnení, ktoré im priznáva zákon o potravinách. Zamestnanci orgánov úradnej kontroly potravín vykonávajúci úradné kontroly potravín sú pri výkone kontroly oprávnení vstupovať v prevádzkovom čase do priestorov, v ktorých sa potraviny vyrábajú, manipuluje sa s nimi alebo sa umiestňujú na trh, požadovať od prevádzkovateľa vysvetlenie, informácie, údaje, doklady a iné písomnosti na výkon kontroly a nazerať do nich a vyhotovovať fotografickú dokumentáciu, ak to považujú za potrebné; ak sú tieto súčasťou obchodného tajomstva, sú zamestnanci orgánov úradnej kontroly potravín povinní o týchto skutočnostiach zachovávať mlčanlivosť (§ 20 ods. 8 zákona o potravinách), a preto výklad prezentovaný žalobcom v súvislosti so zásahom do súkromia právnickej osoby kontrolnými orgánmi v obchodných priestoroch súd považuje za nesprávny. Zákon o potravinách navyše umožňuje, aby sa dotknutý subjekt mohol v prípade, ak je toho názoru, že prišlo k porušeniu zákona pri úradnej kontrole potravín v prevádzke hneď, najneskôr do piatich dní od realizácie kontroly, brániť podaním námietok (§ 20 ods. 11 zákona o potravinách). A v konaní o námietke možno preskúmať aj všetky výhrady, ktoré súvisia s postupom žalovaného pri úradnej kontrole potravín. Odvolací súd taktiež konštantne uvádza, že v prípadoch, v ktorých zákon nevyžaduje súhlas súdu na vstup do prevádzky právnických osôb, možno nedostatok súhlasu súdu na prehliadku vyvážiť súdnou kontrolou zákonnosti a nevyhnutnosťou šetrenia vykonanou ex post facto (pozri Rozsudok Najvyššieho súdu Slovenskej republiky z 2. februára 2016, sp.zn. 4Sžnz 5/2015). Test vhodnosti a racionálneho prepojenia v sebe zahŕňa požiadavku, aby obmedzenie predmetného práva sledovalo právom aprobovaný cieľ a existovalo racionálne prepojenie medzi týmto cieľom a obmedzením predmetného práva. Cieľom vykonávania úradných kontrol potravín je podľa názoru odvolacieho súdu najmä ochrana života a zdravia spotrebiteľov, sekundárne však aj ochrana verejného zdravia. Článok 8 ods. 2 dohovoru umožňuje štátnym orgánom zásah do výkonu tohto práva okrem iného aj z dôvodu ochrany zdravia a ochrany verejnej bezpečnosti. Na základe toho považuje odvolací súd za preukázané, že vo vzťahu k vykonávaniu úradnej kontroly potravín existuje právom aprobovaný cieľ. Tento cieľ možno bezpochyby dosiahnuť vykonávaním pravidelných úradných kontrol potravín. V zmysle ustálenej judikatúry pritom nie je potrebné sledovať efektívnosť úradných kontrol potravín, ale len empirické a faktické ukazovatele. Po vykonaní testu vhodnosti a racionálneho prepojenia dospel odvolací súd k záveru, že podmienky pre jeho úspešnosť boli splnené. Žalobca je obchodná spoločnosť s celoslovenskou pôsobnosťou. Je jednou z najrozšírenejších obchodných sietí na území Slovenskej republiky, ktorej predmetom podnikania je aj predaj potravinárskych výrobkov (potravín), ktorý predstavuje nezanedbateľnú zložku predmetu podnikania. Jedná sa o obchodný reťazec, ktorý je desaťročia na slovenskom trhu etablovaný a neustále rozširuje svoje prevádzky. Žalobca je podnikateľským subjektom, ktorý v súvislosti s predajom potravín rôzneho druhu musí dodržiavať právne normy upravujúce predaj, manipuláciu, uskladňovanie, ako i iné nakladanie s potravinami. Dodržiavanie noriem upravujúcich bezpečnosť a hygienu potravín vyplýva žalobcovi nielen zo slovenskej právnej úpravy a únijného práva, ale je aj východiskom pre zabezpečenie dobrého mena žalobcu ako obchodníka, najmä v spotrebiteľskej verejnosti. Práve nosný predmet podnikania žalobcu kladie na neho dôsledné si plnenie povinností v súvislosti s dodržiavaním všetkých relevantných právnych predpisov upravujúcich bezpečnosť a hygienu potravín. Práve uvedené skutočnosti a pozícia žalobcu kladú na žalobcu požiadavky prísneho dodržiavania bezpečnosti a hygieny potravín, s ktorými nakladá. Pozícia žalobcu preto logicky musí prevýšiť jeho právo na súkromie (v súvislosti s podnikateľskými priestormi žalobcu), najmä v súvislosti s kontrolnou činnosťou štátnych orgánov v oblasti bezpečnosti a hygieny potravín. Preto nemohlo dôjsť v prípade žalobcu k porušeniu práva žalobcu na súkromie (článok 8 odstavec 1 Dohovoru), v teste proporcionality, ktorú odvolací súd v prejednávanej veci vykonal a nemohlo byť toto právo žalobcu nadradené nad ochranou zdravia verejnosti (článok 8 odstavec 2 Dohovoru). Čo iné, než ochrana zdravia občanov (spotrebiteľov), môže byť nadradené právu žalobcu na súkromie, keď žalobca s komoditou - potraviny podniká. O iné vyhodnotenie testu proporcionality by sa jednalo v prípade, keby predmetom podnikania žalobcu bol predaj iných výrobkov, než potravín, napríklad elektroniky, strojárskych výrobkov a podobne. Na základe vyššie uvedeného podľa odvolacieho súdu jednoznačne vyplýva, že vykonávanie úradných kontrol potravín a odber vzoriek vykonávajú v rámci svojho pôsobenia regionálne veterinárne a potravinové správy prostredníctvom inšpektorov a ich vykonávaním v súlade so zákonom o potravinách, tak ako tomu bolo v prejednávanom prípade nemohlo byť porušené v danej veci právo na súkromie podľa článku 8 dohovoru. Taký výklad, aký uvádza žalobca by nepochybne šiel nad rámec jeho dikcie, pretože keby tomu tak bolo, každý spotrebiteľ by už vstupom do prevádzky zasiahol do súkromia a nedotknuteľnosti žalobcu, čo by bolo v rozpore so samotným účelom ním vykonávanej činnosti, ktorou je predaj potravín. Odvolací súd preto považuje úradnú kontrolu potravín vykonanú 14. januára 2014 v čase od 15.00 hod. do 21.15 hod. v prevádzkovej jednotke za zlučiteľnú s obmedzením práva na rešpektovanie súkromného a rodinného života podľa článku 8 ods. 2 dohovoru, ktoré prislúcha žalobcovi.“ 120.Súd mal z dokazovania vykonaného žalovaným orgánom verejnej správy nesporne preukázané, že žalobca v čase vykonania úradnej kontroly umiestňoval na trh a predával potraviny po uplynutí dátumu minimálnej trvanlivosti, čím porušil ustanovenie § 4 ods. 1 v spojení s § 6 ods. 5 písm. d) a § 12 ods. 1 písm. h) zákona o potravinách, čím podľa žalovanej naplnil skutkovú podstatu iného správneho deliktu podľa § 28 ods. 4 písm. a) a písm. i) v spojení s § 28 ods. 7 zákona o potravinách. 121.Žalobca v súvislosti s uvedeným namietal, že žalovaná vec nesprávne právne posúdila. Žalobca tvrdí, že sa nedopustil správneho deliktu spočívajúceho v umiestňovaní na trh potravín iných ako bezpečných, ktorý vyplýva z ust. § 6 ods. 5 písm. a) zákona o potravinách z dôvodu, že potraviny po uplynutom dátume spotreby nie je možné automaticky považovať za potraviny iné ako bezpečné, pričom žalovaná v rozhodnutí o odvolaní nepreukázala, že žalobca predával potraviny iné ako bezpečné. 122.Súd ani túto námietku žalobcu neuznal dôvodnou, nakoľko z čl. 24 ods. l Nariadenia (ES) č. l169/2011 vyplýva, že po uplynutí dátumu spotreby sa potravina považuje za nebezpečnú v súlade s článkom 14 ods. 2 až 5 nariadenia (ES) č. 178/2002. Podľa názoru súdu žalovaná správne vyhodnotila zistený skutkový stav za použitia čl. 24 ods. 1 Nariadenia (ES) č. 1169/2011, v zmysle ktorého bez ďalšieho preukazovania sa považuje potravina umiestnená na trh po uplynutí dátumu spotreby automaticky za nebezpečnú. Pre účely správneho trestania nie je rozhodujúce, či bola potravina vyhodnotená ako nebezpečná pre predaj po uplynutí dátumu spotreby, alebo bola vyhodnotená ako nebezpečná - nevhodná na ľudskú spotrebu či zdraviu škodlivá pre iné dôvody (napr. hnilobný proces, rozklad atď.). 123.Obidva správne delikty vymedzené v ust. § 6 písm. a) a d) zákona o potravinách sú zahrnuté v ust. § 28 ods. 4 písm. a) a i) cit. zák., uvádzajúcom správne delikty najprísnejšie postihnuteľné, podľa ktorého orgán úradnej kontroly uloží pokutu v rozpätí od 1 000,- € do 500 000,- eur za obidva správne delikty. 124.Všeobecné znaky skutkových podstát jednotlivých iných správnych deliktov (t.j. znaky, ktoré charakterizujú určité konania ako konanie protiprávne), sú popísané v § 28 ods. 1, 2, 3, 4 zákona o potravinách. Výška sadzby pokút vyplýva zo závažnosti porušenia ust. § 6 písm. a) a d) cit. zákona. Nakoľko potraviny po uplynutí dátumu spotreby a po uplynutí dátumu minimálnej trvanlivosti je zakázané umiestňovať na trh, prevádzkovateľ bol povinný ihneď po ich identifikácii ich stiahnuť z trhu. 125.Podľa názoru súdu žalovaná nepochybila, keď konštatovala, že žalobca naplnil všetky znaky skutkovej podstaty iného správneho deliktu podľa § 28 ods. 4 písm. a), t.j. že umiestňuje na trh potraviny, ktoré nie sú bezpečné a podľa § 28 ods. 4 písm. i) zákona o potravinách, t.j. že umiestňuje na trh potraviny po uplynutí dátumu spotreby. Za uvedené porušenia zákona o potravinách uložila žalobcovi pokutu vo výške 5000,- euro podľa § 28 ods. 4 písm. i) v spojení s § 28 ods. 7 zákona o potravinách a nie je podľa § 28 ods. 4 písm. a) zákona o potravinách. 126.Žalobca namietal i nesprávnu právnu kvalifikáciu žalovanou, pretože neboli naplnené podmienky pre uplatnenie zvýšenej sadzby v zmysle ust. § 28 ods. 7 zákona o potravinách s poukazom na rozhodnutie RVPS BA č.k. 141/917/2014-163 zo dňa 07.04.2013, ktorým bola uložená pokuta podľa ust. § 28 ods. 4 písm. g) zákona o potravinách vo výške 4.000,- eur a rozhodnutie RVPS BA, č.k. 351/2660/2014-163 zo dňa 26.10.2014, ktorým bola uložená úhrnná pokuta 4.500,- eur podľa ust. § 28 ods. 4 písm. g) zákona o potravinách a v preskúmavanej veci bola žalobcovi uložená úhrnná pokuta vo výške 5.000,- eur podľa ust. § 28 ods. 4 písm. i) zákona o potravinách v spojení s ust. § 28 ods. 7 zákona o potravinách. Domnieva sa, že použitie § 28 ods. 7 zákona o potravinách je možné len v prípade, ak by pri kontrole zo dňa 21.02.2015 bolo zistené porušenie podľa § 28 ods. 4 písm. g) zákona o potravinách, čo sa v danom prípade nenastalo. 127.Kvalifikované skutkové podstaty jednotlivých správnych deliktov, ktoré dopĺňajú základné skutkové podstaty uvedené v § 28 ods. 1, 2, 3 sú uvedené v ust. § 28 ods. 6, 7, 8 a z dôvodu opakovanosti konania sprísňujú postih za vymedzené správne delikty. 128.Súd neuznal dôvodnou ani túto námietku žalobcu z nasledovných dôvodov: 129.Prvostupňový orgán verejnej správy vo výroku i v odôvodnení napadnutého rozhodnutia poukázal na právoplatné správne rozhodnutia, ktoré nadobudli právoplatnosť dňa 29.04.2014 a z 19.11.2014. Je nesporné, že k zisteniu porušení zo strany žalobcu došlo pri výkone úradnej kontroly potravín dňa 21.02.2015. Žalobca obsah rozhodnutí, ktoré uviedol, či už prvostupňový orgán verejnej správy, ako aj žalovaná v rozhodnutiach, ktorými bola právoplatne uložená pokuta žalobcovi v súvislosti s porušením jeho povinnosti, nespochybňoval. 130.Žalovaná vo výrokovej časti identifikuje, za ktoré porušenie zákona pokutu žalobcovi ukladá. Obsah právoplatných správnych rozhodnutí o uložení pokuty žalobca relevantne nespochybnil. Pre aplikáciu § 28 ods. 7 boli relevantné rozhodnutia č.k. 141/917/2014-163 zo dňa 07.04.2013, právoplatné 29.04.2014 a rozhodnutie RVPS BA, č.k. 351/2660/2014-163 zo dňa 26.10.2014, právoplatné 19.11.2014, keď k porušeniu povinností v preskúmavanej veci došlo 21.02.2015. 131.Pokuty uložené uvedenými právoplatnými správnymi rozhodnutiami boli uložené za porušenie povinností upravených v § 28 ods. 4 písm. g/ (sťažuje alebo marí výkon úradnej kontroly potravín tým, že zamestnancom orgánu úradnej kontroly bráni vykonávať činnosti uvedené v § 18 až 20 alebo v určenej lehote nevykoná nimi uložené opatrenia, alebo nedodržiava záväzné pokyny orgánov úradnej kontroly, nezabezpečí stiahnutie potravín z obehu, ktoré nespĺňajú požiadavky podľa tohto zákona alebo osobitných predpisov, a nespolupracuje s orgánom úradnej kontroly potravín). Žalobca porušil (skutok 7 výroku rozhodnutia žalovanej) ustanovenia § 28 ods. 4 písm. a), i) zákona o potravinách. 132.Aplikácia § 28 ods. 7 zákona o potravinách bola v prejednávanej veci relevantná vo vzťahu k pokute uloženej pri skutku 7 rozhodnutia žalovanej. Vo vzťahu k tomuto skutku bolo možné uložiť pokutu v rozmedzí od 1 000,- eur do 500 000,- eur v dvojnásobnej výške, v rozmedzí od 2 000,- eur do 1 000 000,- eur. 133.Pri uložení pokuty za 7 skutkov bolo potrebné aplikovať absorpčnú zásadu a uložiť pokutu v rozmedzí najvyššej sadzby určenej pre jednotlivé porušenia a skutky. 134.V prípade porušenia povinnosti pri skutku 2 až 5 vymedzených v rozhodnutí žalovanej (§ 28 ods. 2 písm. o) zákona o potravinách) bola sadzba pre uloženie pokuty od 100,- eur do 100 000,- eur, pri skutkoch 1 a 6 (§ 28 ods. 2 písm. o) v spojení s ust. § 28 ods. 6 zákona o potravinách) taktiež od 100,- eur do 100 000,- eur, s možnosťou zvýšenia na dvojnásobok, t.j. od 200,- eur do 200 000,- eur. 135.S poukazom na uvedené správny súd konštatuje, že uložená pokuta vo výške 5000,- eur pri všetkých skutkoch vymedzených vo výroku preskúmavaného rozhodnutia je na spodnej hranici zákonnej sadzby. Žalovaný konštatoval pri rozhodovaní o výške pokuty aplikáciu § 28 ods. 7, pokuta bola však uložená, aj za porušenie povinností pri skutkoch 1 až 6. Žalovaná pri určení výšky pokuty fakticky podľa § 28 ods. 7 zákona o potravinách ani nepostupovala, k takémuto postupu by došlo v prípade, keby pokuta bola uložená vo výške presahujúcej 500 000,- eur. Správny súd námietku žalobcu, ktorý namietal nezákonnosť postupu orgánov verejnej správy pri aplikácii § 28 ods. 7 zákona č. 152/1995 Z.z., vyhodnotil ako nedôvodnú. 136.Záverom správny súd uvádza, že odvolacie konanie tvorí jeden celok s konaním na prvom stupni. Odvolací orgán považoval prvostupňové rozhodnutie za vecne správne, a preto ho potvrdil, pričom v odôvodnení rozhodnutia sa vysporiadal so všetkými námietkami vznesenými žalobcom v podanom odvolaní proti prvostupňovému rozhodnutiu a v tomto smere rozšíril, respektíve doplnil odôvodnenie rozhodnutia, v ktorom dôslednejšie ozrejmil zistený skutkový stav i správnu úvahu, na základe ktorej dospel k správnemu právnemu záveru. Zároveň správny súd poukazuje na rozhodnutie Najvyššieho súdu Slovenskej republiky sp. zn. 4Sž 98-102/02, podľa ktorého dôvodom k zrušeniu rozhodnutia správneho orgánu môže byť len taká vada, ktorá mohla mať vplyv na zákonnosť rozhodnutia. Rozhodnutie sa nezrušuje preto, aby sa zopakoval proces a odstránili formálne vady, ktoré nemôžu privodiť vecne iné, či výhodnejšie rozhodnutie pre účastníka. 137.Krajský súd v Bratislave vzhľadom na vyššie uvedené dôvody dospel k záveru, že námietky žalobcu neodôvodňujú zrušenie napadnutého rozhodnutia. Postup žalovanej, ako aj preskúmavané rozhodnutie a v ňom prijaté závery boli súladné so zákonom, s námietkami žalobcu sa orgány verejnej správy vysporiadali dostačujúcim spôsobom ako v prvostupňovom, tak aj v druhostupňovom rozhodnutí a z odôvodnenia napadnutých rozhodnutí je zrejmé, na základe akej správnej úvahy orgán verejnej správy zistený skutkový stav posúdil. S poukazom na uvedené správny súd postupom podľa § 190 SSP žalobu zamietol. 138.O trovách konania bolo rozhodnuté podľa § 168 SSP a v konaní úspešnému žalovanému orgánu verejnej správy súd právo na náhradu trov konania nepriznal. 139.Toto rozhodnutie senát Krajského súdu v Bratislave prijal pomerom hlasov 3:0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https://www.kauzis.sk/judikatura/r/ECLI:SK:KSBA:2018:1016201626.1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