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6S/262/2016 z 14. 3. 2018</w:t>
      </w:r>
    </w:p>
    <w:p>
      <w:r>
        <w:t>Uznesenie Krajského súdu Bratislava z 14. marca 2018, sp. zn. 6S/262/2016, ECLI:SK:KSBA:2018:1016202528.2</w:t>
      </w:r>
    </w:p>
    <w:p>
      <w:r>
        <w:t>Súd: Krajský súd Bratislava</w:t>
      </w:r>
    </w:p>
    <w:p>
      <w:r>
        <w:t>Spisová značka: 6S/262/2016</w:t>
      </w:r>
    </w:p>
    <w:p>
      <w:r>
        <w:t>ECLI: ECLI:SK:KSBA:2018:1016202528.2</w:t>
      </w:r>
    </w:p>
    <w:p>
      <w:r>
        <w:t>Dátum vydania: 14.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6S/262/2016 Identifikačné číslo súdneho spisu: 1016202528 Dátum vydania rozhodnutia: 15. 03. 2018 Meno a priezvisko sudcu, VSÚ: JUDr. Andrea Krišková ECLI: ECLI:SK:KSBA:2018:1016202528.2 Uznesenie Krajský súd v Bratislave ako správny súd v právnej veci žalobkýň: 1. L. X., K. XXH, XXX XX B., 2. A. Q., B. XX, XXX XX B., zast.: AK Majerník &amp; Miháliková, s.r.o., JUDr. Andrej Majerník, advokát, Cukrová 14, 811 08 Bratislava, proti žalovanému: Okresný úrad Bratislava, Odbor všeobecnej vnútornej správy, Tomášiková 46, 832 05 Bratislava, v konaní o preskúmanie zákonnosti rozhodnutia sp. zn. OU-BA- OVVS1-2016/74436 zo dňa 09.09.2016, takto r o z h o d o l : Krajský súd v Bratislave konanie z a s t a v u j e. Žiaden z účastníkov konania nemá právo na náhradu trov konania. o d ô v o d n e n i e : 1. Správnou žalobou osobne doručenou tunajšiemu správnemu súdu dňa 21.11.2016 sa žalobkyne domáhali preskúmania zákonnosti a následne zrušenia rozhodnutia žalovaného č. OU-BA- OVVS1-2016/74436 zo dňa 09.09.2016, ktorým žalovaný zamietol odvolanie žalobkýň a potvrdil rozhodnutie Mestskej časti Bratislava - Ružinov č. MATR/CS12547/2016/2/GSO zo dňa 20.06.2016 o nevyhovení žiadosti žalobkýň o uzavretie manželstva. 2. Podaním doručeným krajskému súdu dňa 02.02.2018 zobrali žalobkyne žalobu pred konaním vo veci samej späť v celom rozsahu a navrhli konanie zastaviť.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žalobkyne vzali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3:0 (§ 3 ods. 9 zákona č. 757/2004 Z.z. v znení zákona č. 33/2011).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https://www.kauzis.sk/judikatura/r/ECLI:SK:KSBA:2018:1016202528.2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