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6S/314/2016 z 25. 11. 2018</w:t>
      </w:r>
    </w:p>
    <w:p>
      <w:r>
        <w:t>Opravné uznesenie Krajského súdu Bratislava z 25. novembra 2018, sp. zn. 6S/314/2016, ECLI:SK:KSBA:2018:1016202697.2</w:t>
      </w:r>
    </w:p>
    <w:p>
      <w:r>
        <w:t>Súd: Krajský súd Bratislava</w:t>
      </w:r>
    </w:p>
    <w:p>
      <w:r>
        <w:t>Spisová značka: 6S/314/2016</w:t>
      </w:r>
    </w:p>
    <w:p>
      <w:r>
        <w:t>ECLI: ECLI:SK:KSBA:2018:1016202697.2</w:t>
      </w:r>
    </w:p>
    <w:p>
      <w:r>
        <w:t>Dátum vydania: 25. 11.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6S/314/2016 Identifikačné číslo súdneho spisu: 1016202697 Dátum vydania rozhodnutia: 26. 11. 2018 Meno a priezvisko sudcu, VSÚ: JUDr. Andrea Krišková ECLI: ECLI:SK:KSBA:2018:1016202697.2 Opravné uznesenie Krajský súd v Bratislave ako správny súd v právnej veci žalobcu: T. E. Y., Č. S. XX/C, XXX XX N. W., zastúpený advokátskou kanceláriou Kolíková &amp; Partners, s.r.o., so sídlom Radvanská 21, 811 01 Bratislava, IČO: 47 239 441, proti žalovanému: Prezídium Policajného zboru, Úrad hraničnej a cudzineckej polície, Riaditeľstvo hraničnej a cudzineckej polície Bratislava, Oddelenie cudzineckej polície Policajného zboru Bratislava, Regrútska 4, 831 07 Bratislava, v konaní o preskúmanie zákonnosti a rozhodnutia žalovaného č. PPZ-HCP-BA6-785-30/2016-TPC/KEB zo dňa 20.09.2016, o oprave uznesenia Krajského súdu v Bratislave č.k. 6S/314/2016-102 zo dňa 26.04.2018, takto r o z h o d o l : Krajský súd v Bratislave opravuje označenie žalovaného ako aj sídlo žalovaného v záhlaví tak, že správne znie: „Prezídium Policajného zboru, Úrad hraničnej a cudzineckej polície, Riaditeľstvo hraničnej a cudzineckej polície Bratislava, Oddelenie cudzineckej polície Policajného zboru Bratislava, Regrútska 4, 831 07 Bratislava“. Vo zvyšnej časti zostáva uznesenie Krajského súdu v Bratislave č.k. 6S/314/2016-102 zo dňa 26.04.2018 nezmenené. o d ô v o d n e n i e : 1. Krajský súd v Bratislave uznesením č.k. 6S/314/2016-102 zo dňa 26.04.2018 správnu žalobu odmietol a žiadnemu z účastníkov konania nepriznal právo na náhradu trov konania. 2. V záhlaví tohto uznesenia došlo k chybe v písaní, keď bol nesprávne uvedený žalovaný Prezídium Policajného zboru, Úrad hraničnej a cudzineckej polície, Riaditeľstvo hraničnej a cudzineckej polície Bratislava, Križná 44, 812 72 Bratislava, pričom správne mal byť uvedený: Prezídium Policajného zboru, Úrad hraničnej a cudzineckej polície, Riaditeľstvo hraničnej a cudzineckej polície Bratislava, Oddelenie cudzineckej polície Policajného zboru Bratislava, Regrútska 4, 831 07 Bratislava. 3. Podľa § 143 zákona č. 162/2015 Z.z. Správny súdny poriadok (ďalej SSP), správny súd kedykoľvek aj bez návrhu opraví v rozsudku chyby v písaní a počítaní, ako aj iné zrejmé nesprávnosti. O oprave vydá opravné uznesenie, ktoré doručí osobám uvedeným v § 142 ods. 1. 4. Podľa § 147 ods. 2 SSP, ak nie je ďalej ustanovené inak, použijú sa na uznesenie primerane ustanovenia o rozsudku vrátane ustanovenia § 139 ods. 4 a § 141. 5. Vzhľadom na uvedenú chybu v písaní v uznesení správny súd v súlade s ustanovením § 143 SSP rozhodol tak, ako je uvedené vo výrokovej časti tohto uznesenia. 6. Toto rozhodnutie senát Krajského súdu v Bratislave prijal pomerom hlasov 3 : 0 (§ 3 ods. 9 zákona č. 757/2004 Z.z. v znení zákona č. 33/2011).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https://www.kauzis.sk/judikatura/r/ECLI:SK:KSBA:2018:1016202697.2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