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1S/305/2016 z 10. 7. 2018</w:t>
      </w:r>
    </w:p>
    <w:p>
      <w:r>
        <w:t>Uznesenie Krajského súdu Bratislava z 10. júla 2018, sp. zn. 1S/305/2016, ECLI:SK:KSBA:2018:1016202698.2</w:t>
      </w:r>
    </w:p>
    <w:p>
      <w:r>
        <w:t>Súd: Krajský súd Bratislava</w:t>
      </w:r>
    </w:p>
    <w:p>
      <w:r>
        <w:t>Spisová značka: 1S/305/2016</w:t>
      </w:r>
    </w:p>
    <w:p>
      <w:r>
        <w:t>ECLI: ECLI:SK:KSBA:2018:1016202698.2</w:t>
      </w:r>
    </w:p>
    <w:p>
      <w:r>
        <w:t>Dátum vydania: 10. 7. 2018</w:t>
      </w:r>
    </w:p>
    <w:p>
      <w:r>
        <w:t>Forma: Uznesenie</w:t>
      </w:r>
    </w:p>
    <w:p>
      <w:pPr>
        <w:pStyle w:val="Heading2"/>
      </w:pPr>
      <w:r>
        <w:t>Text rozhodnutia</w:t>
      </w:r>
    </w:p>
    <w:p>
      <w:r>
        <w:t>Súd: Krajský súd Bratislava Spisová značka: 1S/305/2016 Identifikačné číslo súdneho spisu: 1016202698 Dátum vydania rozhodnutia: 11. 07. 2018 Meno a priezvisko sudcu, VSÚ: JUDr. Anna Peťovská PhD. ECLI: ECLI:SK:KSBA:2018:1016202698.2 Uznesenie Krajský súd v Bratislave ako správny súd v právnej veci žalobcu: Obec Oľka, Oľka 174, 067 04 Oľka, IČO: 00 323 331, zastúpený advokátkou JUDr. Ivetou Rajtákovou, Štúrova 20, 040 01 Košice, proti žalovanému: Ministerstvo životného prostredia Slovenskej republiky, Nám. Ľ. Štúra 1, 812 35 Bratislava, za účasti: 1/ Alpine Oil and Gas, s.r.o., Karadžičova 16, 821 08 Bratislava, IČO: 36 702 722, 2/ Societatea Nationala de Gaze Naturale „ROMGAZ" S.A., organizačná zložka Bratislava, Kradažičova 16, 821 08 Bratislava, IČO: 44 465 734, 3/ JKX Slovakia B.V., organizačná zložka, Boženy Němcovej 8, 811 04 Bratislava, IČO: 44 349 459, v konaní o preskúmanie zákonnosti rozhodnutia - listu ministra životného prostredia Slovenskej republiky č. 52247/2016 (4), sp.zn. 7738/2016-9.2 zo dňa 29.09.2016, takto r o z h o d o l : Krajský súd v Bratislave konanie z a s t a v u j e . Žiaden z účastníkov konania nemá právo na náhradu trov konania. o d ô v o d n e n i e : 1. Žalobou doručenou Krajskému súdu v Bratislave dňa 13.12.2016 sa žalobca domáhal preskúmania zákonnosti rozhodnutia - listu ministra životného prostredia Slovenskej republiky sp. zn. 7738/2016-9.2, č. 52247/2016 (4) zo dňa 29.09.2016. 2. Rozhodnutím prvostupňového správneho orgánu č. sp. 5020/2016-7.3, č.z. 32017/2016 zo dňa 07.06.2016 tento rozhodol o zmenšení rozlohy a predĺžení doby platnosti prieskumného územia Medzilaborce - ropa a horľavý zemný plyn pre držiteľov prieskumného územia spoločnosť Alpine Oil and Gas, s.r.o., Karadžičova 16, 821 08 Bratislava, IČO: 36 702 722 (prieskumný podiel 50%), Societatea Nationala de Gaze Naturale „ROMGAZ“ S.A., organizačná zložka Bratislava, Karadažičova 16, 821 08 Bratislava, IČO: 44 465 734 (prieskumný podiel 25%), JKX Slovakia B.V., organizačná zložka, Boženy Němcovej 8, 811 04 Bratislava, IČO: 44 349 459 (prieskumný podiel 25%) (ďalej len ,,držitelia prieskumného územia“) na vykonávanie ložiskového geologického prieskumu vyhradených nerastov: ropa a horľavý zemný plyn v etape vyhľadávacieho ložiskového prieskumu o 5 rokov, a to do 01.08.2021. Proti tomuto rozhodnutiu žalobca podal dňa 29.06.2016 rozklad, ktorý žalovaný preskúmal v zmysle ust. § 61 zákona č. 71/1967 Zb. o správnom konaní a dospel k záveru, že podanie žalobcu nie je možné posudzovať ako rozklad, nakoľko nebolo podané účastníkom konania. Žalobca bol právoplatne vylúčený z konania o určení prieskumného územia rozhodnutím ministra životného prostredia Slovenskej republiky č. 6422/2016-9.2 (14/2016-rozkl.), 39044/2016 (4) zo dňa 13.07.2016 v spojení s rozhodnutím prvostupňového správneho orgánu č. 5020/2016-7.3, 30480/2016 zo dňa 31.05.2016. 3. Napadnuté rozhodnutia považoval žalobca za nezákonné z dôvodu, že konajúce orgány verejnej správy vychádzali z nesprávneho právneho posúdenia veci (§ 191 ods. 1 písm. c) SSP), sú nepreskúmateľné pre nezrozumiteľnosť alebo nedostatok dôvodov (§ 191 ods. 1 písm. d) SSP), zistenie skutkového stavu orgánom verejnej správy bolo nedostačujúce na riadne posúdenie veci (§ 191 ods. 1 písm. e) SSP) a došlo k podstatnému porušeniu ustanovení o konaní pred orgánom verejnej správy, ktoré mohlo mať za následok vydanie nezákonného rozhodnutia alebo opatrenia vo veci samej (§ 191 ods. 1 písm. g) SSP). Na základe uvedeného žalobca žiadal o zrušenie napadnutých rozhodnutí a vrátenie veci prvostupňovému správnemu orgánu na ďalšie konanie. 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5 ods. 2 SSP, konanie pred správnym súdom je jednou zo záruk ochrany základných ľudských práv a slobôd a ochrany práv a oprávnených záujmov účastníkov administratívneho konania. 7. Podľa § 5 ods. 3 SSP, pri rozhodovaní správny súd dbá na ochranu zákonnosti a verejného záujmu.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10. Podľa § 177 ods. 1 SSP, správnou žalobou sa žalobca môže domáhať ochrany svojich subjektívnych práv proti rozhodnutiu orgánu verejnej správy alebo opatreniu orgánu verejnej správy. 11.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12.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(v zmysle ust. § 98 SSP) alebo konanie zastaví (v zmysle ust. § 99 SSP). 13. Podľa § 22 ods. 6 geologického zákona, na návrh držiteľa prieskumného územia môže ministerstvo prieskumné územie zrušiť alebo zmeniť; zmenou prieskumného územia je zväčšenie alebo zmenšenie jeho rozlohy. 14. V súvislosti s vyššie uvedeným ustanovením správny súd z vykonaného skúmania správnej žaloby, z vyjadrení žalovaného a najmä z doplňujúceho vyjadrenia žalovaného zo dňa 21.06.2018 a jej príloh zistil, že dňa 18.06.2018 nadobudlo právoplatnosť rozhodnutie Ministerstva životného prostredia Slovenskej republiky, sekcie geológie a prírodných zdrojov, odboru štátnej geologickej správy č.s. 6111/2018-5.3 č.z. 27406/2018 zo dňa 25.05.2018, ktorým ministerstvo rozhodlo na žiadosť držiteľov prieskumného územia o zrušení prieskumného územia Medzilaborce - ropa a horľavý zemný plyn, ktoré bolo kľúčové pri rozhodovaní v administratívnom konaní. 15. S ohľadom na uvedenú novú právnu skutočnosť, krajský súd súhlasí s názorom žalovaného (vyjadrenie zo dňa 21.06.2018), že zrušením prieskumného územia sa stalo bezpredmetným aj rozhodovanie o zmene, čo má v tomto prípade za následok, že odpadol predmet konania, lebo prieskumné územie Medzilaborce - ropa a horľavý zemný plyn, ktoré bolo základom napadnutého rozhodnutia už zaniklo a neexistuje. Uvedená nová právna skutočnosť zároveň privodzuje, že napadnuté rozhodnutie nemôže zakladať, meniť alebo inak zrušiť oprávnenia a povinnosti fyzických osôb alebo právnických osôb, alebo ktorým môžu byť práva, právom chránené záujmy alebo povinnosti fyzických osôb a právnických osôb priamo dotknuté. 16. Súd pripomína,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v čase rozhodovania o správnej žalobe už neexistovalo zakladajúce rozhodnutie viažuce sa na prieskumné územie Medzilaborce - ropa a horľavý zemný plyn pre držiteľov prieskumného územia, nakoľko bolo toto rozhodnutie v priebehu prieskumného konania o zmene základného rozhodnutia zrušené, účinky napadnutého rozhodnutia zanikli a odpadol dôvod na pokračovanie i v tomto konaní. 17. V tejto súvislosti súd poukazuje na konštantnú judikatúru súdov Slovenskej republiky, v zmysle ktorej v obdobných skutkových a právnych veciach Ústavný súd Slovenskej republiky, Najvyšší súd Slovenskej republiky ako aj Krajský súd v Bratislave, konania z dôvodu, že odpadol dôvod konania zastavili. Ide napr. o rozhodnutia Ústavného súdu Slovenskej republiky sp. zn. I. ÚS 9/2016-18, sp. zn. III. ÚS 875/2016-41, rozhodnutia Najvyššieho súdu Slovenskej republiky sp. zn. 5Sžo/86/2015 zo dňa 25.05.2015, sp. zn. 8Sžo 74/2014 zo dňa 21.07.2016, sp. zn. 6Sžo 116/2015 zo dňa 27.07.2016, sp. zn. 7Sžo/41/2016 zo dňa 14.12.2017, sp. zn. 2Sžo/117/2015 zo dňa 26.07.2017, rozhodnutia Krajského súdu v Bratislave sp. zn. 1S/272/2014 zo dňa 18.02.2016, sp. zn. 6S/243/2016 zo dňa 13.07.2017, sp. zn. 1S/298/2017 zo dňa 22.02.2018. 18. Ako už bolo vyššie konštatované, žalobca bol právoplatne vylúčený z konania o určení prieskumného územia rozhodnutím ministra životného prostredia Slovenskej republiky č. 6422/2016-9.2 (14/2016- rozkl.), 39044/2016 (4) zo dňa 13.07.2016 v spojení s rozhodnutím prvostupňového správneho orgánu č. 5020/2016-7.3, 30480/2016 zo dňa 31.05.2016. No i za predpokladu, že ak by bol aj žalobca účastníkom konania, prípadné zrušenie rozhodnutia žalovaného by nepredstavovalo pre žalobcu ako účastníka konania reálnu možnosť dosiahnuť rozhodnutie v jeho prospech, ale naopak bolo by v rozpore so zásadou materiálnej pravdy aj v rozpore so zásadou hospodárnosti konania. Je povinnosťou tak súdu, ako aj správneho orgánu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odvolaní/rozklade bez toho, aby umožňovalo účastníkovi konania reálnu možnosť dosiahnuť materiálne iné rozhodnutie v jeho prospech a bolo by v rozpore aj zo zásadou hospodárnosti správneho konania, ktorá je zakotvená v § 3 ods. 3 Správneho poriadku. 19. Vzhľadom na vyššie uvedené, poukazujúc na novú právnu skutočnosť, ktorá vyvstala v priebehu preskúmavacieho konania, a to právoplatné zrušenie prieskumného územia (základné rozhodnutie), odpadol dôvod pokračovať v konaní i o zmene tohto územia. Preto súd konanie podľa § 99 písm. g) SSP zastavil. 20. O náhrade trov konania rozhodol správny súd podľa ust. § 170 písm. b) SSP tak, že žiaden z účastníkov konania nemá právo na náhradu trov konania, keďže konanie bolo zastavené. 21. Toto rozhodnutie prijal senát Krajského súdu v Bratislave pomerom hlasov 3:0 (§ 3 ods. 9 zákona č. 757/2004 Z.z. v znení neskorších predpisov).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https://www.kauzis.sk/judikatura/r/ECLI:SK:KSBA:2018:1016202698.2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