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5S/5/2017 z 29. 1. 2018</w:t>
      </w:r>
    </w:p>
    <w:p>
      <w:r>
        <w:t>Uznesenie Krajského súdu Bratislava z 29. januára 2018, sp. zn. 5S/5/2017, ECLI:SK:KSBA:2018:1017200036.2</w:t>
      </w:r>
    </w:p>
    <w:p>
      <w:r>
        <w:t>Súd: Krajský súd Bratislava</w:t>
      </w:r>
    </w:p>
    <w:p>
      <w:r>
        <w:t>Spisová značka: 5S/5/2017</w:t>
      </w:r>
    </w:p>
    <w:p>
      <w:r>
        <w:t>ECLI: ECLI:SK:KSBA:2018:1017200036.2</w:t>
      </w:r>
    </w:p>
    <w:p>
      <w:r>
        <w:t>Dátum vydania: 29. 1. 2018</w:t>
      </w:r>
    </w:p>
    <w:p>
      <w:r>
        <w:t>Forma: Uznesenie</w:t>
      </w:r>
    </w:p>
    <w:p>
      <w:pPr>
        <w:pStyle w:val="Heading2"/>
      </w:pPr>
      <w:r>
        <w:t>Text rozhodnutia</w:t>
      </w:r>
    </w:p>
    <w:p>
      <w:r>
        <w:t>Súd: Krajský súd Bratislava Spisová značka: 5S/5/2017 Identifikačné číslo súdneho spisu: 1017200036 Dátum vydania rozhodnutia: 30. 01. 2018 Meno a priezvisko sudcu, VSÚ: JUDr. Viera Šebestová ECLI: ECLI:SK:KSBA:2018:1017200036.2 Uznesenie Krajský súd v Bratislave v právnej veci žalobcu: P. D., bytom Č. XX, XXX XX V., proti žalovanému: Centrum právnej pomoci, Kancelária Bratislava, Námestie slobody 12, 810 05 Bratislava 15, o preskúmanie zákonnosti rozhodnutia žalovaného sp. zn. XXXXX/XXXX-M. zo dňa 28.12.2016, takto r o z h o d o l : Správny súd konanie z a s t a v u j e. Žiaden z účastníkov nemá právo na náhradu trov konania. o d ô v o d n e n i e : 1. Žalobou podanou na tunajšom správnom súde dňa 09.01.2017 sa žalobca domáhal preskúmania zákonnosti rozhodnutia žalovaného sp. zn. XXXXX/XXXX-M. zo dňa 28.12.2016. Napadnutým rozhodnutím žalovaný nepriznal žalobcovi nárok na poskytovanie právnej pomoci z dôvodu, že žalobca nesplnil jednu z kumulatívnych podmienok poskytovania právnej pomoci vymedzenej v § 6 ods. 1 písm. a) a § 6a ods. 1 zákona o poskytovaní právnej pomoci. Žalobca žiadal napadnuté rozhodnutie zrušiť a vec vrátiť žalovanému na ďalšie konanie a nové rozhodnutie vo veci. 2. Keďže žalobca súčasne s podaním správnej žaloby nezaplatil súdny poplatok, správny súd ho výzvou č. k. 5S 5/2017-5 dňa 09.02.2017 vyzval na jeho zaplatenie v sume XX,- eur v lehote 10 dní od doručenia výzvy pod následkom zastavenia konania. Výzva bola žalobcovi doručená dňa 24.02.2017. 3. Podaním doručeným správnemu súdu dňa 02.03.2017 žalobca požiadal o odpustenie súdneho poplatku za správnu žalobu z dôvodov osobitného záujmu poukazujúc na viaceré súdne konania, ktorých je účastníkom a v ktorých zaplatil súdne poplatky a zaplatil zálohu príslušným advokátom. Uviedol, že pri výške jeho starobného dôchodku XXX,XX eur mu nezostávajú finančné prostriedky na ďalšie súdne poplatky a právne zastupovanie advokátom. 4. Výzvou zo dňa 30.03.2017 správny súd vyzval žalobcu, aby v lehote 15 dní doručil vyplnené „Tlačivo pre dokladovanie pomerov účastníka konania, ktorý navrhuje, aby mu bolo priznané oslobodenie od súdnych poplatkov“. Zároveň ho súd poučil, že v prípade, ak v určenej lehote požadované údaje neoznámi a nedoloží príslušné doklady, súd nebude môcť vyhovieť jeho žiadosti. Výzva spolu s tlačivom boli žalobcovi doručené dňa 15.05.2017. 5. Nakoľko žalobca nepreukázal, že spĺňa podmienky pre priznanie oslobodenia od súdneho poplatku, správny súd mu uznesením č. k. 5S 5/2017-43 zo dňa 01.08.2017 nepriznal oslobodenie od súdneho poplatku za podanie správnej žaloby zo dňa 03.01.2017. Predmetné uznesenie nadobudlo právoplatnosť dňa 21.09.2017. 6. Výzvou č. k. 5S 5/2017-48 zo dňa 21.11.2017, doručenou žalobcovi dňa 22.12.2017, správny súd opätovne vyzval žalobcu na zaplatenie súdneho poplatku za podanie žaloby vo výške XX,- eur v lehote 10 dní od doručenia pod následkom zastavenia konania. Lehota na zaplatenie súdneho poplatku plynula žalobcovi do 02.01.2018. 7. Žalobca napriek opakovanej výzve správneho súdu súdny poplatok do dátumu vydania tohto rozhodnutia nezaplatil. 8.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9.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10.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11.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12. Podľa § 10 ods. 3 prvej vety zákona o súdnych poplatkoch, prvoinštančný súd zruší uznesenie o zastavení konania pre nezaplatenie súdneho poplatku, ak bol súdny poplatok zaplatený v lehote určenej súdom podľa odseku 1 alebo ak sú na to dôvody podľa odseku 2. 13. Podľa § 14 ods. 3 zákona o súdnych poplatkoch, v sťažnosti proti rozhodnutiu o zastavení súdneho konania pre nezaplatenie súdneho poplatku nemožno namietať skutočnosti, ktoré nastali po uplynutí lehoty na zaplatenie súdneho poplatku. 14.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15. Keďže žalobca nezaplatil súdny poplatok ani v lehote určenej správnym súdom, správny súd postupoval v zmysle § 10 ods. 1 zákona o súdnych poplatkoch a predmetné konanie zastavil. 16. O náhrade trov konania správny súd rozhodol podľa § 170 písm. b) zákona č. 162/2015 Z. z. Správny súdny poriadok (ďalej len „SSP“) tak, že žiaden z účastníkov konania nemá právo na náhradu trov konania, nakoľko konanie bolo zastavené. Poučenie: Proti tomuto uzneseniu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https://www.kauzis.sk/judikatura/r/ECLI:SK:KSBA:2018:1017200036.2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