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6Sa/7/2017 z 15. 4. 2018</w:t>
      </w:r>
    </w:p>
    <w:p>
      <w:r>
        <w:t>Uznesenie Krajského súdu Bratislava z 15. apríla 2018, sp. zn. 6Sa/7/2017, ECLI:SK:KSBA:2018:1017200129.1</w:t>
      </w:r>
    </w:p>
    <w:p>
      <w:r>
        <w:t>Súd: Krajský súd Bratislava</w:t>
      </w:r>
    </w:p>
    <w:p>
      <w:r>
        <w:t>Spisová značka: 6Sa/7/2017</w:t>
      </w:r>
    </w:p>
    <w:p>
      <w:r>
        <w:t>ECLI: ECLI:SK:KSBA:2018:1017200129.1</w:t>
      </w:r>
    </w:p>
    <w:p>
      <w:r>
        <w:t>Dátum vydania: 15. 4. 2018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6Sa/7/2017 Identifikačné číslo súdneho spisu: 1017200129 Dátum vydania rozhodnutia: 16. 04. 2018 Meno a priezvisko sudcu, VSÚ: JUDr. Marta Barková ECLI: ECLI:SK:KSBA:2018:1017200129.1 Uznesenie Krajský súd v Bratislave v právnej veci žalobcu: A. A., J. XXX, zastúpený: JUDr. Michal Krákorník, advokát, Plavisko 7, 034 01 Ružomberok, proti žalovanému: Ministerstvo obrany Slovenskej republiky, Kutuzovova 8, 832 47 Bratislava, o správnej žalobe vo veciach správneho trestania, takto r o z h o d o l : Krajský súd v Bratislave p o s t u p u j e vec miestne príslušnému Krajskému súdu v Žiline. o d ô v o d n e n i e : 1.Dňa 26.01.2017 bola konajúcemu Krajskému súdu v Bratislave doručená správna žaloba vo veci správneho trestania. Žalobca žiadal, aby súd zrušil rozhodnutie veliteľa pozemných síl ozbrojených síl Slovenskej republiky č. VePS-1212-2-17/2016-PravS zo dňa 28.11.2016 v spojení s rozhodnutím veliteľa základne mobilných komunikačných a informačných prostriedkov č. ZaMKIS-77-1/2016 zo dňa 25.10.2016 o uložení sankčného opatrenia za priestupok a žalobcovi priznal náhradu trov súdneho konania. 2. Podľa § 6 ods. 1 zákona č. 162/2015 Z.z. Správny súdny poriadok (ďalej len „SSP“) správne súdy v správnom súdnictve preskúmavajú na základe žalôb zákonnosť rozhodnutí orgánov verejnej správy, opatrení orgánov verejnej správy a iných zásahov orgánov verejnej správy, poskytujú ochranu pred nečinnosťou orgánov verejnej správy a rozhodujú v ďalších veciach ustanovených týmto zákonom. 3. Podľa § 6 ods. 2 písm. b) SSP správne súdy rozhodujú v konaniach o správnych žalobách vo veciach správneho trestania, 4. Podľa § 9 ods. 1 SSP konanie sa uskutočňuje na tom správnom súde, ktorý je vecne, miestne a kauzálne príslušný. Príslušnosť sa určuje podľa okolností existujúcich v čase začatia konania a trvá až do jeho skončenia. 5. Podľa § 13 ods. 1 SSP miestne príslušným je krajský súd, v ktorého obvode má sídlo orgán verejnej správy, ktorý rozhodol v prvom stupni, ak tento zákon neustanovuje inak. 6. Podľa § 18 ods. 2 prvá veta SSP ak správny súd zistí, že nie je vecne, miestne alebo kauzálne príslušný, postúpi vec uznesením príslušnému správnemu súdu. 7. Ako to vyplýva z vyššie uvedeného, v danej veci rozhodoval v prvom stupni Vojenský útvar 1115 Ružomberok. Vzhľadom k tomu, že na predmetné konanie je podľa § 13 ods. 1 SSP miestne príslušný Krajský súd v Žiline, súd rozhodol tak ako je uvedené vo výrokovej časti tohto uznesenia a postúpil vec podľa § 18 ods. 2 SSP miestne príslušnému súdu, ktorý správnu žalobu vo veciach správneho trestania prejedná a rozhodne. Poučenie: Proti tomuto uzneseniu nie je prípustná kasačná sťažnosť [§439 ods. 2 písm. d) SSP].</w:t>
      </w:r>
    </w:p>
    <w:p/>
    <w:p>
      <w:r>
        <w:t>Zdroj: KAUZIS.SK – https://www.kauzis.sk/judikatura/r/ECLI:SK:KSBA:2018:1017200129.1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