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5S/41/2017 z 13. 3. 2018</w:t>
      </w:r>
    </w:p>
    <w:p>
      <w:r>
        <w:t>Uznesenie Krajského súdu Bratislava z 13. marca 2018, sp. zn. 5S/41/2017, ECLI:SK:KSBA:2018:1017200307.4</w:t>
      </w:r>
    </w:p>
    <w:p>
      <w:r>
        <w:t>Súd: Krajský súd Bratislava</w:t>
      </w:r>
    </w:p>
    <w:p>
      <w:r>
        <w:t>Spisová značka: 5S/41/2017</w:t>
      </w:r>
    </w:p>
    <w:p>
      <w:r>
        <w:t>ECLI: ECLI:SK:KSBA:2018:1017200307.4</w:t>
      </w:r>
    </w:p>
    <w:p>
      <w:r>
        <w:t>Dátum vydania: 13. 3. 2018</w:t>
      </w:r>
    </w:p>
    <w:p>
      <w:r>
        <w:t>Forma: Uznesenie</w:t>
      </w:r>
    </w:p>
    <w:p>
      <w:pPr>
        <w:pStyle w:val="Heading2"/>
      </w:pPr>
      <w:r>
        <w:t>Text rozhodnutia</w:t>
      </w:r>
    </w:p>
    <w:p>
      <w:r>
        <w:t>Súd: Krajský súd Bratislava Spisová značka: 5S/41/2017 Identifikačné číslo súdneho spisu: 1017200307 Dátum vydania rozhodnutia: 14. 03. 2018 Meno a priezvisko sudcu, VSÚ: Mgr. Zuzana Gaplovská ECLI: ECLI:SK:KSBA:2018:1017200307.4 Uznesenie Krajský súd v Bratislave v právnej veci žalobcu: Parazitologický ústav Slovenskej akadémie vied, Hlinkova 3, 040 01 Košice, IČO: 00 586 951, zastúpený: Sýkora - advokátska kancelária, s.r.o., Zoborská 13, 040 01 Košice, IČO: 47 256 206, proti žalovaným: 1. Ministerstvo školstva, vedy, výskumu a športu Slovenskej republiky, Stromová 1, 813 30 Bratislava, 2. Výskumná agentúra, Hanulova 5/B, 841 01 Bratislava, o preskúmanie zákonnosti podaní žalovaného v 2. rade: „VEC: Správy o zistenej nezrovnalosti a Žiadosti o vrátenie finančných prostriedkov projektu 26220220018" č. spisu P 685/2016-073, č. záznamu: A 13954/2016-072 z 29.12.2016, Správy o zistenej nezrovnalosti N21501967/S05 zo dňa 28.12.2016, Správy o zistenej nezrovnalosti N21502312/S06 zo dňa 28.12.2016, Žiadosti o vrátenie finančných prostriedkov č. 26220220018/Z06 zo dňa 29.12.2016 a Žiadosti o vrátenie finančných prostriedkov č. 26220220018/Z07 zo dňa 29.12.2016, takto r o z h o d o l : Správny súd konanie o kasačnej sťažnosti žalobcu zo dňa 03.07.2017 z a s t a v u j e. Žiaden z účastníkov nemá právo na náhradu trov konania. o d ô v o d n e n i e : 1. Krajskému súdu v Bratislave bola dňa 03.03.2017 doručená žaloba na preskúmanie zákonnosti rozhodnutí žalovaného - Správy o zistenej nezrovnalosti č. N21501967/S05 a č. N21502312/S06 zo dňa 28.12.2016 a Žiadosti o vrátenie finančných prostriedkov č. 26220220018/Z06 a č. 26220220018/Z07 zo dňa 29.12.2016 k projektu ITMS 26220220018. Žalobca uviedol, že dňa 04.01.2017 mu bol doručený sprievodný list spolu s prílohami, ktorými boli Správy o zistenej finančnej nezrovnalosti a Žiadosti o vrátenie finančných prostriedkov projektu 26220220018 s názvom "Aplikačné centrum pre ochranu ľudí, zvierat a rastlín pred parazitmi" a bola mu uložená povinnosť vrátiť finančné prostriedky vyčíslené v sume X.XXX,XX eur a X.XXX,XX eur v lehote do 50 dní odo dňa jej doručenia prijímateľovi. Žalobca sa domáhal, aby žalobou napadnuté rozhodnutia krajský súd zrušil a vec vrátil žalovanému na ďalšie konanie. 2. Uznesením č. k. 5S/41/2017 - 102 zo dňa 30.05.2017 správny súd žalobu odmietol a žiadnemu z účastníkov právo na náhradu trov konania nepriznal. Predmetné uznesenie nadobudlo právoplatnosť dňa 13.06.2017. 3. Proti uvedenému uzneseniu podal žalobca dňa 06.07.2017 kasačnú sťažnosť zo dňa 03.07.2017. 4. Keďže žalobca spolu s podaním kasačnej sťažnosti nezaplatil súdny poplatok za kasačnú sťažnosť v sume 140,- eur, správny súd ho pod následkom zastavenia konania vyzval na zaplatenie súdneho poplatku v lehote 10 dní od doručenia, výzvou č. k. 5S/41/2017-129 zo dňa 31.07.2017, doručenou právnemu zástupcovi žalobcu dňa 07.08.2017. 5. Správny súd konštatuje, že žalobca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prvej vety zákona o súdnych poplatkoch, prvoinštančný súd zruší uznesenie o zastavení konania pre nezaplatenie súdneho poplatku, ak bol súdny poplatok zaplatený v lehote určenej súdom podľa odseku 1 alebo ak sú na to dôvody podľa odseku 2.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žalobca nezaplatil súdny poplatok za podanie kasačnej sťažnosti ani v lehote určenej správnym súdom, správny súd postupoval v zmysle § 10 ods. 1 zákona o súdnych poplatkoch a predmetné konanie o kasačnej sťažnosti žalobcu zo dňa 03.07.2017 zastavil. 14. O náhrade trov konania správny súd rozhodol podľa § 170 písm. b) zákona č. 162/2015 Z. z. Správny súdny poriadok (ďalej len „SSP“) tak, že žiaden z účastníkov konania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https://www.kauzis.sk/judikatura/r/ECLI:SK:KSBA:2018:1017200307.4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