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2S/46/2017 z 5. 6. 2018</w:t>
      </w:r>
    </w:p>
    <w:p>
      <w:r>
        <w:t>Rozsudok Krajského súdu Bratislava z 5. júna 2018, sp. zn. 2S/46/2017, ECLI:SK:KSBA:2018:1017200308.2</w:t>
      </w:r>
    </w:p>
    <w:p>
      <w:r>
        <w:t>Súd: Krajský súd Bratislava</w:t>
      </w:r>
    </w:p>
    <w:p>
      <w:r>
        <w:t>Spisová značka: 2S/46/2017</w:t>
      </w:r>
    </w:p>
    <w:p>
      <w:r>
        <w:t>ECLI: ECLI:SK:KSBA:2018:1017200308.2</w:t>
      </w:r>
    </w:p>
    <w:p>
      <w:r>
        <w:t>Dátum vydania: 5. 6. 2018</w:t>
      </w:r>
    </w:p>
    <w:p>
      <w:r>
        <w:t>Forma: Rozsudok</w:t>
      </w:r>
    </w:p>
    <w:p>
      <w:r>
        <w:t>Oblasť práva: Správne právo</w:t>
      </w:r>
    </w:p>
    <w:p>
      <w:pPr>
        <w:pStyle w:val="Heading2"/>
      </w:pPr>
      <w:r>
        <w:t>Text rozhodnutia</w:t>
      </w:r>
    </w:p>
    <w:p>
      <w:r>
        <w:t>Súd: Krajský súd Bratislava Spisová značka: 2S/46/2017 Identifikačné číslo súdneho spisu: 1017200308 Dátum vydania rozhodnutia: 06. 06. 2018 Meno a priezvisko sudcu, VSÚ: JUDr. Vlastimil Pavlikovský ECLI: ECLI:SK:KSBA:2018:1017200308.2 ROZSUDOK V MENE SLOVENSKEJ REPUBLIKY Krajský súd v Bratislave v senáte zloženom z predsedu senátu JUDr. Vlastimila Pavlikovského a členov senátu JUDr. Jeannette Hajdinovej a JUDr. Michala Dzurdzíka, PhD., v právnej veci žalobcu: BILLA s.r.o., IČO: 31 347 037, Bajkalská 19/A, Bratislava, zastúpená: SOUKENÍK - ŠTRPKA, s.r.o., advokátska kancelária, IČO: 36 862 711, Šoltésovej 14, Bratislava, proti žalovanému: Štátna veterinárna a potravinová správa Slovenskej republiky, Botanická 17, Bratislava, o preskúmanie zákonnosti rozhodnutia žalovaného č. 4125/2016 zo dňa 28.12.2016, jednohlasne, takto r o z h o d o l : Krajský súd v Bratislave napadnuté rozhodnutie žalovaného Štátnej veterinárnej a potravinovej správy Slovenskej republiky č. 4125/2016 zo dňa 28.12.2016 ako aj rozhodnutie Regionálnej veterinárnej a potravinovej správy Bratislava - mesto č.k. 238/2134/2016-163 zo dňa 11.10.2016 zrušuje a vec vracia orgánu verejnej správy prvého stupňa na ďalšie konanie. Žalobcovi sa priznáva úplná náhrada trov konania voči žalovanému, o výške ktorej rozhodne súd po právoplatnosti rozhodnutia samostatným uznesením, ktoré vydá súdny úradník. o d ô v o d n e n i e : I. Rozhodnutia správnych orgánov 1. Žalobou napadnutým rozhodnutím č. 4125/2016 zo dňa 28.12.2016 žalovaný zamietol odvolanie žalobcu a potvrdil rozhodnutie vydané v prvom stupni Regionálnou veterinárnou a potravinovou správou Bratislava - mesto č.k. 238/2134/2016-163 zo dňa 11.10.2016 o uložení úhrnnej pokuty vo výške 1.000.000,- eur. Štátna veterinárna a potravinová správa Slovenskej republiky ako odvolací orgán príslušný podľa § 58 ods. 1 zákona č. 71/1967 Zb. o správnom konaní (Správny poriadok) v znení neskorších predpisov a podľa § 21 ods. 1 písm. c) zákona NR SR č. 152/1995 Z. z. o potravinách v znení neskorších predpisov (ďalej „zákon o potravinách“) vo veci odvolania účastníka konania: BILL A s. r. o., Bajkalská 19/A, 821 02 Bratislava, IČO: 31 347 037, zo dňa 02.11.2016, zostúpeného na základe plnomocenstva zo dňa 19.10.2016 advokátskou kanceláriou SOUK.ENÍK. - ŠTRPKA, s. r. o., so sídlom Soltésovej 14, 811 08 Bratislava, IČO: 36 862 711, proti rozhodnutiu Regionálnej veterinárnej a potravinovej správy Bratislava-mesto č. k.: 238/2134/2016-163 zo dňa 11.10.2016 o uložení úhrnnej pokuty vo výške 1 XXX XXX eur (slovom: jeden milión eur) podľa § 28 ods. 4 písm. a) v spojení s § 28 ods. 8 zákona o potravinách za nedostatky zistené pri úradnej kontrole potravín dňa 25.08.2015 v čase od 15.00 hod. do 22.00 hod. v prevádzkami: BILLA s. r. o., filiálka 108, Muchovo nám., 851 01 Bratislava, rozhodla takto: Štátna veterinárna a potravinová správa Slovenskej republiky podľa § 59 ods. 2 Správneho poriadku v znení neskorších predpisov odvolanie účastníka konania: BILLA s. r. o., Bajkalská 19/A, 821 02 Bratislava, IČO: 31 347 037, zo dňa 02.11.2016, zamieta a rozhodnutie Regionálnej veterinárnej a potravinovej správy Bratislava-mesto č. k.: 238/2134/2016- 163 zo dňa 11.10.2016 o uložení úhrnnej pokuty vo výške 1000 000 eur (slovom: jeden milión eur) potvrdzuje. 2. Napadnutým rozhodnutím Regionálnej veterinárnej a potravinovej správy (ďalej „RVPS“) Bratislava- mesto č. k.: 238/2134/2016-163 zo dňa 11.10.2016 bola kontrolovanému prevádzkovateľovi potravinárskeho podniku: BILLA s. r. o., Bajkalská 19/A, 821 02 Bratislava, IČO: 31 347 037 ako účastníkovi konania uvedenému vo výroku tohto rozhodnutia (ďalej „účastník konania“), uložená úhrnná pokuta vo výške I 000 000 eur (slovom: jeden milión eur) podľa § 28 ods. 4 písm. a) v spojení s § 28 ods. 8 zákona o potravinách. 3. Dňa 25.08.2015 v Čase od 15.00 hod. do 22.00 hod. bola celoslovenskou skupinou inšpektorov, zloženou z inšpektora Štátnej veterinárnej a potravinovej správy Slovenskej republiky (ďalej „ŠVPS SR“), inšpektorov RVPS Trenčín poverených ŠVPS SR podľa § 23 ods, 11 zákona o potravinách a inšpektora RVPS Bratislava-mesto, vykonaná úradná kontrola potravín v prevádzkarni BILLA s. r. o., filiálka 108, Muchovo nám., 851 01 Bratislava. Kontrola bola vykonaná v zmysle oprávnení zákona o potravinách a bola zameraná na dodržiavanie požiadaviek zákona o potravinách a predpisov vydaných na jeho vykonanie (CK 254). Použitou kontrolnou metódou bola inšpekcia. 4. Pri výkone úradnej kontroly potravín v uvedenej prevádzkami boli zistené a zdokumentované nedostatky v nasledovných oblastiach: 1. Hygienické nedostatky v skladovacích, manipulačných, predajných a ostatných priestoroch patriacich k prevádzkarni: Hygiena skladovania - poškodená preliačená bočná stena na príjme potravín, s otvorom do vonkajšieho priestoru (možnosť vniknutia škodcov), - voľne uložené hasiace prístroje na znečistenej ploche pri nápojoch pri príjme potravín, - v chladiacom boxe pre mliečne výrobky - jogurty boli umiestnené veci osobnej potreby zamestnancov (vlhčené utierky, potrava), vnútorné opláštenie chladiaceho boxu (mliečne výrobky - syry, majonézy) bolo v spodnej časti poškodené (neumožňuje dostatočné čistenie a ochranu pred kontamináciou), - prázdne prepravné obaly boli umiestnené v sklade potravín medzi chladiacimi boxami, medzi paletami s potravinovým a nepotravinovým tovarom vedľa plechovej skrine na nebalené pečivo, nepotrebný (nepoužívaný) technický materiál bol uložený na rôznych miestach v suchom sklade potravín a v sklade označenom ako nepotravinový sklad, v ktorom boli umiestnené kávy, alkoholické nápoje, na podlahe pod plechovou skriňou pre nebalené pekárske výrobky, kde boli v čase úradnej kontroly umiestnené nebalené rožky v prepravkách boli nečistoty, prach, plastové obaly, papiere. Spodná časť skrine bola perforovaná. - v chladiacom boxe ovocia a zeleniny v zadnej časti pod výparníkom bola zistená stojatá voda, na pracovnom stole boli umiestnené prázdne plastové fľaše, v mraziacom boxe s hlbokozmrazenými pekárskymi výrobkami bola na podlahe a na palete s hlbokozmrazenými pekárskymi výrobkami zamrznutá voda, z výparníka viseli cencúle, zo spodnej časti regálov bol namrznutý kondenz, - potravinársky tovar bol uložený v sklade neprehľadným spôsobom, ktorý neumožňuje bezpečné vykonávanie jeho kontroly, - poškodená stena pri vchode do šatne pre mäsový úsek a pri požiarnych dverách - „denná miestnosť“ - v priestore vchodu do mraziaceho boxu a chladiaceho boxu ovocia a zeleniny bol vo veľkom množstve umiestnený v regáli tovar označený ako tovar nevhodný na ľudský konzum (ovocie a zelenina), v tomto priestore sa vyskytovali muchy a šíril sa zápach, - na WC ženy bol zatečený kút, poškodená dlažba a nečistoty v poškodenej časti dlažby, - v šatni - ženy boli nečistoty, prach, kúsky papiera a pracovné oblečenie na skrinkách, v šatni - muži boli nečistoty, prach, kúsky papiera, nápoje a obuv na skrinkách. Inšpektori konštatovali porušenie § 4 ods. 1, § 10 b), c) zákona o potravinách, Prílohy II Kapitola I ods. 1, ods. 2 písm. a), b), c), Kapitola VI ods. I, Kapitola IX ods. 3 Nariadenia (ES) č. 852/2004, § 6 ods. 3, § 10 ods. 5 písm. a) Výnosu č. 28167/2007-OL. Oddelenie mäsa: v sklade živočíšneho odpadu boli dvere vedúce do vonkajšieho prostredia v spodnej časti nedostatočne utesnené, - v sklade obalov boli tácky na balenie mäsa uložené neprehľadným spôsobom, podľa vyjadrenia vedúcej servisu sa časť uložených obalov nepoužíva, niektoré obaly neboli chránené ochranným obalom, boli uložené priamo na palete, čím neboli chránené pred prípadným znečistením. Oddelenie lahôdok: - v manipulačnej chodbe v časti s umývadlom a vešiakom bola uložená znečistená prepravka uhynutým hmyzom (muchy), v prepravke boli tiež uložené marinády Indázia určené na predaj; na vešiaku v tomto priestore boli zavesené osobné a pracovné odevy, pod mriežkou odpadovej vpuste pri umývadle zistené znečistenie (uhynutý hmyz - muchy), - v sklade obalov boli obaly uložené neprehľadným spôsobom, niektoré druhy obalového materiálu (papierové vrecká) boli uložené v otvorených ochranných obaloch alebo voľne na škatuliach, čím neboli chránené pred prípadným znečistením; v sklade boli uložené pomôcky na čistenie - mopy, na strope skladu zistená poškodená stropná kazeta s chýbajúcou časťou kazety, - v miestnosti „kancelárie“ sa nachádzali na podlahe rôzne predmety ako osobná taška a obuv, varná kanvica, čistiaci prostriedok, dáždnik, potraviny - nealko nápoje, káva, trvanlivé mlieko, horčica; na stoličke boli položené osobné odevy a taška, - v šatni určenej pre pracovníkov oddelenia bol zistený v niektorých skrinkách neporiadok - nahádzaný pracovný aj osobný odev a obuv - podľa vyjadrenia vedúcej servisu tieto odevy a obuv patrili bývalým zamestnancom, v prípravovni na pracovnom stole bol uhynutý hmyz (muchy). Bolo konštatované porušenie § 4 ods. 1, § 10 písm. b) zákona o potravinách, Prílohy II Kapitola I ods. 1, ods. 2 písm. a), b), c), Kapitola II ods. I písm. f), Kapitola V ods. 1 písm. a), Kapitola IX ods. 3, Kapitola X ods. 2 Nariadenia (ES) č. 852/2004, § 6 ods. 3 Výnosu č. 28167/2007-OL. Hygiena zariadení na predajnej ploche: - znečistená, zatečená plastová časť regálu v chladiacej vitríne s hotovými pokrmami na predajnej ploche Porušenie: § 12 ods. 1 písm. b) zákona o potravinách. Hygiena predaja, predajne: - znečistená podlaha na ťažšie dostupných miestach pri vchode v predajni v kúte pri regáli s ovocím a zeleninou (prach, nečistoty, kovový predmet, metla), - pod regálmi so sušenými plodmi boli popadané potraviny, ovocie, hrubé nečistoty, - pod regálom s horčicou a sirupmi bola vytečená a zaschnutá tekutina, - po demontovanom zariadení bol otvor v podlahe, v ktorom sa nachádzali nečistoty. Inšpektori uviedli porušenie § 12 ods. 1 písm. b) zákona o potravinách, Prílohy II Kapitola 1 ods. 1, ods. 2 písm. a), b) Nariadenia (ES) č, 852/2004. 2. Na trh boli umiestňované potraviny po uplynutí dátumu minimálnej trvanlivosti (DMT) a dátumu spotreby (DS); 1. Paloma instantný krém do kávy 80 g, výrobca: Baliarne obchodu , a.s., Hraničná 664/16, Poprad, a to: 2 ks s DMT: 18.08.2015, 1 ks s DMT: 19.08.2015, 3 ks s DMT: 24.08.2015, spolu 6 ks v celkovej cene 4,14 6, 2. Bio múka pšeničná hladká T650 1000 g, výrobca: PRO-B1O. obchodní společnost s.r.o.. Lipová 40, Staré Mesto, ČR, v množstve 1 ks v cene 1,59 € s DMT: 09.08.2015, 3. Bio ražná múka celozrnná stredná 1000 g, výrobca: PRO-BIO, obchodní společnost s.r.o., Lipová 40, Staré Mesto, ČR, v množstve 1 ks v cene 1,49 € s DMT: 14.08.2015, 4. Vída Pšeničné otruby 200 g, baliareň: VIDO spol. s.r.o.. Trenčianska 227/3, Beluša, spotrebujte do do: 12.08.2015 (1 ks), spotrebujte do: 24.08.2015 (1 ks), v celkovej cene 0,98 6, 5. Clever Trvanlivé polotučné mlieko 1 1, vyrobené pre: BILLA. s.r.o.. Bajkalská 19/A, Bratislava, I ks s DMT: 22.07.15, 2 ks s DMT: 28.07.15, 1 ks s DMT: 03.08.15, spolu 4 ks v celkovej cene 2,166, 6. Dr. Oetker Sladký moment krémový puding vanilka 53 g, výrobca: DR. OETKER S.R.O., Ľadová 14, Bratislava, v množstve 6 ks, v celkovej cene 3,54 s DMT: 20.07.2015, 7. Dr. Oetker 4x zdobenie pestré, dekoračné cukrovinky 62 g, distribútor v SR: DR. OETKER S.R.O., Ľadová 14, Bratislava, v množstve 13 ks v celkovej cene 25,87 6 s DMT: 07.2015, 8. Dr. Oetker Ryžová kaša marhuľová 52 g, výrobca: DR. OETKER S.R.O.. Ľadová 14, Bratislava, v množstve 10 ks s DMT: 12.06.2015, v množstve 7 ks s DMT: 20.07.2015, spolu 17 ks v celkovej cene 11,39 6; 9. Dr. Oetker Ryžová kaša jablkovo-škoricová 52 g, výrobca: DR. OETKER S.R.O., Ľadová 14, Bratislava, v množstve 8 ks v celkovej cene 5,36 € s DMT: 20.07.2015, 10. Biskupský chlebíček mramorový z 1% odtučneného kakaového prášku a z 10% kakaovej tukovej polevy, jemné pečivo 400 g, výrobca: KŰCHENMEISTER Gmbh, Soest, Nemecko, v množstve 1 ks v cene 2,35 € s DMT: 29.07.2015, 11. EMCO Teddy ochutené cereálie, čokoládou ochutené pšeničné zrnká 375 g, distributor pre SR: Emco Slovensko spol. s.r.o., Kožušnícka 3, Bratislava, v množstve 4 ks v celkovej cene 7,96 6 s DMT: 18.08.2015, 12. Pécé Croissant s náplňou čučoriedkovou, jemné pečivo 40 g, výrobca: Pekámy a cukrámy Náchod, a.s., Náchod, ČR, v množstve 17 ks v celkovej cene 8,33 € s DMT: 21.8.2015, 13. VICI Sleďové filety s údenou príchuťou v oleji 240 g, výrobca: UAB” Baltic food partners, Maceniu, Plunges raj, Litva, v množstve 3 ks v celkovej cene 4,77 s DS do: 21.08.2015, 14. Šampiňóny na grilovanie 6 ks, dodávateľ: B.-Fungi Kft. Ócsa-Alsópakony, krajina pôvodu Maďarsko, spotrebujte do: 24.08.2015, v množstve 2 ks v celkovej cene 5,38 6, 15. BILLA Ovocný sirup malina 0,7 1, vyrobené pre: BILLA, s.r.o.. Bajkalská 19/A, Bratislava, v množstve 2 ks v celkovej cene 3,98 € s DMT: 04.08.2015. Bolo konštatované porušenie § 6 ods. 5 písm. d) a § 12 ods. 1 písm. h) zákona o potravinách. 3. Na trh boli umiestňované potraviny nevhodné na ľudskú spotrebu: 1. Broskyne balené košík 1000 g, dodávateľ: Villafrut srl Via Villafontana n.253, Italia, trieda kvality: 1, odroda: Elegant Lady Žltomäsá, krajina pôvodu: Taliansko, v množstve: 7 ks/7,0 kg v celkovej cene 9.03 6, dodací list 20150234 zo dňa 24.08.2015, dodané z OBST- GEMUSE-LAtiER-Senec - v každom balení sa vyskytovali nahnité, tečúce plody, pokryté bielou a Šedou plesňou, 2. Clever Citróny 500 g, odroda: Verená, trieda kvality II, Šarža: 34/02, krajina pôvodu : Španielsko, dodávateľ: Jovimer, Avda de Valencia 37, Valencia, v množstve 3 ks/1,5 kg v celkovej cene 4,47 €, dodací list 20150234 zo dňa 24.08.2015, dodané z OBST- GEMUSE- LAGER - Senec - v každom balení sa nachádzali nahnité plody pokryté bielou a šedou plesňou, 3. Hrušky košík Clever 1 kg, odroda Durondeau, krajina pôvodu: Slovensko, II. trieda, kaliber: 50+, distributor: BONI FRUCTI spol. s r.o. Dunajská Lužná, v množstve: I ks/1,0 kg v cene 1,79 € - v balení sa nachádzal nahnitý, tečúci plod, 4. CHILLI MIX (habaneras, jalapenos, cayenne, rawit) 70 g, krajina pôvodu: NL/ES/Uganda, dodávateľ: TITBIT s.r.o., Pobrežní 16/18 Praha 8, v množstve 4 ks/0,28 kg v celkovej cene 7,96 €, dodací list 20150234 zo dňa 24.08.2015, dodané z OBST- GEMUSE-LAGER - Senec -v každom halení sa vyskytovali nahnité plody a stopky pokryté bielou plesňou. Inšpektori uviedli porušenie čl. 14 ods. 1, ods. 2 písm. b) Nariadenia (ES) č. 178/2002, § 6 ods. 5 písm. a) zákona o potravinách. 4. Na trh boli umiestňované mrazené potraviny, ktoré boli rozmrazené. Na predajnej ploche boli v mraziacej vani pre mrazené krémy uchovávané mrazené krémy - nanuky, ktoré boli deformované a boli mäkkej konzistencie. Jednalo sa o nasledovné mrazené výrobky: Algida Big Milk choco 110 ml - 1 ks, v cene 0,55 6, Algida Big mild nugat 110 ml - 3 ks, v cene 1,77 € Big milk jogurt jahoda 110 ml - 35 ks, v cene 19,25 6, Big milk jogurt karamel 110 ml - 7 ks, v cene 3,85 6, Keks 100 ml Bidvest- 3 ks, v cene 1,95 6, Môvenpick mandel 80 g/120 ml - 6 ks, v cene 7,746, Nestlé Cortina caramel 95 ml -1 ks, v cene 0,89 6, Nowaco primá Mrož maliny v čokoláde -1 ks, v cene 0,49 6, Pegas Red Fruit 90 ml - 20 ks, v cene 19,80 6, Uvedené výrobky z dôvodu mäkkej konzistencie a deformácií boli stiahnuté z predaja. U dvoch výrobkov bola meraná aj ich vnútorná teplota, ktorá o 17.09 hod. bola vo výrobku Môvenpick mrazený krém s rasti, tukom mandel 80 g -6,4°C a vo výrobku Pegas Red Fruit mrazený ovocný krém 90 ml bola nameraná o 17.18 hod. vnútorná teplota -7,9°C, pričom na obaloch výrobkov bola deklarovaná požiadavka na ich skladovanie pri teplote -18°C a nižšej. Teploty boli merané kalibrovaným teplomerom, č, kalibrácie A2001/13 12.11.13. Na základe preukázaných kontrolných zistení boli inšpektormi v zmysle § 20 ods. 9 zákona o potravinách uložené štyri opatrenia na mieste: 1. Stiahnuť z trhu potraviny uvedené v časti III. bod 5 a 6.1 tohto úradného záznamu. Termín: 25.08.2015 2. Zabezpečiť odstránenie hygienických nedostatkov uvedených v úradnom zázname v časti III. bod 1, 2 a 3. Termín: 02.09.2015 3. Zabezpečiť odstránenie technických nedostatkov uvedených v úradnom zázname v časti III bod 1. Termín do: 15.09.2015 4. Zabezpečiť utesnenie dverí do chladiaceho boxu vedľajších živočíšnych produktov a opravu poškodenej bočnej steny pri príjme tovaru. Termín: 28.08.2015 5. Zistené skutočnosti sú zdokumentované v Zázname o úradnej kontrole potravín č. ŠVPS SR/2015/ Ch,Kn,Gi/40 zo dňa 25.08.2015, ktorý bol prerokovaný so zástupcom vedúceho prevádzky p. Martinom Mikóczim, prítomným pri úradnej kontrole, ktorý bol oboznámený s obsahom záznamu, zoznam podpísal a k preukázaným kontrolným zisteniam uviedol: „Beriem na vedomie - budem informovať vedenie spoločnosti." Počas úradnej kontroly potravín bola v zmysle § 20 ods. 8 písm. b) zákona o potravinách vyhotovená fotodokumentácia zistených nedostatkov. Následne dňa 26.08.2015 bol účastníkovi konania zaslaný list č. 15/2015/7978 „Oprava administratívnej chyby v Zázname o úradnej kontrole potravín Č. ŠVPS SR/2015/Ch,Kn,Gi/40“, prílohou ktorého bola opravená strana č.l Záznamu o úradnej kontrole potravín č. ŠVPS SR/20I5/Ch,K.n,Gi/40 zo dňa 25.08.2015 s identifikačnými údajmi s uvedením (cit.): „Pri vypisovaní údajov o kontrolovanom subjekte a mieste vykonania kontroly v Zázname o úradnej kontrole potravín č. ŠVPS SR/2015/Ch,Kn, Gi/40 zo dňa 25.08.2015 bol omylom nesprávne uvedený právny subjekt „BILLA s.r.o., fil. 108, Muchovo námestie, 851 01 Bratislava" namiesto správneho údaju: BILLA s.r.o, Bajkalská 19/A, 821 02 Bratislava - Ružinov a nesprávne uvedené miesto vykonania kontroly „BILLA s.r.o., fil. 511, Košická 56, 048 01 Rožňava" namiesto správneho údaju BILLA s.r.o.. fil. 108. Muchovo námestie, 851 01 Bratislava". Ostatné údaje a zistenia uvedené v predmetnom zázname ostali nezmenené. 6. Dňa 01.10.2015 v čase od 11.40 hod. do 13.40 hod. vykonali inšpektori R.VPS Bratislava - mesto v prevádzkami BILLA s. r. o., filiálka 108, Muchovo nám., 851 01 Bratislava dodatočnú úradnú kontrolu potravín, zameranú na overenie splnenia opatrení uložených na mieste pri kontrole dňa 25.08.2015 č. záznamu ŠVPS SR/2015/Ch,Kn,Gi/40, pri ktorej bolo konštatované, že všetky uložené opatrenia boli splnené. Prevádzkovateľ zabezpečil odstránenie hygienických a technických nedostatkov a tiež zabezpečil utesnenie dverí do chladiaceho boxu VŽP. Pri kontrole opatrenia č. 1 (Stiahnuť z trhu potraviny uvedené v Časti III. bod 5 a 6.1 úradného záznamu) bolo zistené, že potraviny , ktoré bo I i po uplynutí DM T/DS v čase kontroly dňa 25.08.2015 a rozmrazené mrazené krémy boli z trhu stiahnuté, avšak opätovne bolo zistené umiestňovanie na trh 6 druhov potravín po uplynutí DMT, a to: 1. Dr. Oetker Ryžová kaša marhuľová, 52 g, pôvod: SK, v množstve 3 ks v cene 0,67 €/ks s DMT: 11.09.2015, 2. KAPUCÍN Smotana do kávy sterilizovaná, 310 g, pôvod: CZ, v množstve 5 ks s DMT: 28.09.2015 a 4 ks s DMT: 27.09.2015, 3. Lahodné pemíčky 300 g - Perník ražný máčaný v tmavej kakaovej poleve 25 % posypaný perníkovým korením 1 %, pôvod: SK, v množstve 1 ks v cene 2,49 € s DMT 20.09.2015, 4. Billa Ovocný sirup malina 0,71, pôvod: HU, v množstve 9 ks v cene 1,99 6/ks s DMT: 24.09.2015, 5. Billa Ovocný sirup jahoda 0,7 1, pôvod: HU, v množstve 8 ks v cene 1,59 6/ks s DMT: 24.09.2015, 6. Billa Ovocný sirup s lesným ovocím 0,7 1, pôvod: HU, v množstve 1 ks v cene 2,49 6 s DMT: 24.09.2015. Zistené skutočnosti sú zdokumentované v Zázname o dodatočnej úradnej kontrole potravín č. ŠVPS SR/2015/Ch,Kn,Gi/40/DÚKP/LB,KZ,MP zo dňa 01.10.2015. Záznam bol prerokovaný s vedúcou prevádzky p. Danou MiŠátovou, prítomnou pri úradnej kontrole, ktorá bol oboznámená s obsahom záznamu, záznam podpísala a k preukázaným kontrolným zisteniam uviedla: „ Upovedomím vedenie. “ 7. V odôvodnení svojho rozhodnutia žalovaný poukazujúc na ustanovenia zákona o potravinách a vyššie opísané dôkazy konštatoval správny orgán, že bolo dostatočne preukázané, že žalobca porušil povinnosti v oblasti prevádzkovej hygieny a opísaným konaním naplnil znaky skutkovej podstaty iného správneho deliktu podľa § 28 ods. 2 písm. o/ zákona o potravinách. Taktiež konštatoval, že žalobca v rozpore s § 6 ods. 5 písm. d/ a § 12 ods. 1 písm. h/ zákona o potravinách umiestňoval na trh 18 druhov potravín po uplynutí dátumu minimálnej trvanlivosti, čím naplnil všetky znaky skutkovej podstaty iného správneho deliktu podľa § 28 ods. 4 písm. i/ zákona o potravinách. Žalobca na trh taktiež umiestnil 3 druhy potravín po uplynutí dátumu spotreby, čím naplnil znaky iného správneho deliktu podľa § 28 ods. 4 písm. a/ v jednočinnom súbehu so správnym deliktom podľa § 28 ods. 4 písm. a/ zákona o potravinách. V prevádzkarni žalobcu boli na trh umiestnené potraviny nevhodné na ľudskú spotrebu z dôvodu výskytu plesne a hniloby na plodoch, čím žalobca naplnil znaky skutkovej podstaty iného správneho deliktu podľa § 28 ods. 4 písm. a/ zákona o potravinách. 8. Ďalej žalovaný konštatoval, že rozhodnutím žalovaného č. 3017/2014 zo dňa 07.10.2014 bolo zmenené rozhodnutie prvostupňového správneho orgánu Regionálnej veterinárnej a potravinovej správy Bratislava - mesto č. k. 252/1836/2014-163 zo dňa 20.07.2014 právoplatné dňa 10.10.2014, kedy bola žalobcovi uložená pokuta podľa § 28 ods. 4 písm. a/ v spojení s § 28 ods. 7 zákona o potravinách úhrnná pokuta vo výške 2.500,- eur aj za umiestňovanie na trh troch druhov potravín nie bezpečných, nevhodných na ľudskú spotrebu z dôvodu výskytu hniloby, zmeny vzhľadu a farby, pričom toto konanie bolo s poukázaním na rozhodnutie RVPS Bratislava - mesto č.k. 4535/2012-163 zo dňa 08.11.2012 posúdené ako konanie opakované. Žalovaný preto konštatoval, že do jedného roka odo dňa nadobudnutia právoplatnosti tohto rozhodnutia o uložení pokuty došlo k opätovnému porušeniu povinnosti, za ktoré bola uložená pokuta podľa § 28 ods. 4 písm. a/ v spojení s § 28 ods. 7 zákona o potravinách, čím boli splnené podmienky pre uplatnenie zvýšenej sadzby podľa § 28 ods. 8 zákona. 9. Žalovaný dodal, že podľa § 6 ods. 5 písm. a/ zákona o potravinách na trh je zakázané umiestniť potraviny iné ako bezpečné, podľa čl. 14 ods. 1 Nariadenia (ES) č. 178/2002 potraviny sa nesmú umiestňovať na trh, ak nie sú bezpečné, podľa čl. 14 ods. 2 za nebezpečné sa budú považovať potraviny, ak sú a/ zdraviu škodlivé, b/ nevhodné na ľudskú potrebu a podľa čl. 14 ods. 5 tohto nariadenia pri určovaní toho, či je nejaká potravina nevhodná pre ľudskú spotrebu, sa musí brať ohľad na to, či je potravina neprijateľná pre ľudskú spotrebu podľa jej určeného použitia, a to z dôvodov kontaminácie vonkajším vplyvom alebo hnilobným procesom, pokazením alebo rozkladom. 10. Žalovaný vysvetlil, že hniloba ovocia a zeleniny je mikrobiálna kontaminácia spôsobená baktériami, pričom potraviny s výskytom hniloby predstavujú riziko pre spotrebiteľa a môžu ohroziť jeho zdravie, nakoľko môžu spôsobiť alimentárne ochorenie ľudí. Aj malé poškodenie ovocia a zeleniny na povrchu sú miestom pre vstup rôznych baktérií, ktoré postupne spôsobujú ich rozklad a infekciu počas skladovania a predaja. Dôsledkom činností nežiaducich mikroorganizmov je výskyt plesne, ale aj zmena konzistencie a plody sú mäkké, často až roztečené. Ovocie a zelenina pri umiestňovaní na trh musia byť zdravé bez vonkajších a vnútorných poškodení zhoršujúci celkový vzhľad. Vytvorenie viditeľnej plesne a hniloby má určitý priebeh, preto je možné konštatovať, že žalobca zanedbal povinnosti pri umiestňovaní potravín na trh. Vnútorný kontrolný systém prevádzkovateľa má byť účinný na toľko, aby predišiel porušeniam zákona, pretože prevádzkovateľ potravinárskeho podniku je zo zákona o potravinách povinný dodržiavať požiadavky potravinového práva. Prevádzkovateľ je povinný zabezpečiť cez svojich zamestnancov, ktorí majú byť školení a majú mať v miere zodpovedajúcej ich pracovnému zaradeniu znalosti o danej komunite pri umiestňovaní na trh a o predpisoch na zabezpečenie bezpečnosti ich pravidelnú kontrolu, preberanie a operatívne odstraňovanie prezrelých, hnilých či poškodených produktov z predajnej plochy. Ovocie a zeleninu, ktoré sú určené na predaj spotrebiteľovi v čerstvom stave, možno predávať, len ak sú zdravé, bezchybné a predajnej kvality. Žalovaný nesúhlasil s odvolacími námietkami, že potraviny, ktoré boli nevhodné na ľudskú spotrebu, sa nachádzali mimo predajnej plochy a neboli ponúkané spotrebiteľom. Podľa záznamu o úradnej kontrole zo dňa 25.08.2015 boli zistené takéto potraviny ponúkané spotrebiteľom. Fotodokumentácia druhov ovocia a zeleniny, ktoré boli posúdené ako nevhodné na ľudskú spotrebu bola vyhotovená na predajnej ploche po vytriedení uvedených druhov, pričom na niektorých snímkach je zreteľne vidieť, že sa jedná o predajnú plochu a vitrínu, nie o priestory skladu. 11. K uloženej sankcii a výške pokuty žalovaný uviedol, že použijúc absorbčnú zásadu uložil úhrnnú pokutu podľa ustanovenia vzťahujúceho sa na správny delikt najzávažnejší, čo však neznamená, že ostatné konania neboli posudzované a sankcionované. Tie boli zohľadnené ako priťažujúce okolnosti pri určení pokuty v rámci sadzby pre najzávažnejší správny delikt, čo v danom prípade bol správny delikt podľa § 28 ods. 4 písm. a/ v spojení s § 28 ods. 8 zákona o potravinách. Správny orgán zobral do úvahy počet správnych deliktov, závažnosť a tiež skutočnosť, že niektoré z nich sú posúdené ako opakované. 12. Pokiaľ ide o namietanú nesprávnosť posúdenia opakovanosti konania v súvislosti so správnym deliktom podľa § 28 ods. 4 písm. a/ zákona o potravinách žalovaný uviedol, že prvostupňový správny orgán pri vydávaní rozhodnutia správne, keďže neboli pochybnosti o záveroch, že dotknuté potraviny neboli bezpečné a boli nevhodné na ľudskú spotrebu, pričom sa v čase kontroly umiestňovali na trh na predajnej ploche. Podľa § 28 ods. 4 zákona o potravinách orgán úradnej kontroly potravín uloží právnickej osobe alebo fyzickej osobe podnikateľovi pokutu od 1.000,- eur do 500.000,- eur, ak nie je určené inak týmto zákonom alebo osobitným predpismi : a/ umiestňuje na trh potraviny, ktoré nie sú bezpečné, sú zdraviu škodlivé a nevhodné na ľudskú spotrebu, alebo sú skazené. 13. Pokiaľ v odvolaní žalobca namietal nedodržanie zásadu dvojinštančnosti konania, uviedol, že prvostupňové konanie bolo vedené na vecne a miestne príslušnom orgáne, účastníkovi (žalobcovi) bolo poskytnuté reálne právo na odvolanie, ktoré využil a o odvolaní legitímne rozhodoval správny orgán druhého stupňa, pričom podklady pre rozhodnutie na druhom stupni pripravil zamestnanec, ktorý je nezávislý, o prípade v čase odvolania nemal žiadne informácie, nezúčastnil sa úradnej kontroly potravín, vo veci nevykonával žiadne usmernenia pre prvostupňový orgán, preto nezávislosť a objektívnosť druhostupňového konania bola zabezpečená a v žiadnom prípade nedošlo k porušeniu zásady dvojinštančnosti správneho konania. II. Žaloba 14. Včas podanou žalobu sa žalobca domáhal preskúmania zákonnosti rozhodnutia žalovaného, pričom žiadal, aby súd zrušil žalobou napadnuté rozhodnutia správnych orgánov oboch stupňov a vec vrátil orgánu verejnej správy prvého stupňa na ďalšie konanie. 15. Poukázal na to, že dňa 25.08.2015 vykonal žalovaný úradnú kontrolu potravín v prevádzke žalobcu na Muchovom námestí v Bratislave a o výkone kontroly spísal v tento deň aj záznam o výkone úradnej kontroly potravín č. ŠVPS SR/2015/Ch,Kn,Gi/40. Dňa 01.10.2015 vykonal prvostupňový správny orgán Regionálna veterinárna a potravinová správa Bratislava dodatočnú úradnú kontrolu potravín v tej istej prevádzke žalobcu a o výkone dodatočnej úradnej kontroly spísal správny orgán v ten istý deň aj záznam o výkone dodatočnej úradnej kontroly potravín č. SVPS SR/2015/Ch/Kn, Gi/DÚKP/LB,KZ/MP. Dňa 18.08.2016 žalobcovi prvostupňový správny orgán doručil list s názvom upovedomenie o začatí správneho konania, v zmysle ktorého bol žalobca upovedomený o začiatku správneho konania vo veci uloženia pokuty pre podozrenie zo spáchania iných správnych deliktov, ktorých sa mal žalobca dopustiť v čase výkonu úradnej kontroly potravín dňa 25.08.2015 a ktoré boli uvedené v zázname o výkone úradnej kontroly z tohto dátumu. V tomto konaní prvostupňový správny orgán vydal rozhodnutie č. 238/2134/2016-163 zo dňa 11.10.2016, ktorým bola žalobcovi uložená pokuta vo výške 1.000.000,- eur a následne toto rozhodnutie bol potvrdené žalobou napadnutým rozhodnutím zo dňa 28.12.2016, ktoré vydal žalovaný. 16. Žalobca namietal porušenie zásady dvojinštančnosti správneho konania. Poukazujúc na ustanovenie § 28 ods. 12 a § 31 ods. 2 zákona o potravinách a § 9 ods. 2, § 53 a § 58 ods. 1 Správneho poriadku a § 6 ods. 2 písm. a/ a c/ zákona č. 39/2007 Z.z. o veterinárnej starostlivosti v znení neskorších predpisov uviedol, že zo záznamu o výkone úradnej kontroly potravín vyplýva, že kontrolu vykonal dňa 25.08.2015 inšpektor žalovaného (Ing. Eva Chorvátová), pričom medzi kompetencie žalovaného v zmysle zákona o veterinárnej starostlivosti patrí najmä kontrola výkonu štátnej správy, ktorý uskutočnil regionálne veterinárne a potravinové správy, ako aj rozhodovanie v druhom stupni vo veciach, o ktorých v prvom stupni rozhoduje Regionálna veterinárna a potravinová správa. Žalobca ďalej poukázal, že žalovaný ako nadriadený a dozorný orgán Regionálnej veterinárnej a potravinovej správy zabezpečuje dvojinštančnosť konania v prípade podanie opravného prostriedku voči rozhodnutiu prvostupňového správneho orgánu, pričom pokiaľ sa účastník domáha preskúmania rozhodnutia, rozhoduje o ňom iný orgán než ten, ktorý rozhodnutie v prvom stupni vydal. V tomto kontexte žalobca poukázal na rozsudok Najvyššieho súdu Českej republiky sp. zn. 2Afs 143/2014 zo dňa 29.07.2006, Nález Ústavného súdu Českej republiky sp. zn. IV. ÚS 493/06 zo dňa 16.05.2007 a tiež rozsudok Krajského súdu v Bratislave sp. zn. 5S 114/2016 zo dňa 25.10.2016. Žalobca namietal, že bola narušená objektívnosť, nestrannosť, dôveryhodnosť, nezávislosť a nepredpojatosť rozhodovania správnych orgánov oboch stupňov, bola potlačená zásada dvojinštančnosti konania garantovaná správnym poriadkom a v konečnom dôsledku aj ústavné právo žalobcu na súdnu a inú právnu ochranu. Odvolanie žalobcu bolo len formálnym odvolaním, ktoré mu nedávalo akúkoľvek nádej, že prvostupňové rozhodnutie nezávisle preskúma žalovaný, ktorý autokratívne deklaroval závery o porušení zákona o potravinách už v zázname o výkone úradnej kontroly potravín. Ak žalovaný vykonal úradnú kontrolu potravín, a teda konal v prvom stupni, tak mal následne aj pokračovať v konaní a vydať prvostupňové rozhodnutie, pričom v zmysle § 5 písm. c/ zákona o veterinárnej starostlivosti by o odvolaní voči rozhodnutiu žalovaného následne malo rozhodovať Ministerstvo pôdohospodárstva a rozvoja vidieka Slovenskej republiky. Zo zákona o potravinách ani zo Správneho poriadku nevyplýva oprávnenie žalovaného po vykonaní kontroly postúpiť konanie na príslušnú Regionálnu veterinárnu a potravinovú správu, ktorá by následne pokračovala v začatom správnom konaní a vydala prvostupňové rozhodnutie. 17. Žalobca ďalej namietal nepreskúmateľnosť zhromaždených dôkazov a výkon úradnej kontroly potravín. Poukazujúc na ustanovenie § 22 ods. 1 a § 22 ods. 2 Správneho poriadku a čl. 48 ods. 2 Ústavy SR uviedol, že úradná kontrola potravín vykonaná dňa 25.08.2015 sa uskutočnila bez prítomnosti zástupcu žalobcu, ktorý by bol oprávnený konať v jeho mene, či už z titulu členstva v štatutárnom orgáne alebo z titulu udelenia plnomocenstva. Inšpektori vstúpili do prevádzky bez povolenia, ako aj bez vedomia osoby oprávnenej konať v mene žalobcu a začal s výkonom kontroly, pričom si od žiadneho zamestnanca žalobcu nevyžiadali predloženie plnomocenstva alebo iného poverenia, ktoré by ho oprávňovalo na zastupovanie pri výkone úradnej kontroly potravín. Takto vykonanú kontrolu považoval žalobca za neprípustnú a nezákonnú. Je podľa žalobcu neprípustné, aby inšpektori vykonávajúci úradnú kontrolu potravín mohli svojvoľne vstupovať a pohybovať sa po priestoroch prevádzkarne bez toho, aby bola o začatí a priebehu úradnej kontroly upovedomená a prítomná poverená alebo splnomocnená osoba, ktorá by ich počas úradnej kontroly sprevádzala. Inšpektori zároveň vykonali úradnú kontrolu potravín bez toho, aby ich sprevádzal akýkoľvek poverený zamestnanec žalobcu. Výkon úradnej kontroly bez prítomnosti štatutárneho alebo splnomocneného zástupcu žalobcu, ktorý by sa mohol kvalifikovane vyjadriť ku všetkým zisteniam, postupom a metódam kontroly, považoval žalobca za nezákonný. 18. Žalobca poukázal tiež na skutočnosť, že kontrola podľa záznamu prebiehala dňa 25.08.2015 od 15:00 hod. do 22:00 hod. t.j približne 7 hodín, avšak záznam o výkone úradnej kontroly potravín nezachytáva celý priebeh kontroly takým spôsobom, aby ho bolo možné v neskoršom štádiu správneho konania podrobne rekonštruovať a náležite kontrolovať. 19. Podľa žalobcu záznam o výkone úradnej kontroly potravín nepredstavuje spoľahlivé zistenie skutkového stavu, pričom bol vyhotovovaný jednostranne, s úmyslom udeliť žalobcovi pokutu a zjavne nezachytáva skutočný priebeh úradnej kontroly potravín. Záznam neobsahuje žiadne prílohy, pričom v jeho texte je uvedené, že bola vyhotovená fotodokumentácia údajných nedostatkov. Fotodokumentácia, ktorá bola údajne vyhotovená inšpektorom žalovaného počas úradnej kontroly dňa 25.08.2015 nie je bližšie špecifikovaná v zázname o výkone úradnej kontroly potravín, a teda nie je zrejmé, aká konkrétna fotodokumentácia bola počas kontroly vykonaná, aké nedostatky ňou boli zadokumentované a kto fotografie vyhotovoval. Nie je možné identifikovať priebeh kontroly, čo ktorý kontrolór presne vykonával, koľko výrobkov a ktoré výrobky konkrétne inšpektor žalovaného počas kontroly kontroloval a ako na seba nadväzovali jednotlivé kroky kontroly, pričom uvedené spôsobuje to, že záznam o výkone úradnej kontroly je nepreskúmateľný. Záznam o výkone úradnej kontroly potravín vrátane jeho príloh a ostatných dôkazov sú nedôveryhodné a nemôžu byť považované za riadne získané dôkazy v správnom konaní a už vôbec nemôžu byť podkladom pre rozhodnutie, ktorým bola žalobcovi uložená pokuta vo výške 1.000.000,- eur. 20. Žalobca sporoval, že porušil povinnosť uchovávať zmrazené potraviny trvalo zmrazené. Žalobcovi sa kládlo rozhodnutím prvostupňového správneho orgánu za vinu, že porušil povinnosť zmrazené potraviny uchovávať trvalo zmrazené a dodržiavať ďalšie podmienky skladovania tým, že na predajnej ploche v mraziacej vani pre mrazené krémy vystavoval niektoré druhy mrazených krémov - nanukov, ktoré boli deformované s mäkkou konzistenciou, čím porušil § 28 ods. 2 písm. o/ zákona o potravinách. Žalobca uviedol, že nie je si vedomý porušenia § 10 písm. e/ a f/ zákona o potravinách, nakoľko uchovával rýchlo kaziace sa potraviny trvalo schladené a zmrazené a dodržiaval aj všetky podmienky ich skladovania. Pri posudzovaní predmetného porušenia žalovaný ako správny orgán nevzal do úvahy okrem iného aj samoobslužnú formu predaja výrobkov, ktorá spočívala v tom, že spotrebiteľ si sám vyberie potraviny, s ktorou manipuluje bez súčinnosti zamestnanca prevádzkovateľa potravinárskeho podniku, a teda pri samoobslužnom predaji sa bežne stáva, že spotrebiteľ pri manipulácii s tovarom občas vnútorný obsah potraviny deformuje, a to aj bez toho, aby došlo k poškodeniu obalu. Zároveň sa môže stať, že spotrebiteľ s potravinami manipuluje neprimerane dlhší čas mimo mraziaceho zariadenia, čo môže spôsobiť, že sa trvalo zmrazené potraviny z časti rozmrazia. Nie je v moci prevádzkovateľa potravinárskeho podniku garantovať, že pri frekvencii manipulácie s tovarom, v akej dochádza v podmienkach prevádzok potravinárskych reťazcov, boli všetky produkty nedeformované a zároveň aj trvalo mrazené. Ak by mal žalobca garantovať, že absolútne všetok tovar bude trvalo zmrazený a bez akejkoľvek čo i len najmenšej deformácie v každom jednom okamihu, dospeli by sme ad absurdum k požiadavke, aby každého jedného zákazníka po celý čas sprevádzal zodpovedný pracovník potravinárskeho podniku, ktorý by okamžite po manipulácii zákazníka s tovarom kontroloval, či náhodou počas nej nedošlo k deformácii resp. k rozmrazeniu tovaru. Žalobca vykonáva pravidelnú i náhodnú kontrolu tovarov, avšak ekonomicky, personálne, ani fyzicky nie je možné ani spravodlivé požadovať od akéhokoľvek prevádzkovateľa samoobslužného potravinárskeho podniku, aby kontrola prebiehala bez prestávky (non stop). Ani keby došlo k zvýšeniu frekvencie vykonávania kontroly až na každých 10 minút, nie je možné vylúčiť, že v čase medzi vykonávanými kontrolami dôjde k deformácii, resp. k rozmrazeniu tovaru a práve v tomto okamihu kontrola vykonaná zo strany správneho orgánu toto porušenie zaznamená. Zároveň je potrebné uviesť, že v prípade mrazených krémov nie je možné zistiť ich deformáciu bez toho, aby bol narušený ich obal, čo by znamenalo, že by sa produkt stal nepredajným. Na základe uvedeného mal žalobca za to, že správne orgány dané porušenie zákona o potravinách nesprávne právne posúdili, čo má za následok, že rozhodnutie o odvolaní je v tejto časti nezákonné. 21. Žalobca tiež nesúhlasil s tvrdením, že porušil zákaz umiestňovať na trh potraviny po dátume spotreby, pričom by tieto podľa žalovaného mali byť automaticky vyhodnotené zo strany správneho orgánu ako iné, ako bezpečné. Poukazujúc na § 6 ods. 5 písm. a/ a d/, § 28 ods. 1 písm. h/, § 28 ods. 4 písm. i/ a § 28 ods. 4 písm. a/ zákona o potravinách, čl. 24 ods. 1 Nariadenia EÚ č. 1169/2011 a čl. 14 ods. 2, čl. 14 ods. 3, čl. 14 ods. 4 a čl. 14 ods. 5 Nariadenia (ES) č. 178/2002 Európskeho parlamentu a Rady zo dňa 28.01.2002 žalobca uviedol, že si nie je vedomý porušenia § 6 ods. 5 písm. a/ zákona o potravinách, nakoľko neumiestňoval na trh potraviny, ktoré by boli iné ako bezpečné. Uvedené porušenie nemá oporu v dôkazoch vykonaných zo strany žalovaného, žalovaný pri posudzovaní tohto deliktu vychádzal z nedostatočne zisteného skutkového stavu, na základe čoho dospel k nesprávnym skutkovým zisteniam, čo má za následok, že jeho rozhodnutie je v tejto časti nezákonné. Vzhľadom na to, že nedošlo k porušeniu § 28 ods. 4 písm. a/ zákona o potravinách, žalovaný a ani prvostupňový správny orgán neboli oprávnení uložiť pokutu v spojitosti s § 28 ods. 8 zákona o potravinách. Správne orgány neskúmali, či tri druhy potravín po uplynutí dátumu spotreby mohli mať krátkodobé resp. dlhodobé účinky na zdravie osôb (spotrebiteľov), neskúmali ani či majú potraviny toxické účinky a ani to, či sú potraviny určené pre kategóriu spotrebiteľov s mimoriadnou zdravotnou citlivosťou. 22. Žalobca namietal, že by porušil zákaz umiestňovať na trh potraviny nevhodné na ľudskú potrebu (iné ako bezpečné). V rozhodnutí prvostupňového správneho orgánu sa konštatuje, že žalobca porušil zákaz umiestňovať na trh potraviny iné ako bezpečné, tým, že umiestňoval na trh 4 druhy potravín nevhodných na ľudskú potrebu z dôvodu výskytu plesne a hniloby na plodoch, čím naplnil všetky znaky skutkovej podstaty iného správneho deliktu podľa § 28 ods. 4 písm. a/ zákona o potravinách. Poukazujúc na ustanovenie § 6 ods. 5 písm. a/ a § 28 ods. 4 písm. a/ zákona o potravinách a čl. 14 ods. 1, 2 a 5 Nariadenia č. 178/2002 uviedol, že potraviny, ktoré neboli vhodné na ľudskú spotrebu sa nachádzali mimo predajnej plochy a neboli ponúkané spotrebiteľom na predaj. Produkty boli inšpektormi nájdené v skladových priestoroch v časti vyhradenej a riadne označenej na umiestnenie potravín nevhodných na ľudskú spotrebu (nie na predajnej ploche), pričom uvedené vyplýva aj z fotodokumentácie, ktorá tvorí prílohu záznamu o výkone úradnej kontroly potravín. Žalobca mal zato, že porušenie § 28 ods. 4 písm. a/ zákona o potravinách, a teda k porušeniu zákazu uvádzať na trh potraviny nevhodné na ľudskú spotrebu nedošlo, nakoľko sa všetky potraviny, ktoré boli inšpektormi žalovaného označené ako nevhodné na ľudskú spotrebu nachádzali mimo predajnej plochy a boli riadne označené nápisom „tovar nevhodný na ľudský konzum“. Uvedené porušenie konštatované zo strany žalovaného a tiež zo strany prvostupňového správneho orgánu nemá oporu v dôkazoch vykonaných zo strany správnych orgánov. Vzhľadom na to, že nedošlo k porušeniu § 28 ods. 4 písm. a/ zákona o potravinách, správne orgány neboli oprávnené uložiť pokutu v spojitosti s § 28 ods. 8 zákona o potravinách. 23. Pokiaľ žalovaný vo svojom rozhodnutí uviedol na strane 28, že vyššie uvedené námietky považoval za zavádzajúce, klamlivé a účelové s cieľom vyhnúť sa zodpovednosti za zistené protiprávne konanie, pretože s obsahom záznamu o úradnej kontrole potravín bol oboznámený zástupca vedúcej filiálky p. Mikóczi prítomný pri kontrole, ktorý bol oboznámený s obsahom záznamu, záznam podpísal a preukázaným zisteniam uviedol „beriem na vedomie - budem informovať vedenie spoločnosti“, žalobca namietal, že úradná kontrola bola vykonaná bez prítomnosti zástupcu žalobcu a produkty vyhodnotené zo strany žalovaného ako nevhodné na ľudskú spotrebu sa nachádzali mimo predajnej plochy a neboli ponúkané spotrebiteľom na predaj. S námietkou žalobcu sa žalovaný vysporiadal svojvoľne, pričom mal za to, že v prípade ak dôjde po ukončení kontroly k podpisu záznamu o výkone úradnej kontroly zamestnancom, ktorý nie je oprávnený konať v mene žalobcu a ktorý nebol prítomný počas výkonu úradnej kontroly potravín a ktorý nekontroloval inšpektorov, tak tvrdenia uvedené v zázname sú automaticky správne a nemenné. Žalobca ako prevádzkovateľ potravinárskeho podniku vzniesol námietku voči zisteniam žalovaného už v odvolaní, pričom žalovaný ako odvolací orgán bez toho, aby mal dostatočne preukázaný skutkový stav, vyhodnotil uvedené námietky ako irelevantné. Uvedeným konaním žalovaného došlo k porušeniu práva žalobcu na spravodlivý proces. 24. Žalobca taktiež namietal nesprávnu právnu kvalifikáciu, keď posúdil zistené nedostatky ako opakované konanie tým, že do jedného roka odo dňa nadobudnutia právoplatnosti rozhodnutia o uložení pokuty (pokuta uložená RVPS Spišská Nová Ves č. 1160/2013/1 zo dňa 05.12.2013) došlo k opakovanému porušeniu povinností, za ktoré bola uložená pokuta podľa ods. 7, čím sú splnené podmienky pre uplatnenie zvýšenej sadzby podľa § 28 ods. 8 zákona o potravinách. Podľa žalobcu na to, aby boli splnené zákonné podmienky na uplatnenie zvýšenej sadzby v zmysle § 28 ods. 8 zákona o potravinách, sa účastník konania musí dopustiť opakovaného porušenia tej istej povinnosti, t.j. porušenia tej istej povinnosti stanovenej určitým písmenom príslušného odseku zákona o potravinách, za ktorým mu bola príslušnou Regionálnou veterinárnou a potravinovou správou uložená pokuta, a to do 1 roka odo dňa nadobudnutia právoplatnosti tohto rozhodnutia. Žalobcovi rozhodnutím žalovaného č. 3017/2014 zo dňa 10.10.2014 bola uložená pokuta podľa § 28 ods. 4 písm. a/ zákona o potravinách a v súlade s § 28 ods. 7 zákona úhrnná pokuta vo výške 2.500,- eur. V zmysle rozhodnutia o odvolaní žalovaný potvrdil prvostupňové rozhodnutie, ktorým bola žalobcovi uložená úhrnná pokuta vo výške 1.000.000,- eur podľa § 28 ods. 4 písm. a/ zákona o potravinách v spojení s § 28 ods. 7 zákona o potravinách. V zmysle § 28 ods. 8 zákona o potravinách je možné uložiť sankciu iba za opakované porušenie tej istej povinnosti, za ktorú bola uložená pokuta podľa ods. 4 vzhľadom na to, že potraviny vyhodnotené inšpektormi žalovaného ako nevhodné na ľudskú spotrebu sa nenachádzali na predajnej ploche, ale v skladových priestoroch, nedošlo k opakovanému porušeniu povinnosti vyplývajúcej z § 28 ods. 4 písm. a/ zákona o potravinách. Na základe uvedeného neboli naplnené podmienky na uloženie sankcie v zmysle § 28 ods. 8 zákona o potravinách z dôvodu, že nedošlo k porušeniu tej istej povinnosti, za ktorú bola uložená pokuta. Rozhodnutia správnych orgánov preto považoval žalobca za nezákonné, pretože boli prijaté v rozpore so zákonom o potravinách. Žalobcovi bola uložená pokuta za porušenie § 28 ods. 4 písm. a/ zákona o potravinách v spojitosti s § 28 ods. 8 zákona o potravinách bez toho, aby vôbec došlo k porušeniu povinnosti vyplývajúcej z § 28 ods. 4 písm. a/ zákona o potravinách. 25. Žalobca namietal, že žalovaný sa vo viacerých prípadoch dopustil procesných pochybení, čím porušil právo žalobcu na spravodlivý proces v zmysle čl. 6 Dohovoru, a to najmä tým, že o veci nerozhodoval nezaujatý subjekt, ale subjekt zhodný s tým, ktorý vykonal úradnú kontrolu potravín a zároveň, že žalovaný pri rozhodovaní použil nezákonné dôkazy. Žalobca mal zato, že na základe uvedených skutočností boli počas výkonu úradnej kontroly potravín zo dňa 25.08.2015, ako aj počas celého správneho konania porušené jeho práva vyplývajúce mu z Dohovoru resp. z Ústavy Slovenskej republiky a rozhodnutie o odvolaní tak predstavuje výsledok nezákonného a nepreskúmateľného postupu vrátane výkonu úradnej kontroly potravín. Spôsobom výkonu kontroly bolo porušené právo žalobcu na ochranu jeho súkromia a tým aj právo vyplývajúce z čl. 8 Dohovoru. Kontrolu vykonanú dňa 25.08.2015 považoval žalobca za nezákonnú v dôsledku čoho jej výsledok nesmie byť v danom prípade použitý ako dôkaz. 26. Žalobca v neposlednom rade namietal neprimeranosť výšky uloženej pokuty, ktorá bola viac ako 32.144 násobne vyššia ako cena kontrolovaného tovaru, pri ktorom bolo konštatované porušenie zákona zo strany žalobcu. Pokuta v uloženej výške nebola úmerná údajným porušeniam zistením žalovaným a má represívny charakter a možno ju považovať voči žalobcovi za likvidačnú. Poukazujúc na rozsudok Európskeho súdneho dvora zo dňa 09.03.1978 vo veci č. 106/77 (Sinnenthal II) žalobca uviedol, že správny súd je povinný zabezpečiť plný účinok noriem európskeho práva a z vlastnej moci neuplatniť každé vnútroštátne ustanovenie, ktoré by bolo v rozpore s európskym právom, v tomto prípade § 28 ods. 8 zákona o potravinách, a to bez toho, aby musel najprv žiadať alebo čakať na jeho zrušenie legislatívnou cestou. Správny súd je povinný v zmysle judikatúry Európskeho súdneho dvora § 28 ods. 8 zákona o potravinách, ktoré je zjavne v rozpore s právom EÚ, neuplatniť. V opačnom prípade by došlo k popretiu účinnosti záväzkov, ktoré členské štáty prijali bezpodmienečne a neodvolateľne na základe zmluvy o európskom hospodárskom spoločenstve. Žalobca dodal, že v zmysle čl. 55 ods. 1 Nariadenia Európskeho parlamentu a Rady (ES) č. 882/2004 z 29.04.2004 o úradných kontrolách uskutočňovaných s cieľom zabezpečiť overenie dodržiavania potravinového a krmivového práva a predpisov o zdraví zvierat a o starostlivosti o zvieratá, členské štáty stanovia predpisy o sankciách uplatniteľných v prípade porušenia potravinového a krmivového práva a iných ustanovení spoločenstva, týkajúcich sa ochrany zdravia zvierat a starostlivosti a príjmu opatrenia potrebné na zabezpečenie ich vykonávania. Zavedené sankcie musia byť účinné, úmerné a odradzujúce. Žalobca poukázal na rozhodnutie Krajského súdu v Bratislave sp. zn. 5S 114/2016 zo dňa 25.10.2016, v ktorom správny súd uviedol, že § 28 ods. 8 zákona o potravinách môže byť v rozpore s právom EÚ , a to konkrétne s čl. 17 ods. 2 Nariadenia č. 178/2002 z dôvodu, že ustanovenie spodnej hranice pokuty v sume 1.000.000,- eur nespĺňa požiadavky primeranosti a to ani z prihliadnutím na to, že sa jedná o sankciu ustanovenú pre viackrát opakované porušenie zákona o potravinách a ustanovením spodnej sadzby pokuty v sume 1.000.000,- eur sa správnemu orgánu odníma akákoľvek možnosť právnej úvahy pri ukladaní sankcie. 27. Podľa žalobcu je ustanovenie § 28 ods. 8 zákona o potravinách v rozpore s Ústavou Slovenskej republiky v tomto ohľade poukázal na Nález Ústavného súdu Českej republiky č. Pl. ÚS 52/13 zo dňa 09.09.2014. Podľa tohto rozhodnutia sú neprípustné také pokuty, ktoré majú likvidačný charakter, čím sa rozumejú aj také prípady, v ktorých pokuta natoľko presiahne možné výnosy z podnikania, že sa podnikateľská činnosť v podstate stáva bezúčelnou a paušalizovanie závažnosti protiprávneho konania vedie k obmedzeniu možnosti správneho orgánu prihliadnuť ku konkrétnym okolnostiam prípadu, osobe delikventa a k jeho pomerom. Z prehľadu hospodárskych výsledkov žalobcu je zrejmé, že prípadné zaplatenie pokuty je spôsobilé privodiť žalobcovi závažnú ujmu v podobe výrazného zhoršenia jeho platobnej schopnosti, ktorá by mohla viesť k tomu, že zaplatenie pokuty by bolo pre žalobcu likvidačné, a teda intenzita zásahu pokuty do majetkovej sféry žalobcu je zásadná a zjavne neprimeraná. Žalobca dodal, že ku dňu podania žaloby eviduje 6 takýchto pokút, z čoho vyplýva, že dopad na jeho majetkovú sféru v prípade ich zaplatenia je o to závažnejší. 28. V podaní doručenom súdu dňa 09.03.2017 žalobca žiadal, aby správny súd podal návrh na začatie konania v súlade právneho predpisu a to konkrétne konania o súlade § 28 ods. 8 zákona o potravinách s listinou základných práv a slobôd ako aj s Nariadením (ES) č. 852/2004 a Nariadením (ES) č. 178/2002. Zároveň žiadal, aby správny súd konanie v zmysle § 100 ods. 1 písm. a/ SSP prerušil až do rozhodnutia Ústavného súdu Slovenskej republiky o jeho návrhu. III. Vyjadrenie žalovaného 29. Žalovaný sa k žalobe vyjadril písomným podaním doručeným súdu dňa 30.03.2017, zotrval na svojom doterajšom právnom názore, žalobu považoval za nedôvodnú a žiadal ju zamietnuť. 30. K námietke žalobcu týkajúcej sa porušenia zásady dvojinštančnosti konania žalovaný uviedol, že nekalé praktiky v obchode a aj v distribúcii sa môžu objavovať mimo pracovnej doby inšpektorov úradnej kontroly ako aj cez víkendy. Ministerstvo pôdohospodárstva a rozvoja vidieka SR v spolupráci so žalovaným pripravilo na zníženie rizík v potravinovej bezpečnosti a sebestačnosti s cieľom obmedziť dovoz zdravotne nebezpečných a nekvalitných potravín program zvýšenej efektívnosti kontroly potravín. Boli zavedené cielené úradné kontroly potravín vykonávané mimo pracovnej doby inšpektorov úradnej kontroly potravín a cez víkendy na takéto celoslovenské úradné kontroly potravín boli vytvorené inšpekčné skupiny, vykonávajúce kontroly v rámci Slovenskej republiky a záznamy z týchto kontrol sa vydávajú pod hlavičkou žalovaného. Oprávnenie inšpektorov žalovaného a regionálnych veterinárnych a potravinových správ vykonávať úradné kontroly potravín je definovaná zákonom o potravinách v § 23 ods. 1. Jednotlivé inšpekčné skupiny boli zložené z inšpektorov žalovaného s celoslovenskou pôsobnosťou, inšpektorov príslušnej regionálnej veterinárnej a potravinovej správy, v regióne ktorej sa kontrola vykonávala, prípadne aj inšpektorov iných regionálnych veterinárnych a potravinových správ na základe poverenia. Uvedené bolo v súlade s § 23 ods. 10 zákona o potravinách. Záznam o úradnej kontrole potravín sa postupuje na ďalšie konanie príslušnej regionálnej veterinárnej a potravinovej správe. Táto je v prvom stupni oprávnená rozhodnúť v tejto veci. V danom prípade bola kontrola vykonávaná jedným inšpektorom žalovaného, ktorý v žiadnom prípade neprišiel do styku s rozhodovaním vo veci v druhom stupni, ďalej inšpektorom územnej príslušnej Regionálnej veterinárnej a potravinovej správy Bratislava - mesto a na základe príslušného poverenia dvoma inšpektormi územne nepríslušnej Regionálnej veterinárnej a potravinovej správy Trenčín. Výsledky úradnej kontroly boli konsenzom jednotlivých kontrol vykonávajúcich zamestnancov a záznam z tejto kontroly bol postúpený miestne príslušnej regionálnej veterinárnej a potravinovej správe. 31. List o postúpení záznamu z kontroly nedáva priamu inštrukciu prvostupňovému správnemu orgánu, postupuje len objektívne zistené skutočnosti pri kontrole, ktoré vykonali poverený zamestnanci. 32. V tejto súvislosti žalovaný poukázal na rozhodnutie Krajského súdu Trenčín sp. zn. 11S 12/2012 zo dňa 09.10.2012, v ktorom správny súd vyslovil názor, že nepovažoval za dôvodnú námietku žalobcu o nezachovaní dvojinštančnosti konania, kedy daňovú kontrolu vykonalo Daňové riaditeľstvo SR a ukončilo ju protokolom. Po doručení protokolu sa začína vyrubovacie konanie, vo vyrubovacom konaní rozhodol správca dane ako prvostupňový orgán vydaním dodatočného platobného výmeru. O odvolaní rozhodol žalovaný. 33. V prvom stupni bolo konanie vedené nezávislým správnym orgánom, v mene ktorého koná riaditeľ, ktorý nemá žiaden dôvod konzultovať výsledky úradnej kontroly so zamestnancom odvolacieho orgánu a žiadať ho o usmernenie pri rozhodovaní. Žalovaný rozhodoval v druhom stupni nestranne a objektívne a jeho zamestnanci neboli ovplyvnení a nemali ku konkrétnemu prípadu žiadne väzby. 34. Pokiaľ ide o námietku žalobcu týkajúcu sa žurnalizácie záznamu, žalovaný uviedol, že zamestnancovi žalobcu p. Martinovi Mikóczimu prítomnému pri úradnej kontrole bol odovzdaný záznam o úradnej kontrole zo dňa 25.08.2015 - podpísaný a opečiatkovaný dvoma zúčastnenými stranami v miestne úradného záznamu na to určenom, pričom jedno vyhotovenie záznamu zostalo u žalobcu. Fotografie boli zaslané žalobcovi spolu s upovedomením o začatí správneho konania, žalobca mal teda možnosť oboznámiť sa s vyhotovenými dôkaznými materiálmi. Podkladom pre vydanie rozhodnutia bol podľa žalovaného záznam z kontroly a nie fotodokumentácia, ktorá je len podporou podpísaných zistení a samotná nemôže byť podkladom pre vydanie rozhodnutia. Poukazujúc na § 20 ods. 8 písm. b/ zákona o potravinách žalovaný uviedol, že na vyhotovovaných fotografiách nie sú zaznamenané iné nedostatky, ako tie, ktoré sú popísané v zázname o výkone kontroly, s ktorými bol žalobca oboznámený a ku ktorým sa aj vyjadril. 35. Podľa žalovaného sú inšpektori oprávnený v každom čase vstupovať do potravinárskych prevádzok, pričom tieto kontroly sa uskutočňujú bez predchádzajúceho ohlásenia tak, aby nebol zmarený ich účel. Orgán úradnej kontroly potravín vykonáva úradné kontroly potravín vždy s cieľom ochrany života a zdravia ľudí a zvierat a vždy v súlade so zákonom. Na začiatku úradnej kontroly sa inšpektori preukázali preukazmi a povereniami tak, ako je to zachytené v úradnom zázname, z ktorého jednoznačne vyplýva, že kontrola bola vykonaná s vedomím a za prítomnosti zamestnanca žalobcu v pozícii zástupcu vedúceho filiálky. Inšpektori vykonávali kontrolu v častiach prevádzky, ktoré súvisia s manipuláciou s potravinami a ich umiestňovaním na trh, nie sú v súkromných priestoroch a podobne. Zamestnanci účastníka konania počas úradnej kontroly s inšpektormi riadne spolupracovali a k nahliadnutiu predložili všetku požadovanú dokumentáciu. So žiadneho zákonného ustanovenia nevyplýva povinnosť inšpektorov zabezpečiť pri úradnej kontrole prítomnosť štatutárneho orgánu prevádzkovateľa. Zamestnanec žalobcu overil svojim podpisom priebeh úradnej kontroly tak, ako je to uvedené v zázname, pričom sa zaviazal o výsledku kontroly informovať vedenie spoločnosti. Voči priebehu, výsledkom úradnej kontroly a uloženým opatreniam nepodal žiadne námietky a neurobil tak ani samotný žalobca v lehote podľa § 20 ods. 11 zákona o potravinách. 36. Pokiaľ ide o namietanú absenciu protiprávneho konania žalovaný uviedol, že v konaní bolo preukázané, že sa žalobca dopustil niekoľko ich správnych deliktov podľa § 28 ods. 2 písm. o/ zákona o potravinách viacerými skutkami, v jednom prípade opakovanie, opakovane správneho deliktu podľa § 28 ods. 4 písm. e/ zákona o potravinách a opakovane správneho deliktu podľa § 28 ods. 4 písm. i/ zákona o potravinách. Žalobca ako prevádzkovateľ potravinárskeho podniku (predávajúci) musí počas celej doby umiestňovania potravín na trh zabezpečiť, aby potraviny spĺňali všetky požiadavky stanovené v platnej potravinovej legislatíve. Musí teda zabezpečiť, aby potraviny boli uchované pri teplotách deklarovaných prevádzkovateľom/výrobcom. Teplotný reťazec sa nesmie porušiť. Pokiaľ ide o potraviny označené dátumom spotreby je potrebné uviesť, že dátum spotreby je dátum, ukončujúci možnú dobu použitia potravín, ktoré z mikrobiologického hľadiska podliehajú rýchlej skaze a môžu po krátkom čase predstavovať bezprostredné nebezpečenstvo pre zdravie ľudí, nakoľko môžu u spotrebiteľa vyvolať rôzne zdravotné problémy. Žalovaný považuje v tomto smere námietku žalobcu za zavádzajúcu, klamlivú a účelovú. Tvrdenie, že potraviny, ktoré boli nevhodné na ľudskú spotrebu sa nachádzali mimo predajnej plochy a neboli ponúkané spotrebiteľom na predaj, ale boli inšpektormi nájdené v skladových priestoroch v čase vyhradenej a riadne označenej je nepravdivé. 37. Pokiaľ ide o námietku žalobcu o nesprávnej právnej kvalifikácii - nesprávnom posúdení opakovanosti konania v súvislosti so správnym deliktom podľa § 28 ods. 4 písm. a/ zákona o potravinách žalovaný uviedol, že prvostupňový správny orgán vychádzal pri aplikácii § 28 ods. 8 zákona o potravinách z rozhodnutia žalovaného č. 3017/2014 zo dňa 07.10.2014 (rozhodnutie RVPS BA č. 465/4535/2012-163 zo dňa 08.11.2012), ktorým bola uložená pokuta podľa § 28 ods. 4 písm. a/ v spojení s ods. 7 zákona o potravinách. Zo záznamu z úradnej kontroly potravín zo dňa 25.08.2015 vyplýva, že pri kontrole predávaného ovocia a zeleniny, ponúkaného spotrebiteľom, bol zistený predaj potravín uložených na predajnej ploche a určený na predaj spotrebiteľom, pri ktorých boli zistené potraviny po uplynutí dátumu minimálnej trvanlivosti/dátumu spotreby. Zo záznamu ďalej vyplýva, že bolo uložené opatrenie stiahnuť z trhu predmetné potraviny. K uvedenému zamestnanec žalobcu (zástupca vedúceho predajne) v zázname nenamietal. Fotodokumentácia druhov ovocia a zeleniny, ktoré boli posúdené ako nevhodné na ľudskú spotrebu bola vyhotovená na predajnej ploche po vytriedení uvedených druhov, pričom na niektorých snímkach je zreteľne vidieť, že sa jedná o predajnú plochu a vitrínu a nie skladové priestory. 38. Pokiaľ žalobca namietal porušenie jeho práva na spravodlivý proces a práva na ochranu súkromia žalovaný uviedol, že úradná kontrola potravín zo dňa 25.08.2015 bola vykonaná v zmysle všetkých právnych predpisov, ktoré sa týkajú výkonu úradnej kontroly. Žalobcovi bola poskytnutá reálna možnosť riadne sa obhajovať, vyjadrovať sa a navrhovať doplnenia a dôkazy už pri prerokovaní záznamu ako aj v upovedomení o začatí správneho konania. Žalobca využil svoje procesné práva v určenej lehota sa k upovedomeniu o začatí správneho konania vyjadril listom zo dňa 23.08.2016. Kontrolný orgán pri výkone kontroly svojimi aktivitami nijako nezasahoval do súkromnej sféry účastníka konania (napr. nezákonnou prehliadkou kancelárie, kontrolou pošty alebo e-mailu a podobne), ale vykonával kontrolu potravín podľa zákona o potravinách a osobitného predpisu. Je nesporné, že sa o porušenie práva žalobcu v zmysle čl. 6 a 8 Dohovoru nejedná a preto túto námietku považoval žalovaný za irelevantnú. V tejto súvislosti poukázal na rozsudok Najvyššieho súdu SR 4Sžnz/5/2015-136 zo dňa 02.02.2016. IV. Konanie pred správnym orgánom 39.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Relevantné právne predpisy 40. Podľa § 22 ods. 1 Správneho poriadku o ústnych podaniach a o dôležitých úkonoch v konaní, najmä o vykonaných dôkazoch, o vyjadreniach účastníkov konania, o ústnom pojednávaní a o hlasovaní správny orgán spíše zápisnicu. 41. Podľa § 22 ods. 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42. Podľa § 58 ods. 1 Správneho poriadku ak osobitný zákon neustanovuje inak, odvolacím orgánom je správny orgán najbližšieho vyššieho stupňa nadriadený správnemu orgánu, ktorý napadnuté rozhodnutie vydal. 43. Podľa § 4 ods. 1 zákona o potravinách prevádzkovatelia sú povinní na všetkých stupňoch výroby, spracúvania a distribúcie vrátane predaja na diaľku dodržiavať požiadavky upravené týmto zákonom a osobitnými predpismi. 44. Podľa § 6 ods. 5 zákona o potravinách na trh je zakázané umiestňovať potraviny a) iné ako bezpečné, b) klamlivo označené alebo ponúkané na spotrebu klamlivým spôsobom, c) neznámeho pôvodu, d) po uplynutom dátume spotreby alebo dátume minimálnej trvanlivosti okrem bezodplatného prevodu podľa odseku 7. 45. Podľa § 10 zákona o potravinách ten, kto skladuje potraviny a zložky na ich výrobu, je povinný dodržiavať ustanovenia osobitného predpisu a a) zabezpečiť skladovanie len v takých priestoroch a za takých podmienok, aby sa zachovala ich bezpečnosť, kvalita a biologická hodnota potravín a surovín na ich výrobu, b) zabezpečiť čistotu skladovacích priestorov a manipulačného zariadenia a vykonávanie dezinfekcie, dezinsekcie a deratizácie podľa všeobecne záväzných právnych predpisov, c) kontrolovať skladované potraviny a zložky a ukladať ich spôsobom, ktorý umožní bezpečné vykonávanie ich kontroly, manipulácie s nimi, včasné zistenie zdraviu škodlivých potravín, potravín po dátume spotreby a po dátume minimálnej trvanlivosti a ich vyradenie z obehu a oddelené uloženie a zreteľné označenie výrobkov na iný než pôvodný účel, d) zabezpečiť oddelené skladovanie nezlučiteľných druhov výrobkov vzájomne ovplyvňujúcich bezpečnosť a kvalitu, e) uchovávať rýchlo sa kaziace potraviny trvale schladené a zmrazené potraviny uchovávať trvale zmrazené, f) dodržiavať ďalšie podmienky skladovania určené prevádzkovateľom potravinárskeho podniku. 46. Podľa § 12 ods. 1 zákona o potravinách ten, kto predáva potraviny vrátane predaja na diaľku, a) zodpovedá za bezpečnosť a kvalitu predávaných potravín, b) je povinný zabezpečiť hygienu predaja podľa osobitného predpisu, najmä vykonávať sústavné upratovanie, čistenie všetkého zariadenia používaného pri predaji, dezinfekciu, a v prípade potreby vykonanie dezinsekcie a deratizácie podľa všeobecne záväzných právnych predpisov, c) je povinný zabezpečiť označenie, oddelené umiestnenie a predaj potravín na iný než pôvodný účel a takýto predaj zreteľne vyznačiť, d) je povinný nebalené potraviny, ak to ich povaha vyžaduje, zabaliť do funkčne vhodného a zdravotne neškodného obalového materiálu a pri manipulácii s nimi používať čisté pomôcky a náradie, e) nesmie meniť, odstraňovať a zakrývať údaje uvedené prevádzkovateľom potravinárskeho podniku na spotrebiteľskom balení, f) je povinný zabezpečiť hygienický predaj nebalených pekárskych výrobkov prostredníctvom technických prostriedkov a technických zariadení, g) nesmie spoločne predávať nezlučiteľné druhy výrobkov vzájomne ovplyvňujúce bezpečnosť a kvalitu potravín, h) nesmie predávať potraviny po uplynutí dátumu spotreby a dátumu minimálnej trvanlivosti, i) je povinný potraviny určené na osobitné výživové účely a nové potraviny a geneticky modifikované potraviny umiestňovať na trh len balené, j) je povinný vzhľadom na povahu potraviny primerane skrátiť dátum minimálnej trvanlivosti alebo dátum spotreby uvedenej na obale potraviny, ak bola rozbalená na účel predaja jednotlivých častí, a ustanoviť podmienky ich ďalšieho uchovania tak, aby nedošlo k zhoršeniu kvality a bezpečnosti potraviny, k) je povinný zabezpečiť, aby pri predaji a preprave potravín, výživových doplnkov a materiálov a predmetov určených na styk s potravinami bol k dispozícii doklad o pôvode tovaru, l) je povinný uchovávať potraviny a suroviny pri teplotách deklarovaných prevádzkovateľom potravinárskeho podniku, m) je povinný krájané potraviny alebo potraviny predávané na hmotnosť označovať údajom o ich zložení a dátume spotreby na výveske na viditeľnom mieste v blízkosti vystavenej potraviny; táto povinnosť sa nevzťahuje na balené potraviny vo výrobe, čerstvé ovocie a zeleninu, n) nesmie ich predávať na miestach, na ktorých je predaj zakázaný podľa osobitného predpisu, o) je povinný potraviny, ktorých trvanlivosť je viac ako 4 dni a doba zostávajúca do ich dátumu spotreby je kratšia ako 24 hodín, umiestniť oddelene a/alebo takýto výrobok označiť informáciou pre spotrebiteľa o blížiacom sa ukončení doby spotreby, p) je povinný potraviny nevhodné na spotrebu ľuďmi alebo nebezpečné a predmety určené na styk s potravinami, ktoré ohrozujú zdravotnú bezpečnosť potravín, zneškodniť v zariadení podľa osobitného predpisu na vlastné náklady. 47. Podľa § 21 ods. 1 písm. c) zákona NR SR č. 152/1995 Z. z. o potravinách orgány štátnej správy &lt;https://www.slov-lex.sk/pravne-predpisy/SK/ZZ/1995/152/20170101&gt; vo veciach úradnej kontroly potravín podľa tohto zákona a osobitných predpisov sú: a) ministerstvo a ministerstvo zdravotníctva, b) orgány verejného zdravotníctva, &lt;https://www.slov-lex.sk/pravne-predpisy/SK/ ZZ/1995/152/20170101&gt; c) štátna veterinárna a potravinová správa, d) regionálne veterinárne a potravinové správy. 48. Podľa § 23 ods. 11 zákona o potravinách zamestnanec regionálnej veterinárnej a potravinovej správy vykonávajúci úradnú kontrolu potravín je oprávnený na základe poverenia, ktoré vydáva Štátna veterinárna a potravinová správa, vykonávať úradnú kontrolu potravín aj v územnom obvode &lt;https://www.slov-lex.sk/pravne-predpisy/SK/ZZ/1995/152/20170101&gt; inej regionálnej veterinárnej a potravinovej správy. 49. Podľa § 28 ods. 4 písm. a) zákona o potravinách orgán úradnej kontroly potravín uloží právnickej osobe alebo fyzickej osobe podnikateľovi pokutu od 1 000 eur do 500 000 eur, ak v rozpore s týmto zákonom alebo osobitnými predpismi vyrába alebo umiestňuje na trh potraviny, ktoré nie sú bezpečné, sú zdraviu škodlivé a nevhodné na ľudskú spotrebu alebo sú skazené. 50. Podľa § 28 ods. 7 zákona o potravinách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51. Podľa § 28 ods. 8 zákona o potravinách ak do jedného roka odo dňa nadobudnutia právoplatnosti rozhodnutia o uložení pokuty dôjde k opakovanému porušeniu povinností, za ktoré bola uložená pokuta podľa odseku 7, orgán úradnej kontroly potravín uloží pokutu od 1 000 000 eur do 5 000 000 eur. 52. Podľa § 28 ods. 12 na konanie o uložení pokuty sa vzťahuje všeobecný predpis o správnom konaní. 53. Podľa § 31 ods. 1 zákona o potravinách na úradnú kontrolu potravín podľa tohto zákona sa nevzťahujú ustanovenia osobitných predpisov, ak sa vykonáva podľa tohto zákona. 54. Podľa § 31 ods. 2 zákona o potravinách na konanie podľa tohto zákona sa vzťahujú všeobecné predpisy o správnom konaní okrem konania podľa § 20 ods. 4 &lt;https://www.slov-lex.sk/pravne-predpisy/ SK/ZZ/1995/152/20170101&gt;, &lt;https://www.slov-lex.sk/pravne-predpisy/SK/ZZ/1995/152/20170101&gt;, 12 &lt;https://www.slov-lex.sk/pravne-predpisy/SK/ZZ/1995/152/20170101&gt; a § 20a &lt;https://www.slov- lex.sk/pravne-predpisy/SK/ZZ/1995/152/20170101&gt;. VI. Posúdenie veci správnym súdom 55.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najmä s hmotnými a procesnými administratívnymi predpismi. 56.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57.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58.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59.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60. Súd považuje za potrebné zdôrazniť, že i na rozhodovanie o správnych deliktoch dopadajú požiadavky čl. 6 ods. 1 dohovoru, pretože dohovor v čl. 6 ods. 1 uvádza „akékoľvek trestné obvinenie“. Dohovor &lt;file:///G:\..\..\..\Main\Default.aspx&gt; má v danom prípade prioritu pred vnútroštátnym zákonom, ak zabezpečuje väčší rozsah ústavných práv a slobôd. Dohovor je publikovaný v Zbierke zákonov pod č. 209/1992 Zb.. 61.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62. Súd ďalej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resp. fotodokumentácia.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63. Je treba zdôrazniť, že súd nie je povinný a ani oprávnený nahrádzať činnosť správnych orgánov. Vecne preskúmať zákonnosť správneho rozhodnutia je možné len za predpokladu vydania takého rozhodnutia, ktoré vychádza z náležitého zistenia skutkového stavu a ktoré je dostatočne preskúmateľne odôvodnené, kedy správny orgán náležitým spôsobom vyhodnotí námietky účastníka správneho konania, pričom mu samozrejme k tomu musí vytvoriť adekvátny priestor. 64. Práve úlohou správneho orgánu je vykonať dostatok dôkazov a v prípade existencie pochybností o skutočnom stave veci je jeho úlohou tieto pochybnosti vyvrátiť, čo v danom prípade absentuje. Správne orgány si nesplnili povinnosť hodnotiť každý dôkaz jednotlivo a všetky dôkazy v ich vzájomnej súvislosti, nakoľko vzali do úvahy iba dôkaz získaný pri úradnej kontrole potravín dňa 25.08.2015 o žalobcovej vine bez zohľadnenia argumentov predloženom žalobcom vinu spochybňujúcich. 65. Na tomto mieste súd pripomína, že je nevyhnutné vychádzať aj z individuálnych, teda na konkrétnych skutkových zisteniach založených, dimenziách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V danom prípade je podstatnou i tá okolnosť, že samotný vedľajší účastník sa cítil byť napadnutým rozhodnutím ukrátený na svojich právach. I keď proti rozhodnutiu správcu dane vedľajší účastník nepodal opravný prostriedok (a následne prípadnú žalobu proti rozhodnutiu o odvolaní), postupoval legitímne spôsobom, ktorý mu právny poriadok nepochybne priznáva. Obrátil sa podnetom na orgán štátu, na autoritu všeobecného dozoru nad zachovávaním zákonnosti orgánov verejnej správy a takýmto spôsobom sa snažil zvrátiť pre neho nepriaznivé rozhodnutie správcu dane. Len preto, že vedľajší účastník nepostupoval podľa žalovaného štandardným spôsobom cestou odvolania proti prvostupňovému rozhodnutiu správcu dane, nemožno argumentovať, že nemal voči rozhodnutiu námietky alebo, že sa nedotklo jeho právnej sféry. Nemožno prisvedčiť ani tvrdeniu, že iný ako žalovaným „schvaľovaný“ postup vedľajšieho účastníka, ktorý bol však plne v súlade so zákonom a tiež jeho právom, vylúčil predmetné právoplatné rozhodnutie žalovaného z možnosti jeho prieskumu na základe žaloby prokurátora. 66. V tomto ohľade prisvedčil správny súd nasledovným námietkam žalobcu: Pokiaľ žalobca namietal porušenie zásady dvojinštančnosti správneho konania je v úvode treba podotknúť, že právny poriadok Slovenskej republiky nevylučuje možnosť vykonať úradnú kontrolu potravín žalovaným, hoci jeho primárnou úlohou ako orgánu štátnej správy vo veterinárnej oblasti je riadenie, usmerňovanie, koordinácia a kontrola výkon štátnej správy, ktorý uskutočňujú regionálne veterinárne a potravinové správy a ďalšie žalovanému podriadené organizácie. Ako však vyplýva z § 6 ods. 2 písm. av) zákona č. 39/2007 Z.z. žalovaný okrem iných činností taxatívne vymenovaných v z § 6 ods. 2 písm. a) až au) zákona č. 39/2007 Z.z. plní ďalšie úlohy podľa tohto zákona a podľa osobitného predpisu.36) &lt;https://www.slov-lex.sk/pravne-predpisy/SK/ZZ/2007/39/20170101&gt;, pričom v poznámke č. 36 je uvedený práve zákon o potravinách (č. 152/1995 Z. z.) &lt;https://www.slov-lex.sk/pravne- predpisy/SK/ZZ/1995/152/&gt;Z ustanovenia § 18 ods. 3 zákona o potravinách vyplýva, že orgány uvedené v § 21 ods. 1 písm. b) až d) &lt;https://www.slov-lex.sk/pravne-predpisy/SK/ZZ/1995/152/20170101&gt; tohto zákona vykonávajú úradnú kontrolu potravín podľa osobitného predpisu (napríklad čl. 3 a čl. 6 až 11 nariadenia Európskeho parlamentu a Rady (ES) č. 882/2004 &lt;http://eur-lex.europa.eu/LexUriServ/ site/sk/dd/03/45/32004R0882SK.pdf&gt;). Takýmto orgánom v súlade s § 21 ods. 1 písm. c) zákona o potravinách je aj žalovaný, nie len regionálne veterinárne a potravinové správy (§ 21 ods. 1 písm. c) zákona o potravinách). Z uvedeného vyplýva, že pokiaľ by úradnú kontrolu potravín vykonával samotný žalovaný ako orgán s celoslovenskou pôsobnosťou, nie je to v rozpore s právom. Porušením zákona nie je ani situácia, kedy úradnú kontrolu potravín vykonáva regionálna veterinárna a potravinová správa mimo územia svojej miestnej pôsobnosti (§ 23 ods. 11 zákona o potravinách). 67. Správnemu súdu neprekáža ani situácia, ktorá vznikla v danom prípade, a to síce, že úradnú kontrolu potravín vykonala skupina zložená zo zamestnancov žalovaného prvostupňového správneho orgánu a miestne nepríslušnej regionálnej veterinárnej a potravinovej správy. Vykonať kontrolu v takomto zložení zákonu neodporuje. 68. Pokiaľ sa však úradná kontrola potravín realizovala aj prostredníctvom zástupcu žalovaného, je správny súd toho názoru, nebolo v súlade so zákonom, aby výsledky takejto kontroly boli v ďalšom delegované na prvostupňový správny orgán. Uvedené je v rozpore s právom na spravodlivý proces jednak z dôvodu, že prvostupňový správny orgán ako podriadený žalovanému nemal možnosť nezávisle bez názoru, ktorým je viazaný, posúdiť konanie žalobcu a na veci nič nemení ani tá skutočnosť, že sa úradnej kontroly potravín zúčastnili aj zástupcovia prvostupňových správnych orgánov. V druhom rade bola žalobcovi de facto odňatá možnosť konania v dvoch stupňoch, kedy by konformným postupom vec prebehla prvostupňovým konaním a následne konaním o odvolaní pred orgánom nezaťaženým už skôr vysloveným právnym názorom na predmet konania. 69. Správne žalobca poukázal na už viackrát súdmi deklarovaný právny názor (rozsudok Krajského súdu v Bratislave sp. zn. 5S 114/2016 zo dňa 25.10.2016, rozsudok Najvyššieho súdu Českej republiky sp. zn. 2Afs 143/2014 zo dňa 29.07.2006, Nález Ústavného súdu Českej republiky sp. zn. IV. ÚS 493/06 zo dňa 16.05.2007). Vyššie opísaným postupom správnych orgánov bola bezpochyby narušená objektívnosť, nezávislosť a nestrannosť rozhodovania správnych orgánov oboch stupňov, bola potlačená zásada dvojinštančnosti konania garantovaná správnym poriadkom a v konečnom dôsledku aj ústavné právo žalobcu na súdnu a inú právnu ochranu. Je z hľadiska práva na spravodlivý proces ako ústavného imperatívu zaväzujúceho všetky orgány verejnej moci neprípustné, aby ten istý orgán najskôr vykonal kontrolu, v ktorej závere konštatuje porušenie zákona, potom záznam z takejto kontroly spolu s právnym záverom k zistenému skutkovému stavu deleguje podriadenému správnemu orgánu a zároveň po podanom odvolaní bol tým orgánom, ktorý rozhoduje v odvolacom konaní a vydal tak rozhodnutie, ktorým sa administratívne konanie končí - je právoplatné. Za právne irelevantný považoval správny súd argument žalovaného, že o odvolaní nerozhodoval ten istý zamestnanec žalovaného, ktorý nebol prítomný pri úradnej kontrole potravín. Spravodlivým musí úradný postup (proces) nie len byť, ale sa takým musí i navonok javiť, čo v danom prípade vzhľadom pre vyššie opísané okolnosti splnené nebolo. 70. Súd za dôvodnú považuje aj námietku týkajúcu sa nezákonnosti záznamu o úradnej kontroly potravín č. ŠVPS SR/2015, Ch, Kn, Gi/40 zo dňa 25.08.2018, a to z dvoch základných dôvodov. Spôsobom výkonu úradnej kontroly bolo porušené právo žalobcu na súkromie a záznam o úradnej kontrole vykazuje také formálne a materiálne vady rozporné so zákonom. 71. Podľa čl. 48 ods. 2 Ústavy SR každý má právo, aby sa jeho vec verejne prerokovala bez zbytočných prieťahov a v jeho prítomnosti a aby sa mohol vyjadriť ku všetkým vykonávaným dôkazom. Verejnosť možno vylúčiť len v prípadoch ustanovených zákonom. 72. Podľa čl. 3 ods. 2 Nariadenia Európskeho parlamentu a Rady (ES) č. 882/2004 úradné kontroly sa budú uskutočňovať bez predchádzajúceho upozornenia, okrem takých prípadov ako je audit, kedy je predchádzajúce informovanie prevádzkovateľa v oblasti krmív a potravín potrebné. Úradné kontroly sa môžu uskutočňovať aj ad hoc. 73. Podľa § 34 ods. 1 Správneho poriadku na dokazovanie možno použiť všetky prostriedky, ktorými možno zistiť a objasniť skutočný stav veci a ktoré sú v súlade s právnymi predpismi. 74. V zmysle článku 8 Dohovoru o ochrane ľudských práv a základných slobôd a článku 16 ods. 1 Ústavy SR je zaručená nedotknuteľnosť osoby a jej súkromia. Obmedzená môže byť len v prípadoch ustanovených zákonom. 75. Podľa článku 16 ods. 1, 3 Ústavy SR obydlie je nedotknuteľné. Nie je dovolené doň vstúpiť bez súhlasu toho, kto v ňom býva.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76. Nezákonným je taký dôkaz, ktorý nebol získaný spôsobom, ktorý ustanovuje a predpokladá príslušný právny predpis. V danom prípade bol správny orgán povinný pri úradnej kontrole postupovať v súlade so zákonom. Pracovníci žalovaného a prvostupňového správneho orgánu boli oprávnení vstupovať do každého prevádzkového priestoru, ktorý kontrolovaný subjekt používa na podnikanie. Súd súhlasí so žalovaným, ktorý poukázal na rozhodnutie NS SR Najvyššieho súdu SR 4Sžnz/5/2015-136 zo dňa 02.02.2016, pričom však toto rozhodnutie sa vyjadruje k otázke potreby pred výkonom kontroly v súkromnom priestore účastníka požiadať o súhlas súd, čo nie je otázka sporná medzi účastníkmi tohto súdneho sporu a nezaoberá sa ňou preto ani správny súd. 77. Súd poukazuje na uznesenie Ústavného súdu SR sp. zn. II ÚS 259/05-16 zo dňa 16.12.2005 konštatujúci, že aj právnické osoby sú nositeľmi práva nedotknuteľnosti obydlia - podnikateľského dôkazu. Pokiaľ ide o postup správneho orgánu porušujúci právo žalobcu na súkromie, ten spočíval v tom, že existujú dôvodné pochybnosti o tom, že by pracovníci vykonávajúci úradnú kontrolu potravín v prevádzke žalobcu upovedomili kohokoľvek oprávneného za žalobcu konať o svojej činnosti a taktiež počas jednotlivých kontrolných činnostiach tieto vykonávali v prítomnosti relevantného zástupcu žalobcu. Uvedená pochybnosť pramení zo skutočnosti, že Záznam o úradnej kontrole potravín č. ŠVPS SR/2015/ Ch,Kn,Gi/40 zo dňa 25.08.2015 neobsahuje zmienku o tom, že kontrolóri pri vstupe prevádzkarne žalobcu ohlásili svoj príchod, oboznámili s činnosťou, ktorú mienia vykonávať a neprizvali ku kontrolnej činnosti žalobcu, aby určil eventuálne osobu (osoby), ktoré sa zúčastnia výkonu úradnej kontroly. Žalobcovo vyššie definované právo na súkromie bolo porušené a zároveň mu bola odňatá možnosť oboznámiť sa s kontrolnými zisteniami, adekvátne na kontrolné zistenia reagovať a účinne brániť svoje práva. V danom prípade zo strany žalovaného ani prvostupňového správneho orgánu v žalobou napadnutých rozhodnutiach nebola odôvodnená potreba zvoleného postupu zásahy takejto intenzity do nedotknuteľnosti obydlia ani existenciou okolností ´týkajúcich sa ochrany života, zdravia alebo majetku osôb, ochrany práv a slobôd iných alebo odvrátenia závažného ohrozenia verejného poriadku, ktorý je v demokratickej spoločnosti nevyhnutný a teda ktorý by bol v právnom štáte akceptovateľný. Takýto postup celkom iste nebol ani nevyhnutný na plnenie úloh verejnej správy, ktorá by svoj zámer realizovať úradnú kontrolu potravín dosiahla aj ústavne konformným spôsobom, pričom nevzniklo žiadne podozrenie (niet o tom dôkazu), že by žalobca vyvíjal akúkoľvek snahu brániť v predmetnej úradnej činnosti. 78. Podľa § 22 ods. 1 Správneho poriadku o ústnych podaniach a o dôležitých úkonoch v konaní, najmä o vykonaných dôkazoch, o vyjadreniach účastníkov konania, o ústnom pojednávaní a o hlasovaní správny orgán spíše zápisnicu. 79. Podľa § 22 ods. 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80. Podľa § 22 ods. 3 Správneho poriadku zápisnicu podpisujú po prečítaní všetky osoby, ktoré sa na konaní zúčastnili, a zamestnanec (člen) správneho orgánu uskutočňujúceho konanie, zápisnicu o hlasovaní všetci prítomní členovia správneho orgánu. Odopretie podpisu, dôvody tohto odopretia a námietky proti obsahu zápisnice sa v nej zaznamenajú. 81. K priebehu úradnej kontroly a spísanému záznamu o nej súd dodáva, že ako vyplýva z dikcie vyššie uvedených ustanovení Správneho poriadku, predpokladá sa, že pri výkone kontroly (ako dôležitého úkonu správneho orgánu) bude prítomný účastník konania alebo jeho zástupca a v zápisnici reagovať na vykonané dôkazy. Právo účastníka zúčastniť sa úkonu správneho orgánu vyplýva tiež z čl. 48 ods. 2 Ústavy SR. Uvedené právo účastníka zároveň zakladá správnemu orgánu povinnosť o úkone účastníka informovať a ako už súd konštatoval, umožniť mu úkonu sa zúčastniť. 82. K uvedenému súdu nedá nepovedať, že nemožno súhlasiť so žalovaným, že zástupca žalobcu súhlasil s kontrolnými zisteniami. Zápis uvedený na konci Záznamu o vykonanej úradnej kontrole potravín o tom nevypovedá a z veta „Beriem na vedomie - budem informovať vedenie spoločnosti“ nie je prejavom súhlasu s kontrolnými zisteniami a akceptáciou záverov kontrolórov o porušení právnych predpisov žalobcom. 83. Na základe vyššie uvedeného možno podľa názoru správneho súdu konštatovať, že dôkaz - Záznam o úradnej kontrole potravín č. ŠVPS SR/2015/Ch,Kn,Gi/40 zo dňa 25.08.2015, bol dôkazom získaným v rozpore so zákonom, a preto ho nebolo možné v administratívnom konaní použiť. Správny orgán nebol oprávnený na takto získaný dôkaz prihliadať, a pokiaľ tak urobil, čo je zrejmé z jeho rozhodnutia, konal nezákonne. Správnym orgánom sa následne jeho zistenia nepodarilo dostatočne podrobiť skúške hodnovernosti prostredníctvom iných (doplňujúcich) dôkazov podporujúcich ich tvrdenie o skutku a jeho kvalifikácii opisované v predmetných rozhodnutiach. 84. Na základe vyššie uvedených dôvodov preto súd súhlasil s námietkami žalobcu o nedostatočne zistenom skutkovom stave veci, nakoľko v konaní neboli dôsledne zistené všetky skutočnosti dôležité pre rozhodnutie a zostali nezodpovedané mnohé otázky. Z uvedeného je zrejmé, že zistený skutkový stav veci nemožno považovať za dostatočný a správne orgány nemali dostatok podkladov pre vydanie napadnutých rozhodnutí. 85. Pokiaľ žalobca namietal, že neporušil povinnosť uchovávať zmrazené potraviny trvalo zmrazené, je súd presvedčený, že v danom prípade uvedený záver inšpektorov vykonávajúcich úradnú kontrolu potravín bol predčasný a ich zistenia neboli dostatočné pre konštatovanie porušenia § 10 písm. e/ a f/ zákona o potravinách. 86. Jednou zo zásad deliktuálneho konania je i prezumpcia neviny. To znamená, že osoba je obvinená z deliktu, len čo správny orgán vykonal voči nej prvý procesný úkon. Na takúto osobu sa hľadí ako na nevinnú, kým jej vina nebola vyslovená právoplatným rozhodnutím. Obvinený má právo vyjadriť sa ku všetkým skutočnostiam, ktoré sa mu kladú za vinu a k dôkazom o nich, uplatňovať skutočnosti a dôkazy na svoju obhajobu, podávať návrhy a opravné prostriedky. 87. Logickou sa správnemu súdu zdala argumentácia žalobcu, že pri samoobslužnej forme predaja výrobkov sa stáva, že spotrebiteľ pri manipulácii s tovarom občas vnútorný obsah potraviny deformuje, a to aj bez toho, aby došlo k poškodeniu obalu a tiež že ak spotrebiteľ s potravinami manipuluje neprimerane dlhší čas mimo mraziaceho zariadenia, môže spôsobiť, že sa trvalo zmrazené potraviny z časti rozmrazia. Súd súhlasí s žalobcom, že nie je v moci prevádzkovateľa potravinárskeho podniku zabrániť, aby pri vysokej frekvencii manipulácie s tovarom, v akej dochádza v podmienkach prevádzok potravinárskych reťazcov, boli všetky produkty nedeformované a zároveň aj trvalo mrazené. Súd podotýka, že inšpektori nekonštatovali nedostatočnú teplotu v mraziarenských zariadení, ktorá by spôsobovala rozmrazovanie mrazených výrobkov ani iný nedostatok týkajúci sa neodbornej a nedostatočnej ochrany mrazených výrobkov pred zdeformovaním alebo rozmrazením. 88. Zásadu prezumpcie neviny, ktorá v sebe subsumuje dve pravidlá, a to: v pochybnostiach v prospech obvineného a na postih obvineného sa vyžaduje, aby sa mu dokázala vina. Povinnosťou správnych orgánov preto bolo vo veci vykonať ďalšie dokazovanie, ktorým by zistili dôvod zistených nedostatkov kontrolovaného tovaru, aby zistenie skutkového stavu nevyvolávali pochybnosti o zavinení. 89. Žalobca tiež namietal, že neporušil zákaz umiestňovať na trh potraviny nevhodné na ľudskú potrebu (iné ako bezpečné). Správny súd uvedenú námietku posúdil komplexne z rôznych pohľadov: 90. Pokiaľ inšpektori pri výkone úradnej kontroly potravín zistili prítomnosť plesní a hniloby na určitých druhoch potravín, ktoré sa vyskytovali mimo predajnej plochy, teda neboli určené na konzumáciu a neboli ponúkané spotrebiteľom, v tejto časti možno súhlasiť so žalobcom, že z jeho strany k porušeniu zákazu umiestňovať na trh potraviny nevhodné na ľudskú potrebu (iné ako bezpečné) nedošlo. 91. Pokiaľ sa však v rozhodnutí prvostupňového správneho orgánu potvrdeného rozhodnutím žalovaného konštatuje, že žalobca porušil zákaz umiestňovať na trh potraviny iné ako bezpečné, tým, že umiestňoval na trh potraviny nevhodné na ľudskú potrebu z dôvodu výskytu plesne a hniloby na plodoch, porovnaním záznamu z úradnej kontroly a relevantnej fotodokumentácie, mohlo by sa spomínané porušenie týkať len tovaru s názvom CHILLI MIX a nie všetkých štyroch v zázname uvádzaných potravín. Z fotodokumentácii je zrejmé, že fotografie tovaru (Broskyne balené košík 1000g, Clever citróny 500g a Hrušky košík Clever 1kg) boli vyhotovené mimo predajnej plochy žalobcu. Pokiaľ ide o tovar CHILLI MIX, fotografia vyhotovená tesne po odfotografovaní plesne na chili paprikách znázorňuje predajný regál, avšak žiadna z fotografií nazachytáva skutočnosť, či sa vadné balenie tovaru CHILLI MIX nachádza na predajnej ploche. Zároveň by sa v takom prípade, kedy je zistený uvádzaný nedostatok, žiadalo skúmať, či mohol mať účinky na zdravie spotrebiteľov, čo je otázka odborného a nie právneho posúdenia. 92. Znova poukazujúc na zásadu prezumpcie neviny správny súd konštatuje, že z administratívneho spisu nevyplýva, že by žalobca v tomto ohľade opisovaným spôsobom naplnil všetky znaky skutkovej podstaty iného správneho deliktu podľa § 28 ods. 4 písm. a/ zákona o potravinách. Aby mohol správny orgán naplnenie materiálnych a formálnych znakov správneho deliktu konštatovať, musí mat tieto nad všetky pochybnosti preukázané. 93. Pokiaľ ide o konštatovanie porušenia zákona o potravinách v kontexte s tvrdením, že žalobca umiestňoval na trh potraviny iné ako bezpečné, pretože boli po uplynutom dátume spotreby alebo dátume minimálnej trvanlivosti, je súd toho názoru, že správne orgány v tejto časti vec po právnej stránke zle posúdili. Súd poukazuje na znenie § 6 ods. 5 zákona o potravinách, ktorý rozoznáva štyri druhy zakázaného konania. 1. Umiestňovanie na trh potraviny iné ako bezpečné, 2. umiestňovanie na trh potravín klamlivo označených alebo ponúkaných na spotrebu klamlivým spôsobom, 3. umiestňovanie na trh potravín neznámeho pôvodu a 4. umiestňovanie na trh potravín po uplynutom dátume spotreby alebo dátume minimálnej trvanlivosti. Z dikcie tohto zákonného ustanovenia je celkom zrejmé, že uvedené zakázané konania sú samostatné a od seba nezávislé, pričom prevádzkovateľ potravinárskeho podniku sa môže svojim konaním dopustiť len jedného z porušení (skutkov) opísaných v § 6 ods. 5 zákona o potravinách, ale môže sa jedným konaním dopustiť aj porušení viacerých. Neplatí však premisa, že naplnením znakov protiprávneho konania v jednom z ustanovení § 6 ods. 5 písm. a) až d) sa dopustí prevádzkovateľ potravinárskeho priemyslu priamo aj ďalšieho v § 6 ods. 5 ustanoveného deliktu. Preto nemožno ani konštatovať bez ďalšieho preukázanie, že tým, že žalobca umiestnil na trh potraviny po uplynutom dátume spotreby alebo dátume minimálnej trvanlivosti§ 6 ods. 5 písm. d) zákona o potravinách, dopustil sa aj zákazu podľa § 6 ods. 5 písm. a) zákona o potravinách umiestňovať na trh potraviny iné ako bezpečné. 94. Odhliadnuc od vyššie uvedeného, žalobca vo svoje žalobe vzniesol aj také námietky, ktoré súd nepovažoval za dôvodné. 95. Pokiaľ ide o námietku žalobcu, že nebolo dostatočne preukázané, že by potraviny, ktoré opísali kontrolóri pri výkone úradnej kontroly potravín a zobrazené vo fotodokumentácii boli ponúkané zákazníkom žalobcu na predajnej ploche, súd poukazuje na to, že skutočne časť fotografií, ktoré boli vyhotovené dňa 25.08.2015 pri úradnej kontrole znázorňujú vyradené potraviny s označením „tovar nevhodný na ľudský konzum“. Zároveň však fotodokumentácia obsahuje dôkazy, ktoré svedčia o tom, že potraviny napadnuté plesňami a hnilobou sa u žalobcu nachádzali aj na predajnej ploche. V zhode so žalovaným je súd presvedčený, že ovocie a zelenina musia byť pri umiestňovaní na trh zdravé bez vonkajších a vnútorných poškodení zhoršujúci celkový vzhľad. Správny súd nepochybuje o tom, že inšpektori, ktorí vykonali úradnú kontrolu potravín, sú dostatočne školení a preskúšavaní v oblasti posudzovania senzorických vlastností potravín a majú správne predstavy o kvalite výrobkov. Vzhľadom na všeobecne známu skutočnosť, že hniloba ovocia a zeleniny je mikrobiálna kontaminácia spôsobená baktériami, pričom potraviny s výskytom hniloby predstavujú riziko pre spotrebiteľa a môžu ohroziť jeho zdravie, nakoľko môžu spôsobiť ochorenie ľudí, uvedené kontrolné zistenia o senzorických zmenách výrobku nebolo potrebné bližšie analyzovať, aby bolo konštatované porušenie potravinového práva žalobcom. Prevádzkovateľ potravinárskeho podniku je zo zákona o potravinách povinný dodržiavať požiadavky potravinového práva a jeho vnútorný kontrolný systém má byť účinný do takej miery, aby predišiel porušeniam zákona, čo v danom prípade zo strany žalobcu, ako bolo preukázané pri úradnej kontrole potravín, zabezpečené nebolo. 96. K medzi účastníkmi spornej otázke výkladu ustanovenia § 28 ods. 8 zákona správny súd uvádza, že pokiaľ zákonodarca v texte tohto zákonného ustanovenia uvádza, že orgán úradnej kontroly potravín uloží pokutu od 1 000 000 eur do 5 000 000 eur, ak do jedného roka odo dňa nadobudnutia právoplatnosti rozhodnutia o uložení pokuty dôjde k opakovanému porušeniu povinností, za ktoré bola uložená pokuta podľa odseku 7, možno tento úradný postup zvoliť len v prípadoch, kedy je v aktuálnom konaní preukázané také isté porušenie zákona o potravinách (resp. potravinového práva), ako tomu bolo (právoplatným rozhodnutím) v predchádzajúcom roku. Nemusí ísť o tú istú prevádzkareň prevádzkovateľa potravinárskeho podniku, uvedené z právneho predpisu nevyplýva. Pokiaľ ide o opakovanie (zhodu) porušenia povinností podľa zákona o potravinách, § 28 ods. 8 zákona možno uplatniť len v prípade, že sa prevádzkovateľ potravinárskeho podniku dopustí toho istého deliktu, to znamená, že naplnil znaky toho istého správneho deliktu ustanoveného zákonom o potravinách, a to bez ohľadu na iné okolnosti (teda napr. spôsob spáchania, rozsah alebo intenzitu). 97. Pokiaľ ide o žalobcovu výhradu o nesúlade s Ústavou SR a požiadavku uvedenú v jeho podaní doručenom súdu dňa 09.03.2017, aby správny súd podal návrh na začatie konania o súlade právneho predpisu a to konkrétne konania o súlade § 28 ods. 8 zákona o potravinách s listinou základných práv a slobôd ako aj s Nariadením (ES) č. 852/2004 a Nariadením (ES) č. 178/2002 a zároveň žiadal, aby správny súd konanie v zmysle § 100 ods. 1 písm. a/ SSP prerušil až do rozhodnutia Ústavného súdu Slovenskej republiky o jeho návrhu, s takýmto návrhom sa súd nestotožnil. 98. Správny súd poukazuje na § 41b ods. 2 zákona č. 38/1993 Z.z. o organizácii Ústavného súdu Slovenskej republiky o konaní pred ním a o postavení jeho sudcov v znení neskorších predpisov, podľa ktorého ostatné právoplatné rozhodnutia vydané v civilnom procese alebo správnom konaní na základe právneho predpisu, ktorý celkom, sčasti alebo v niektorom ustanovení stratil účinnosť, zostávajú nedotknuté; povinnosti uložené takýmito rozhodnutiami nemožno nútene vymáhať. 99. Vzhľadom na dikciu uvedeného ustanovenia zákona by úvaha o možnom nesúlade § 28 ods. 8 zákona o potravinách s Ústavou SR či medzinárodnými zmluvami a prípadnom rozhodnutí Ústavného súdu bola len špekuláciou o eventuálnom odpadnutí dôvodu na pokračovanie v konaní (§ 99 písm. g)), ktorá by v konečnom dôsledku viedla iba k oddialeniu rozhodnutia správneho súdu. Správny súd nepovažuje za vhodný postup navrhovaný žalobcom, a to najmä za situácie, kedy pri téme sankcií za opakované porušenie zákona o potravinách podľa § 28 ods. 8, ktorá mediálne rezonuje, bola a stále je predmetom verejnej diskusie, nebol zo strany žiadneho z aktívne legitimovaných subjektov (najmenej pätina poslancov Národnej rady Slovenskej republiky, prezident Slovenskej republiky, vláda Slovenskej republiky alebo generálny prokurátor Slovenskej republiky), ktoré sa vecou zaoberali pred tým, ako na správny súd napadla táto žaloba, nebol podaný návrh podľa § 37 a nasl. zákona č. 38/1993 Z.z.. Súd je presvedčený, že aj za dnešnej právnej situácie je schopný preskúmavanú súdenú vec spravodlivo a zákonne posúdiť. V odôvodnení žiadosti žalobcu zo dňa 09.03.2017 nevzhliadol také argumenty, aby spochybnil zámery zákonodarcu zabezpečiť zdravie spotrebiteľov práve aj cez žalobcom kritizované zvýšené sankcie za (opakované) porušenie zákona o potravinách. 100. Pokiaľ ide o žalobcom namietanú neprimeranosť uloženej pokuty, je treba podotknúť, že správne orgány posúdili konanie žalobcu ako opakované porušenie zákona o potravinách, kedy k skutku (porušenie) zo strany žalobcu došlo do jedného roka odo dňa nadobudnutia právoplatnosti rozhodnutia o uložení pokuty podľa odseku 7 § 28 zákona o potravinách. Z tohto pohľadu uloženie pokuty na spodnej hranici zákonnej sadzby ustanovenej § 28 ods. 8 zákona o potravinách nemožno považovať za neprimerané. Správny súd k uvedenému dodáva, že predmetná námietka je vzhľadom na vyššie uvedené dôvody, pre ktoré súd zrušil žalobou napadnuté rozhodnutia správnych orgánov, právne irelevantná. 101. Nedostatočné zistenie skutkového stavu predstavovalo primárny dôvod zrušenia žalobou napadnutých rozhodnutí správnych orgánov oboch stupňov podľa § 191 ods. 1 písm. e) SSP. V danom prípade sa vyskytol kumulatívne so zákonným dôvodom nesprávneho právneho posúdenia podľa § 191 ods. 1 písm. c) SSP, keď správny orgán nesprávne interpretoval príslušný právny predpis. 102. O náhrade trov konania súd rozhodol podľa § 167 ods. 1 SSP. Prihliadol pritom na skutočnosť, že žalobca mal v konaní plný úspech. 103.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https://www.kauzis.sk/judikatura/r/ECLI:SK:KSBA:2018:1017200308.2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