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4Co/69/2017 z 12. 3. 2018</w:t>
      </w:r>
    </w:p>
    <w:p>
      <w:r>
        <w:t>Uznesenie Krajského súdu Bratislava z 12. marca 2018, sp. zn. 4Co/69/2017, ECLI:SK:KSBA:2018:1017200337.2</w:t>
      </w:r>
    </w:p>
    <w:p>
      <w:r>
        <w:t>Súd: Krajský súd Bratislava</w:t>
      </w:r>
    </w:p>
    <w:p>
      <w:r>
        <w:t>Spisová značka: 4Co/69/2017</w:t>
      </w:r>
    </w:p>
    <w:p>
      <w:r>
        <w:t>ECLI: ECLI:SK:KSBA:2018:1017200337.2</w:t>
      </w:r>
    </w:p>
    <w:p>
      <w:r>
        <w:t>Dátum vydania: 12.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4Co/69/2017 Identifikačné číslo súdneho spisu: 1017200337 Dátum vydania rozhodnutia: 13. 03. 2018 Meno a priezvisko sudcu, VSÚ: JUDr. Valéria Kleinová ECLI: ECLI:SK:KSBA:2018:1017200337.2 Uznesenie Krajský súd v Bratislave v senáte zloženom z predsedníčky senátu JUDr. Valérie Kleinovej a členov senátu Mgr. Ingrid Degmovej Pospíšilovej a JUDr. Michaely Frimmelovej v právnej veci žalobcu: GENERAL FACTORING, a.s., IČO: 35 838 825, so sídlom Mostová 2, Bratislava, zast. HMG LEGAL, s.r.o., IČO: 35 885 459, so sídlom Červeňova 14, Bratislava, proti žalovaným: 1/ D. R., U. J. XXX/XX, T., zast. Naďou Hrubou, súdnou tajomníčkou Okresného súdu Malacky, 2/ N.W. R., U. J. XXX/XX, T., zast. Naďou Hrubou, súdnou tajomníčkou Okresného súdu Malacky, 3/ J. O., U. R. XXX, R., 4/ S. W., U. F. XXXX/X, J., o zaplatenie 6.532,65 eur s príslušenstvom, na odvolanie žalovaného 4/ proti rozsudku Okresného súdu Pezinok zo dňa 16. apríla 2013, č.k. 8C 268/2011-112 a proti jeho uzneseniu zo dňa 9. októbra 2014 č.k. 8C 268/2011-132, takto r o z h o d o l : Odvolací súd o p r a v u j e záhlavie rozsudku č.k. 4Co 787/2014-148, 4Co 69/2017 zo dňa 27.09.2017 v časti označenia obchodného mena a sídla právneho zástupcu žalobcu tak, že toto má správne znieť: „HMG LEGAL, s.r.o., so sídlom Červeňova 14, Bratislava“. o d ô v o d n e n i e : 1. Krajský súd v Bratislave, ako súd odvolací, rozsudkom č.k. 4Co 787/2014-148, 4Co 69/2017 zo dňa 27.09.2017 rozhodol tak, že rozsudok súdu prvej inštancie v napadnutej vyhovujúcej časti a v časti týkajúcej sa náhrady trov konania potvrdil, s tým, že povinnosť zaplatiť žalobcovi istinu 6.318,54 eur s príslušenstvom, trovy konania vo výške 347 eur a trovy právneho zastúpenia vo výške 1.917,72 eur majú žalovaní 1/ až 4/, pričom plnením jedného zo žalovaných zaniká v rozsahu jeho plnenia povinnosť ostatných žalovaných. Rozhodol tak, že žalobcovi priznal nárok na náhradu trov odvolacieho konania v plnom rozsahu a zrušil napadnuté uznesenie súdu prvej inštancie č.k. 8C 268/2011-132 zo dňa 09.10.2014. 2. Dňa 22.02.2018 súd prvej inštancie vrátil tunajšiemu súdu predmetný spis z dôvodu, že v záhlaví svojho rozsudku č.k. 4Co 787/2014-148, 4Co 69/2017 zo dňa 27.09.2017 nesprávne označil právneho zástupcu žalobcu. 3. Podľa ust. § 378 ods. 1 CSP, na konanie na odvolacom súde sa primerane použijú ustanovenia o konaní pred súdom prvej inštancie, ak tento zákon neustanovuje inak. 4. Podľa ust. § 224 CSP, súd kedykoľvek aj bez návrhu opraví v rozsudku chyby v písaní a počítaní, ako aj iné zrejmé nesprávnosti. O oprave súd vydá opravné uznesenie, ktoré doručí subjektom konania. 5. Z predloženého spisu odvolací súd zistil, že právnym zástupcom žalobcu je spoločnosť s identifikačným číslom (IČO) 35 885 459, ktorú pri písomnom vyhotovení rozsudku č.k. 4Co 787/2014-148, 4Co 69/2017 zo dňa 27.09.2017 označil v záhlaví tohto rozhodnutia ako „HMG &amp; PARTNERS, s.r.o., IČO: 35 885 459, so sídlom Štefanovičova 12, Bratislava“. Podľa aktuálneho výpisu z obchodného registra má však právny zástupca žalobcu od 15.01.2016 obchodné meno HMG LEGAL, s.r.o. (od 08.05.2004 do 14.01.2016 mal obchodné meno HMG &amp; PARTNERS, s.r.o.) a od 20.01.2017 má sídlo na adrese: Červeňova 14, Bratislava (od 08.05.2004 do 19.01.2017 mal sídlo na adrese: Štefanovičova 12, Bratislava). V záhlaví písomného vyhotovenia rozsudku č.k. 4Co 787/2014-148, 4Co 69/2017 zo dňa 27.09.2017 tak došlo k zrejmej nesprávnosti v označení právneho zástupcu žalobcu (jeho obchodné meno a sídlo). 6. Nakoľko zo strany odvolacieho súdu došlo pri písomnom vyhotovení rozsudku č.k. 4Co 787/2014-148, 4Co 69/2017 zo dňa 27.09.2017 v záhlaví, v časti označenia právneho zástupcu žalobcu k zrejmej nesprávnosti spočívajúcej v nesprávnom označení obchodného mena a sídla právneho zástupcu žalobcu, odvolací súd vzniknuté pochybenie týmto opravným uznesením postupom podľa ust. § 224 a § 378 ods. 1 CSP odstránil. 7. Toto rozhodnutie bolo prijaté senátom Krajského súdu v Bratislave pomerom hlasov 3:0. Poučenie: Toto uznesenie nemožno napadnúť odvolaním.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https://www.kauzis.sk/judikatura/r/ECLI:SK:KSBA:2018:1017200337.2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