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5S/63/2017 z 12. 6. 2018</w:t>
      </w:r>
    </w:p>
    <w:p>
      <w:r>
        <w:t>Uznesenie Krajského súdu Bratislava z 12. júna 2018, sp. zn. 5S/63/2017, ECLI:SK:KSBA:2018:1017200502.3</w:t>
      </w:r>
    </w:p>
    <w:p>
      <w:r>
        <w:t>Súd: Krajský súd Bratislava</w:t>
      </w:r>
    </w:p>
    <w:p>
      <w:r>
        <w:t>Spisová značka: 5S/63/2017</w:t>
      </w:r>
    </w:p>
    <w:p>
      <w:r>
        <w:t>ECLI: ECLI:SK:KSBA:2018:1017200502.3</w:t>
      </w:r>
    </w:p>
    <w:p>
      <w:r>
        <w:t>Dátum vydania: 12. 6. 2018</w:t>
      </w:r>
    </w:p>
    <w:p>
      <w:r>
        <w:t>Forma: Uznesenie</w:t>
      </w:r>
    </w:p>
    <w:p>
      <w:pPr>
        <w:pStyle w:val="Heading2"/>
      </w:pPr>
      <w:r>
        <w:t>Text rozhodnutia</w:t>
      </w:r>
    </w:p>
    <w:p>
      <w:r>
        <w:t>Súd: Krajský súd Bratislava Spisová značka: 5S/63/2017 Identifikačné číslo súdneho spisu: 1017200502 Dátum vydania rozhodnutia: 13. 06. 2018 Meno a priezvisko sudcu, VSÚ: JUDr. Viera Šebestová ECLI: ECLI:SK:KSBA:2018:1017200502.3 Uznesenie Krajský súd v Bratislave v právnej veci žalobcu: Ludovika Energy, s.r.o., Parcelná 18, 821 06 Bratislava, IČO: 36 635 880, zastúpený: JUDr. Pavol Rohutný, advokát, Nová 37, 900 23 Viničné, proti žalovanému: Ministerstvo životného prostredia Slovenskej republiky, Námestie Ľudovíta Štúra 1, 812 35 Bratislava, za účasti: 1. Úrad Košického samosprávneho kraja, Námestie Maratónu mieru 1, 042 66 Košice, 2. Mesto Košice, Mestský úrad, Trieda SNP 48/A, 040 01 Košice, 3. Mestská časť Košice - sever, Miestny úrad, Festivalové námestie 2, 040 01 Košice, 4. Obec Košická Belá, Obecný úrad 54, 044 65 Košická Belá, o preskúmanie zákonnosti rozhodnutia žalovaného č. 2638/2017-9.2 (42/2016 - rozkl.) zo dňa 15.02.2017, takto r o z h o d o l : Správny súd sťažnosť žalobcu zo dňa 09.04.2018 proti uzneseniu Krajského súdu v Bratislave č. k. 5S 63/2017 - 134 zo dňa 07.03.2018 z a m i e t a. o d ô v o d n e n i e : 1. Správnou žalobou podanou na tunajšom správnom súde dňa 03.04.2017 sa žalobca domáha preskúmania zákonnosti rozhodnutia žalovaného č. 2638/2017-9.2 (42/2016 - rozkl.) zo dňa 15.02.2017, ktorým žalovaný zamietol rozklad žalobcu a potvrdil rozhodnutie Ministerstva životného prostredia Slovenskej republiky, odboru štátnej geologickej správy č. 2063/2016-7.3, 50873/2016 zo dňa 24.10.2016 (ďalej aj ako „prvostupňové rozhodnutie“). Prvostupňovým rozhodnutím bol zamietnutý návrh žalobcu zo dňa 20.04.2015 na určenie prieskumného územia Kamenné na vykonávanie ložiskového geologického prieskumu vyhradených nerastov: nerasty, z ktorých možno priemyselne vyrábať kovy a nerasty, z ktorých možno priemyselne vyrábať prvky vzácnych zemín v etape vyhľadávacieho a podrobného ložiskového geologického prieskumu. Žalobca žiada napadnuté rozhodnutie v spojení s prvostupňovým rozhodnutím zrušiť v celom rozsahu a vec vrátiť žalovanému na nové konanie a rozhodnutie. 2. K žalobe sa vyjadril žalovaný písomným podaním zo dňa 30.06.2017 a predložil správnemu súdu administratívny spis. Vo vyjadrení zaujal stanovisko k jednotlivým žalobným námietkam žalobcu a podanú žalobu navrhol ako nedôvodnú v celom rozsahu zamietnuť. 3. V podaní doručenom správnemu súdu dňa 25.08.2017 žalobca na výzvu súdu označil ďalších účastníkov konania podľa § 32 ods. 3 SSP, ktorí boli účastníkmi administratívneho konania. Z obsahu spisového materiálu mal správny súd preukázané, že okrem žalobcu boli účastníkmi administratívneho konania v predmetnej veci Úrad Košického samosprávneho kraja, Námestie Maratónu mieru 1, 042 66 Košice, Mesto Košice, Mestský úrad, Trieda SNP 48/A, 040 01 Košice, Mestská časť Košice - sever, Miestny úrad, Festivalové námestie 2, 040 01 Košice a Obec Košická Belá, Obecný úrad 54, 044 65 Košická Belá. 4. Keďže prípadným zrušením napadnutého rozhodnutia by mohli byť dotknuté práva a povinnosti označených účastníkov administratívneho konania, správny súd uznesením č. k. 5S 63/2017 - 134 zo dňa 07.03.2018 rozhodol o ich pribratí do súdneho konania podľa § 32 ods. 3 písm. a) SSP v spojení s § 33 SSP. Predmetné uznesenie vydal vyšší súdny úradník. 5. Proti uvedenému uzneseniu podal žalobca v zákonnej lehote prostredníctvom svojho právneho zástupcu sťažnosť v zmysle ust. § 152 a nasl. SSP. Sťažnosť odôvodnil tým, že má za to, že ak by súd pribral do konania účastníkov administratívneho spisu vedeného na správnom orgáne, a teda by rozšíril okrem účastníkov konania o správnej žalobe o účastníkov administratívneho konania, už v tejto fáze by bolo možné predpokladať, že sa správny súd stotožní s názorom žalovaného, nakoľko vymedzenie účastníkov konania podľa geologického zákona (administratívneho konania vedeného na správnom orgáne), je to, čo bolo žalobcom v správnej žalobe okrem iného vytýkané ako nesprávne a nezákonné. Podľa názoru žalobcu žalovaný bezdôvodne a svojvoľne zmenil a rozšíril cieľ geologickej úlohy vypracovanej a financovanej výlučne žalobcom aj o rádioaktívne nerasty, ktoré sa nikde v geologickej úlohe neuvádzali, a teda správny orgán sám aplikoval druhú alineu § 23 ods. 9 geologického zákona, podľa ktorého účastníkom konania o určení, zmene alebo zrušení prieskumného územia na výskyt rádioaktívnych nerastov je aj dotknutá obec a dotknutý samosprávny kraj. Vzhľadom na uvedené navrhol, aby správny súd vyhovel podanej sťažnosti a uznesenie Krajského súdu v Bratislave č. k. 5S 63/2017 - 134 zo dňa 07.03.2018 podľa § 161 ods. 2 SSP zrušil. 6. Ďalší účastník v 1. rade (Košický samosprávny kraj) v písomnom vyjadrení k žalobe zo dňa 18.04.2018 uviedol, že zásadne nesúhlasí s tvrdeniami žalobcu spochybňujúcimi postavenie Košického samosprávneho kraja ako aj ďalších dotknutých samospráv (t.j. Mesta Košice, Mestskej časti Košice- Sever a obce Košická Belá) ako legitímnych účastníkov správneho konania o návrhu žalobcu na určenie prieskumného územia „Kamenné“. Má za to, že účelovo zúžená interpretácia pojmu „rádioaktívne nerasty“ z § 23 ods. 9 druhá veta geologického zákona, ktorú žalobca aplikuje v žalobe, je použitá v záujme spochybnenia účasti predmetných samospráv v uvedenom administratívnom konaní. Snahou žalobcu je vylúčiť dotknuté obce a samosprávny kraj z tohto konania, aby nemohli uplatniť nesúhlas s určením predmetného prieskumného územia, znemožňujúci zo zákona uskutočnenie tohto konania. Uvedené určenie prieskumného územia by vytvorilo podmienky žalobcovi pre vznik prednostného práva na určenie dobývacieho priestoru v danej lokalite a nadväzne vytvorilo aj základ pre vznik banského práva (práva na dobývanie) žalobcu ako držiteľa prieskumného územia. Podľa názoru ďalšieho účastníka v 1. rade žalobca v žalobe v rozpore so skutočnosťou účelovo uvádza, že v navrhovanom prieskumnom území nebude dochádzať k prieskumu rádioaktívnych nerastov, hoci evidentne zahŕňa chránené ložiskové územie na uránové rudy (t.j. rádioaktívne nerasty). 7. Ďalší účastník v 3. rade (Mestská časť Košice - sever) sa k žalobe žalobcu vyjadril písomne v podaní zo dňa 17.04.2018. S námietkou žalobcu voči údajnému „svojvoľnému a neoprávnenému“ rozšíreniu okruhu účastníkov konania o dotknuté samosprávy zásadne nesúhlasí a poukazuje na svoju argumentáciu v predchádzajúcich podaniach v rámci administratívneho konania. 8. Ďalší účastník v 4. rade (Obec Košická Belá) v rámci svojho písomného vyjadrenia k žalobe žalobcu zo dňa 17.04.2018 obdobne nesúhlasí s tvrdením žalobcu spochybňujúcim postavenie obce ako aj ďalších dotknutých samospráv ako legitímnych účastníkov administratívneho konania. Dôvodil, že formalistický výklad pojmu „rádioaktívne nerasty“ z textu § 23 ods. 9 geologického zákona, ktorú žalobca používa v žalobe ako aj vo viacerých podaniach v rámci administratívneho konania, považuje obec za účelovú snahu žalobcu dosiahnuť svoj cieľ (t. j. určenie prieskumného územia) i napriek nesúhlasu ďalších účastníkov konania a za cenu obchádzania platnej legislatívy. Podľa názoru obce šlo v danom prípade len o dôslednú aplikáciu § 19 ods. 2 správneho poriadku žalovaným a nie o jeho neprimeraný aktivizmus či enormné úsilie dokázať, že navrhovaný prieskum je prieskumom na rádioaktívne nerasty. Napokon, rozšírenie počtu účastníkov o obec Košická Belá bolo dôsledkom iniciatívy samotnej obce, ktorá si podaním zo dňa 29.04.2015 v súlade s príslušnými ustanoveniami geologického zákona a správneho poriadku uplatnila svoje postavenie účastníka konania. Zároveň ďalší účastník v 4. rade pripomenul, že rozhodnutím prvostupňového správneho orgánu najprv došlo k vylúčeniu obce z konania, pričom k náprave došlo až po podaní rozkladu obce a rozhodnutí ministra o zrušení prvostupňového rozhodnutia o vylúčení z konania. 9. Podľa § 152 ods. 1 SSP, proti uzneseniu správneho súdu vydanému súdnym úradníkom, ktoré treba doručiť, je prípustná sťažnosť, ak ju tento zákon nevylučuje. 10. Podľa § 153 SSP, sťažnosť môže podať účastník konania a osoba zúčastnená na konaní podľa § 41 ods. 2, ak bolo uznesenie vydané v ich neprospech. 11. Podľa § 158 SSP, ak podá ten, kto je na to oprávnený, včas sťažnosť, nenadobúda uznesenie právoplatnosť. 12. Podľa § 161 ods. 1 SSP, ak nie je sťažnosť dôvodná, správny súd sťažnosť zamietne. 13. Podľa § 161 ods. 2 SSP, ak je sťažnosť dôvodná, správny súd napadnuté uznesenie zruší alebo zmení; v prípade zrušenia uznesenia je súdny úradník viazaný právnym názorom správneho súdu. 14. Prípustnosť sťažnosti je viazaná na formu rozhodnutia (uznesenie), na to, ktorý súd ho vydal (správny súd) a kto ho vydal (vyšší súdny úradník) a musí ísť o uznesenie súdneho úradníka, ktoré sa doručuje. Sťažnosť je prípustná predovšetkým proti procesným uzneseniam, ktoré vydá súdny úradník z poverenia sudcu alebo na základe zákonného zmocnenia. Aktívne legitimovaní na podanie sťažnosti voči uzneseniu vydanému súdnym úradníkom sú účastníci konania a osoby zúčastnené na konaní. Ďalšou podmienkou na podanie sťažnosti je, že takéto rozhodnutie bolo vydané v ich neprospech, inak sudca alebo predseda senátu sťažnosť zamietne. Uznesenie preto musí vyvolávať zmenu právneho postavenia tejto osoby, prípadne jej ukladať povinnosť alebo sa jej inak týkať. Sťažnostná lehota je normatívne zakotvená na 15 dní. Sťažnosť sa podáva na súde, ktorý napadnuté uznesenie vydal. 15. Podľa § 32 ods. 3 písm. a) SSP, ďalšími účastníkmi sú tí, ktorí boli účastníkmi administratívneho konania. 16. Ďalší účastník je špecifickým pojmom správneho súdnictva. Nemá povahu intervenienta a nevystupuje na strane žalobcu ani žalovaného. Jeho postavenie je sui generis. Označuje sa ním osoba, ktorá je ako účastník administratívneho konania alebo ktorá je pre nerozlučné spoločenstvo práv a povinností so žalobcom alebo účastníkom administratívneho konania priamo dotknutá na svojich hmotnoprávnych právach zrušením administratívneho rozhodnutia správnym súdom. V prípade, ak administratívne rozhodnutie vytvára nový právny režim pre viaceré osoby, tak potom všetky takéto osoby musia mať možnosť byť informované o tom, že niektorá z nich podala správnu žalobu a domáha sa zrušenia rozhodnutia. Rovnako musia mať možnosť sa k veci vyjadriť. 17. Z obsahu súdneho spisu vyplýva, že uznesenie o pribratí účastníkov konania, ktoré bolo napadnuté sťažnosťou, bolo vydané vyšším súdnym úradníkom. Sťažnosť bola podaná osobou oprávnenou a bola podaná včas. Sťažnosťou napadnuté uznesenie nevykazuje rozpor so zákonom. 18. Správny súd preskúmal sťažnosťou napadnuté uznesenie a zistil, že sťažnosť nie je dôvodná. Správny súd poukazuje na tú skutočnosť, že Správny súdny poriadok explicitne stanovuje, ktoré subjekty treba považovať za ďalších účastníkov, a teda nemá možnosť výberu alebo voľnej úvahy. Z administratívneho spisu má správny súd preukázané, že okrem žalobcu boli účastníkmi administratívneho konania Úrad Košického samosprávneho kraja, Námestie Maratónu mieru 1, 042 66 Košice, Mesto Košice, Mestský úrad, Trieda SNP 48/A, 040 01 Košice, Mestská časť Košice - sever, Miestny úrad, Festivalové námestie 2, 040 01 Košice a Obec Košická Belá, Obecný úrad 54, 044 65 Košická Belá. 19. So zreteľom na uvedené skutkové a právne zistenia bolo rozhodnutie vyššieho súdneho úradníka o pribratí účastníkov administratívneho konania správne, a preto správny súd sťažnosť žalobcu zo dňa 09.04.2018 ako nedôvodnú zamietol. Poučenie: Proti tomuto uzneseniu nie je prípustný opravný prostriedok (§ 162 SSP).</w:t>
      </w:r>
    </w:p>
    <w:p/>
    <w:p>
      <w:r>
        <w:t>Zdroj: KAUZIS.SK – https://www.kauzis.sk/judikatura/r/ECLI:SK:KSBA:2018:1017200502.3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