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1S/74/2017 z 14. 3. 2018</w:t>
      </w:r>
    </w:p>
    <w:p>
      <w:r>
        <w:t>Uznesenie Krajského súdu Bratislava z 14. marca 2018, sp. zn. 1S/74/2017, ECLI:SK:KSBA:2018:1017200540.2</w:t>
      </w:r>
    </w:p>
    <w:p>
      <w:r>
        <w:t>Súd: Krajský súd Bratislava</w:t>
      </w:r>
    </w:p>
    <w:p>
      <w:r>
        <w:t>Spisová značka: 1S/74/2017</w:t>
      </w:r>
    </w:p>
    <w:p>
      <w:r>
        <w:t>ECLI: ECLI:SK:KSBA:2018:1017200540.2</w:t>
      </w:r>
    </w:p>
    <w:p>
      <w:r>
        <w:t>Dátum vydania: 14. 3. 2018</w:t>
      </w:r>
    </w:p>
    <w:p>
      <w:r>
        <w:t>Forma: Uznesenie</w:t>
      </w:r>
    </w:p>
    <w:p>
      <w:pPr>
        <w:pStyle w:val="Heading2"/>
      </w:pPr>
      <w:r>
        <w:t>Text rozhodnutia</w:t>
      </w:r>
    </w:p>
    <w:p>
      <w:r>
        <w:t>Súd: Krajský súd Bratislava Spisová značka: 1S/74/2017 Identifikačné číslo súdneho spisu: 1017200540 Dátum vydania rozhodnutia: 15. 03. 2018 Meno a priezvisko sudcu, VSÚ: JUDr. Zuzana Mališová ECLI: ECLI:SK:KSBA:2018:1017200540.2 Uznesenie Krajský súd v Bratislave ako správny súd v právnej veci žalobcu: B. Z. R. B., O.. XX.XX.XXXX, Š.. P.. C. E., zastúpený advokátskou kanceláriou AGM partners s.r.o., Hlavné námestie 3, 811 01 Bratislava, IČO: 47 258 586, proti žalovanému: Prezídium Policajného zboru, Úrad hraničnej a cudzineckej polície, Riaditeľstvo hraničnej a cudzineckej polície Bratislava, Krížna 44, 812 72 Bratislava, v konaní o preskúmanie zákonnosti rozhodnutia žalovaného č.p.: PPZ-HCP-BA2-2017/000615-006 zo dňa 13.03.2017, takto r o z h o d o l : Krajský súd v Bratislave konanie zastavuje. Žiaden z účastníkov n e m á právo na náhradu trov konania. Súd v r a c i a žalobcovi súdny poplatok vo výške 63,30 eura prostredníctvom Slovenskej pošty, a.s. - prevádzkovateľ systému, IČO: 36 631 124, so sídlom Partizánska cesta 9, 975 99 Banská Bystrica. Poplatok bude vrátený po nadobudnutí právoplatnosti tohto uznesenia. o d ô v o d n e n i e : 1. Žalobou osobne podanou Krajskému súdu v Bratislave dňa 10.04.2017 sa žalobca domáhal preskúmania zákonnosti rozhodnutia žalovaného č. PPZ-HCP-BA2-2017/000615-006 zo dňa 13.03.2017, ktorým žalovaný zamietol odvolanie žalobcu a potvrdil rozhodnutie Oddelenia cudzineckej polície Policajného zboru Bratislava č. PPZ-HCP-BA6-4844-25/2016-PPC zo dňa 03.10.2016, ktorým bola žalobcovi zamietnutá žiadosť o udelenie prechodného pobytu na území Slovenskej republiky na účel podnikania podľa ust. § 33 ods. 6 písm. g) zákona č. 404/2011 Z. z. o pobyte cudzincov s poukazom na ust. § 33 ods. 1 písm. a) zákona č. 404/2011 Z. z. o pobyte cudzincov. 2. Podaním doručeným krajskému súdu dňa 19.02.2018 zobral žalobca žalobu pred konaním vo veci samej späť v celom rozsahu a navrhol konanie zastaviť. 3. Podľa § 63 zákona č. 162/2015 Z. z. Správny súdny poriadok (ďalej len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4. Podľa § 99 písm. a) SSP, správny súd konanie uznesením zastaví, ak žalobca vzal žalobu späť skôr, ako správny súd vo veci rozhodol. 5. Nakoľko žalobca vzal späť žalobu pred rozhodnutím veci, správny súd v súlade s ustanovením § 99 písm. a) SSP konanie zastavil. 6. Podľa § 11 ods. 3 tretej vety zákona č. 71/1992 Zb. o súdnych poplatkoch a poplatku za výpis z registra trestov (ďalej len „zákon o súdnych poplatkoch“) v konaní pred správnym súdom sa poplatok vráti, ak sa konanie zastavilo, ak sa správna žaloba, kasačná sťažnosť alebo žaloba na obnovu konania odmietla alebo vzala späť pred prejednaním veci. 7. Podľa § 11 ods. 4 prvej vety zákona o súdnych poplatkoch okrem poplatku v konaní o rozvod manželstva a poplatku, ktorý sa vracia podľa odseku 1, sa poplatok alebo jeho časť (preplatok) vracia krátený o 1 %, najmenej však 6,70 eura. 8. Podľa § 11 ods. 6 písm. b) zákona o súdnych poplatkoch orgány uvedené v § 3, ktoré sú zapojené do centrálneho systému evidencie poplatkov, zašlú bez zbytočného odkladu odpis právoplatného rozhodnutia o vrátení poplatku alebo preplatku prevádzkovateľovi systému, ktorý poplatok alebo preplatok vráti najneskôr do 30 dní odo dňa doručenia odpisu právoplatného rozhodnutia o vrátení poplatku alebo preplatku; ak orgán štátnej správy súdov alebo orgán prokuratúry nevydal rozhodnutie, zašle písomné upovedomenie o spôsobe vybavenia sťažnosti podľa osobitného zákona a prevádzkovateľ systému vráti poplatok najneskôr do 30 dní odo dňa doručenia písomného upovedomenia. 9. O vrátení súdneho poplatku žalobcovi kráteného o sumu 6,70 eura správny súd rozhodol podľa § 11 ods. 3 tretej vety v spojení s § 11 ods. 4 prvej vety zákona o súdnych poplatkoch. 10. Súdny poplatok v sume 63,30 eura bude žalobcovi vrátený prostredníctvom prevádzkovateľa systému evidencie poplatkov, a to Slovenskej pošty, a.s. po právoplatnosti tohto uznesenia. 11. O náhrade trov konania správny súd rozhodol podľa § 170 písm. b) SSP tak, že žiaden z účastníkov nemá právo na náhradu trov konania, nakoľko konanie bolo zastavené. 12.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na Najvyšší súd Slovenskej republiky.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https://www.kauzis.sk/judikatura/r/ECLI:SK:KSBA:2018:1017200540.2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