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6S/74/2017 z 26. 4. 2018</w:t>
      </w:r>
    </w:p>
    <w:p>
      <w:r>
        <w:t>Uznesenie Krajského súdu Bratislava z 26. apríla 2018, sp. zn. 6S/74/2017, ECLI:SK:KSBA:2018:1017200542.2</w:t>
      </w:r>
    </w:p>
    <w:p>
      <w:r>
        <w:t>Súd: Krajský súd Bratislava</w:t>
      </w:r>
    </w:p>
    <w:p>
      <w:r>
        <w:t>Spisová značka: 6S/74/2017</w:t>
      </w:r>
    </w:p>
    <w:p>
      <w:r>
        <w:t>ECLI: ECLI:SK:KSBA:2018:1017200542.2</w:t>
      </w:r>
    </w:p>
    <w:p>
      <w:r>
        <w:t>Dátum vydania: 26. 4. 2018</w:t>
      </w:r>
    </w:p>
    <w:p>
      <w:r>
        <w:t>Forma: Uznesenie</w:t>
      </w:r>
    </w:p>
    <w:p>
      <w:pPr>
        <w:pStyle w:val="Heading2"/>
      </w:pPr>
      <w:r>
        <w:t>Text rozhodnutia</w:t>
      </w:r>
    </w:p>
    <w:p>
      <w:r>
        <w:t>Súd: Krajský súd Bratislava Spisová značka: 6S/74/2017 Identifikačné číslo súdneho spisu: 1017200542 Dátum vydania rozhodnutia: 27. 04. 2018 Meno a priezvisko sudcu, VSÚ: Mgr. Mária Bindas Kántorová ECLI: ECLI:SK:KSBA:2018:1017200542.2 Uznesenie Krajský súd v Bratislave v právnej veci žalobcu: Mesto Holíč, Bratislavská 5, 908 51 Holíč, zastúpený: JUDr. Václav Sosna, advokát, Námestie Slobody 2, 909 01 Skalica, proti žalovanému: Ministerstvo pôdohospodárstva a rozvoja vidieka Slovenskej republiky, Dobrovičova 12, 812 66 Bratislava o preskúmanie zákonnosti rozhodnutia žalovaného č. N21602036/S01 zo dňa 10.11.2016, takto r o z h o d o l : Krajský súd v Bratislave konanie o kasačnej sťažnosti žalobcu zo dňa 31.01.2018 z a s t a v u j e. Žiaden z účastníkov nemá právo na náhradu trov konania. o d ô v o d n e n i e : 1. Žalobou doručenou Krajskému súdu v Bratislave dňa 10.04.2017 sa žalobca domáhal preskúmania zákonnosti rozhodnutia žalovaného - Správa o zistenej nezrovnalosti č. N21602036/S01 zo dňa 10.11.2016 (ďalej len tiež „Správa“). 2. Krajský súd v Bratislave uznesením č.k. 6S/74/2017-128 zo dňa 16.11.2017 žalobu odmietol, žiadnemu účastníkovi konania nepriznal právo na náhradu trov konania a žalobcovi vrátil krátený súdny poplatok. Proti predmetnému uzneseniu podal žalobca kasačnú sťažnosť doručenú súdu dňa 01.02.2018. 3. Výzvou zo dňa 02.02.2018 súd vyzval žalobcu prostredníctvom právneho zástupcu na zaplatenie súdneho poplatku za podanú kasačnú sťažnosť vo výške 70,- eur v lehote 10 dní s poučením, že ak nebude poplatok v určenej lehote zaplatený, súd konanie o kasačnej sťažnosti zastaví s poukazom na ust. § 10 ods. 1 zákona č. 71/1992 Zb. o súdnych poplatkoch a poplatku za výpis z registra trestov v znení neskorších predpisov (ďalej len „zákon o súdnych poplatkoch“). 4. Podľa § 2 ods. l písm. a) zákona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Súd doručil výzvu na zaplatenie súdneho poplatku za podanú kasačnú sťažnosť právnemu zástupcovi žalobcu dňa 26.02.2018, pričom súdny poplatok nebol v stanovenej lehote a ani do dnešného dňa zaplatený, čo zakladá dôvod na zastavenie konania o kasačnej sťažnosti v zmysle vyššie citovanej procesnoprávnej úpravy. 12. Keďže žalobca nezaplatil súdny poplatok ani v lehote určenej súdom, správny súd postupoval v zmysle § 10 ods. 1 zákona o súdnych poplatkoch a predmetné konanie o kasačnej sťažnosti žalobcu zo dňa 31.01.2018 zastavil. 13. O náhrade trov konania správny súd rozhodol podľa § 170 písm. b) zákona č. 162/2015 Z.z.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https://www.kauzis.sk/judikatura/r/ECLI:SK:KSBA:2018:1017200542.2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