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1S/77/2017 z 24. 10. 2018</w:t>
      </w:r>
    </w:p>
    <w:p>
      <w:r>
        <w:t>Uznesenie Krajského súdu Bratislava z 24. októbra 2018, sp. zn. 1S/77/2017, ECLI:SK:KSBA:2018:1017200567.1</w:t>
      </w:r>
    </w:p>
    <w:p>
      <w:r>
        <w:t>Súd: Krajský súd Bratislava</w:t>
      </w:r>
    </w:p>
    <w:p>
      <w:r>
        <w:t>Spisová značka: 1S/77/2017</w:t>
      </w:r>
    </w:p>
    <w:p>
      <w:r>
        <w:t>ECLI: ECLI:SK:KSBA:2018:1017200567.1</w:t>
      </w:r>
    </w:p>
    <w:p>
      <w:r>
        <w:t>Dátum vydania: 24. 10. 2018</w:t>
      </w:r>
    </w:p>
    <w:p>
      <w:r>
        <w:t>Forma: Uznesenie</w:t>
      </w:r>
    </w:p>
    <w:p>
      <w:pPr>
        <w:pStyle w:val="Heading2"/>
      </w:pPr>
      <w:r>
        <w:t>Text rozhodnutia</w:t>
      </w:r>
    </w:p>
    <w:p>
      <w:r>
        <w:t>Súd: Krajský súd Bratislava Spisová značka: 1S/77/2017 Identifikačné číslo súdneho spisu: 1017200567 Dátum vydania rozhodnutia: 25. 10. 2018 Meno a priezvisko sudcu, VSÚ: Mgr. Kristína Kellerová ECLI: ECLI:SK:KSBA:2018:1017200567.1 Uznesenie Krajský súd v Bratislave ako správny súd v právnej veci žalobcu: TESCO STORES SR, a.s., Kamenné námestie 1/A, 815 61 Bratislava, IČO: 31 321 828, proti žalovanému: Ministerstvo pôdohospodárstva a rozvoja vidieka Slovenskej republiky, Dobrovičova 12, 812 66 Bratislava, v konaní o preskúmanie zákonnosti rozhodnutia žalovaného č. 4221/2016-420 zo dňa 07.02.2017, takto r o z h o d o l : Krajský súd v Bratislave konanie z a s t a v u j e . Žiaden z účastníkov nemá právo na náhradu trov konania. o d ô v o d n e n i e : 1. Žalobca sa žalobou doručenou tunajšiemu správnemu súdu dňa 13.04.2017 domáhal preskúmania zákonnosti a následne zrušenia rozhodnutia žalovaného č. 4221/2016-420 zo dňa 07.02.2017, ktorým žalovaný zamietol rozklad žalobcu a potvrdil rozhodnutie Ministerstva pôdohospodárstva a rozvoja vidieka Slovenskej republiky č. 1799/2016-024 zo dňa 16.11.2016. 2. Žalobca si svoju poplatkovú povinnosť nesplnil súčasne s podaním žaloby, súd ho preto výzvou zo dňa 26.04.2018 vyzval na zaplatenie súdneho poplatku za podanie žaloby vo výške 70,- 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žalobcovi fikciou doručenia dňa 03.05.2018,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https://www.kauzis.sk/judikatura/r/ECLI:SK:KSBA:2018:1017200567.1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