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2S/78/2017 z 24. 7. 2018</w:t>
      </w:r>
    </w:p>
    <w:p>
      <w:r>
        <w:t>Uznesenie Krajského súdu Bratislava z 24. júla 2018, sp. zn. 2S/78/2017, ECLI:SK:KSBA:2018:1017200568.3</w:t>
      </w:r>
    </w:p>
    <w:p>
      <w:r>
        <w:t>Súd: Krajský súd Bratislava</w:t>
      </w:r>
    </w:p>
    <w:p>
      <w:r>
        <w:t>Spisová značka: 2S/78/2017</w:t>
      </w:r>
    </w:p>
    <w:p>
      <w:r>
        <w:t>ECLI: ECLI:SK:KSBA:2018:1017200568.3</w:t>
      </w:r>
    </w:p>
    <w:p>
      <w:r>
        <w:t>Dátum vydania: 24.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2S/78/2017 Identifikačné číslo súdneho spisu: 1017200568 Dátum vydania rozhodnutia: 25. 07. 2018 Meno a priezvisko sudcu, VSÚ: JUDr. Vlastimil Pavlikovský ECLI: ECLI:SK:KSBA:2018:1017200568.3 Uznesenie Krajský súd v Bratislave v právnej veci žalobkyne: A.. P. H., C. XX, XXX XX N., proti žalovanému: Okresný úrad Bratislava, odbor opravných prostriedkov, referát katastra nehnuteľností, Ružová dolina 27, 821 09 Bratislava, v konaní o preskúmanie zákonnosti rozhodnutia žalovaného č. i 1/2017-BPR zo dňa 06.01.2017, jednohlasne takto r o z h o d o l : Krajský súd v Bratislave konanie z a s t a v u j e. Žiaden z účastníkov nemá právo na náhradu trov konania. o d ô v o d n e n i e : 1. Žalobou doručenou Krajskému súdu v Bratislave dňa 13.04.2017, sa žalobkyňa domáhala preskúmania zákonnosti rozhodnutia žalovaného č. i 1/2017-BPR zo dňa 06.01.2017, ktorým žalovaný zamietol odvolanie žalobkyne a potvrdil rozhodnutie Okresného úradu Bratislava, katastrálneho odboru č. KO21-0002903/2017 zo dňa 12.01.2017. 2. Podaním doručeným správnemu súdu dňa 14.06.2018 zobral bez ďalšieho odôvodnenia žalobkyne žalobu v celom rozsahu späť. 4.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SSP, správny súd konanie uznesením zastaví, ak žalobca vzal žalobu späť skôr, ako správny súd vo veci rozhodol. 7. Nakoľko žalobkyňa vzal späť žalobu pred rozhodnutím veci, správny súd v súlade s ustanovením § 99 písm. a) SSP konanie zastavil. 8. O náhrade trov konania správny súd rozhodol podľa § 170 písm. b) SSP tak, že žiaden z účastníkov nemá právo na náhradu trov konania, nakoľko konanie bolo zastavené. 9. Toto rozhodnutie senát Krajského súdu v Bratislave prijal pomerom hlasov 3 : 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https://www.kauzis.sk/judikatura/r/ECLI:SK:KSBA:2018:1017200568.3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