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1S/105/2017 z 24. 1. 2018</w:t>
      </w:r>
    </w:p>
    <w:p>
      <w:r>
        <w:t>Uznesenie Krajského súdu Bratislava z 24. januára 2018, sp. zn. 1S/105/2017, ECLI:SK:KSBA:2018:1017200765.1</w:t>
      </w:r>
    </w:p>
    <w:p>
      <w:r>
        <w:t>Súd: Krajský súd Bratislava</w:t>
      </w:r>
    </w:p>
    <w:p>
      <w:r>
        <w:t>Spisová značka: 1S/105/2017</w:t>
      </w:r>
    </w:p>
    <w:p>
      <w:r>
        <w:t>ECLI: ECLI:SK:KSBA:2018:1017200765.1</w:t>
      </w:r>
    </w:p>
    <w:p>
      <w:r>
        <w:t>Dátum vydania: 24.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1S/105/2017 Identifikačné číslo súdneho spisu: 1017200765 Dátum vydania rozhodnutia: 25. 01. 2018 Meno a priezvisko sudcu, VSÚ: JUDr. Zuzana Mališová ECLI: ECLI:SK:KSBA:2018:1017200765.1 Uznesenie Krajský súd v Bratislave v právnej veci žalobcu: Všeobecná zdravotná poisťovňa, a.s., Panónska cesta 2, 851 04 Bratislava, IČO: 35 937 874, proti žalovanému: Úrad pre dohľad nad zdravotnou starostlivosťou, Žellova 2, 829 24 Bratislava, za účasti: 1. Union zdravotná poisťovňa, a.s., Bajkalská 29/ A, 821 08 Bratislava, 2. DÔVERA zdravotná poisťovňa, a.s., Einsteinova 25, 851 01 Bratislava, v konaní o preskúmanie zákonnosti rozhodnutia žalovaného č.s.: 10958/2017/911, č.k.: ZP 911/00036/2016, č.z.: 19557/2017 zo dňa 20.03.2017, takto r o z h o d o l : Krajský súd v Bratislave konanie z a s t a v u j e . Žiaden z účastníkov konania nemá právo na náhradu trov konania. o d ô v o d n e n i e : 1. Žalobou osobne podanou na tunajšom správnom súde dňa 16.05.2017 sa žalobca domáhal preskúmania zákonnosti rozhodnutia žalovaného č.s.: 10958/2017/911, č.k.: ZP 911/00036/2016, č.z.: 19557/2017 zo dňa 20.03.2017 s návrhom na jeho zrušenie a vrátenie veci žalovanému na ďalšie konanie a rozhodnutie. 2. Pred rozhodnutím vo veci samej žalobca svojím podaním, osobne podaným tunajšiemu správnemu súdu dňa 18.12.2017 oznámil, že berie svoju žalobu v celom rozsahu späť a navrhol aby súd konanie zastavil. 3.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rozhodnutím veci, správny súd v súlade s ustanovením § 99 písm. a) SSP konanie zastavil. 6. O náhrade trov konania správny súd rozhodol podľa § 170 písm. b) SSP tak, že žiaden z účastníkov nemá právo na náhradu trov konania, nakoľko konanie bolo zastavené. 7.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https://www.kauzis.sk/judikatura/r/ECLI:SK:KSBA:2018:1017200765.1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