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2S/165/2017 z 21. 5. 2018</w:t>
      </w:r>
    </w:p>
    <w:p>
      <w:r>
        <w:t>Uznesenie Krajského súdu Bratislava z 21. mája 2018, sp. zn. 2S/165/2017, ECLI:SK:KSBA:2018:1017201111.1</w:t>
      </w:r>
    </w:p>
    <w:p>
      <w:r>
        <w:t>Súd: Krajský súd Bratislava</w:t>
      </w:r>
    </w:p>
    <w:p>
      <w:r>
        <w:t>Spisová značka: 2S/165/2017</w:t>
      </w:r>
    </w:p>
    <w:p>
      <w:r>
        <w:t>ECLI: ECLI:SK:KSBA:2018:1017201111.1</w:t>
      </w:r>
    </w:p>
    <w:p>
      <w:r>
        <w:t>Dátum vydania: 21. 5. 2018</w:t>
      </w:r>
    </w:p>
    <w:p>
      <w:r>
        <w:t>Forma: Uznesenie</w:t>
      </w:r>
    </w:p>
    <w:p>
      <w:pPr>
        <w:pStyle w:val="Heading2"/>
      </w:pPr>
      <w:r>
        <w:t>Text rozhodnutia</w:t>
      </w:r>
    </w:p>
    <w:p>
      <w:r>
        <w:t>Súd: Krajský súd Bratislava Spisová značka: 2S/165/2017 Identifikačné číslo súdneho spisu: 1017201111 Dátum vydania rozhodnutia: 22. 05. 2018 Meno a priezvisko sudcu, VSÚ: JUDr. Vlastimil Pavlikovský ECLI: ECLI:SK:KSBA:2018:1017201111.1 Uznesenie Krajský súd v Bratislave v právnej veci žalobcu: Alexander R., T. XX, L., zastúpený: JUDr. Dana Podhradská, advokátka, Estónska 16, Bratislava, proti žalovanému: Okresný úrad Bratislava, odbor opravných prostriedkov, referát pôdohospodárstva, Tomášikova 46, Bratislava, v konaní o preskúmanie zákonnosti rozhodnutia žalovaného č. OU-BA-OOP4/2017/002488/ASO zo dňa 05.05.2017 a o návrhu žalobcu na priznanie odkladného účinku žaloby , takto r o z h o d o l : Krajský súd v Bratislave návrh žalobcu na priznanie odkladného účinku správnej žaloby zo dňa 11.07.2017 z a m i e t a. o d ô v o d n e n i e : 1. Žalobou zo dňa 11.07.2017 doručenou Krajskému súdu v Bratislave dňa 14.07.2017 sa žalobca domáhal preskúmania zákonnosti rozhodnutia žalovaného č. OU-BA-OOP4/2017/002488/ASO zo dňa 05.05.2017, ktorým žalovaný rozhodol zamietol odvolanie žalobcu a potvrdil rozhodnutie Okresného úradu Malacky, pozemkového a lesného odboru č. OU-MA-PLO-2016/00493-52/TKA zo dňa 05.09.2016 o spôsobe náhrady a určenie obvodu pozemkových úprav na vyporiadanie vlastníctva v záhradkovej osade 6-87 „Na Ďatelinkách“ v katastrálnom území Stupava, podľa § 10 ods. 3 zákona č. 64/1997 Z. z. bola žalobcovi poskytnutá peňažná náhrada. 2. Žalobca zároveň požiadal súd o priznanie odkladného účinok napadnutého rozhodnutia žalovaného podľa § 185 zákona č. 162/2015 Z. z. Správny súdny poriadok (ďalej len „SSP“). Svoj návrh odôvodnil tak, že považuje obe rozhodnutia za nezákonné z dôvodov, bližšie uvedených v podanej žalobe. Žalobca rozhodnutie žalovaného napadol v celom rozsahu z dvoch dôvodov, napadnuté rozhodnutie vychádza z nesprávneho právneho posúdenia vecí, je nepreskúmateľné pre nedostatok dôvodov, zistenie skutkové stavu orgánom verejnej správy bolo nedostačujúce na riadne posúdenie veci a skutkový stav, ktorý vzal orgán verejnej správy za základe napadnutého rozhodnutia, je v rozpore s administratívnym spisom alebo v ňom nemá oporu.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https://www.kauzis.sk/judikatura/r/ECLI:SK:KSBA:2018:1017201111.1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