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2S/166/2017 z 20. 2. 2018</w:t>
      </w:r>
    </w:p>
    <w:p>
      <w:r>
        <w:t>Uznesenie Krajského súdu Bratislava z 20. februára 2018, sp. zn. 2S/166/2017, ECLI:SK:KSBA:2018:1017201124.1</w:t>
      </w:r>
    </w:p>
    <w:p>
      <w:r>
        <w:t>Súd: Krajský súd Bratislava</w:t>
      </w:r>
    </w:p>
    <w:p>
      <w:r>
        <w:t>Spisová značka: 2S/166/2017</w:t>
      </w:r>
    </w:p>
    <w:p>
      <w:r>
        <w:t>ECLI: ECLI:SK:KSBA:2018:1017201124.1</w:t>
      </w:r>
    </w:p>
    <w:p>
      <w:r>
        <w:t>Dátum vydania: 20. 2. 2018</w:t>
      </w:r>
    </w:p>
    <w:p>
      <w:r>
        <w:t>Forma: Uznesenie</w:t>
      </w:r>
    </w:p>
    <w:p>
      <w:pPr>
        <w:pStyle w:val="Heading2"/>
      </w:pPr>
      <w:r>
        <w:t>Text rozhodnutia</w:t>
      </w:r>
    </w:p>
    <w:p>
      <w:r>
        <w:t>Súd: Krajský súd Bratislava Spisová značka: 2S/166/2017 Identifikačné číslo súdneho spisu: 1017201124 Dátum vydania rozhodnutia: 21. 02. 2018 Meno a priezvisko sudcu, VSÚ: JUDr. Vlastimil Pavlikovský ECLI: ECLI:SK:KSBA:2018:1017201124.1 Uznesenie Krajský súd v Bratislave v právnej veci žalobcu: D. R., trvale bytom M. 3, XXX XX H., t. č. A. a A. W., proti žalovanému: Centrum právnej pomoci, Námestie slobody 12, 810 05 Bratislava, o preskúmanie zákonnosti rozhodnutia žalovaného č. 11975/2017-KaBA zo dňa 26.06.2017, jednohlasne takto r o z h o d o l : Krajský súd v Bratislave konanie z a s t a v u j e. Žiaden z účastníkov nemá právo na náhradu trov konania. o d ô v o d n e n i e : . Žalobou doručenou Krajskému súdu v Bratislave dňa 17.07.2017, sa žalobca domáhal preskúmania zákonnosti rozhodnutia žalovaného č. 11975/2017-KaBA zo dňa 26.06.2017, ktorým žalovaný nepriznal žalobcovi nárok na poskytovanie právnej pomoci podľa ustanovenia § 10 ods. 5 zákona č. 327/2005 Z. z. o poskytovaní právnej pomoci osobám v materiálnej núdzi v znení neskorších predpisov. 2. Podaním doručeným správnemu súdu dňa 29.01.2018 zobral žalobca žalobu pred prejednaním veci v celom rozsahu s odôvodnením, že vec bude riešiť súdnou cestou, čím odpadla dôvodnosť pokračovať vo veci 2S/166/2017.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491 ods. 1 SSP, ak nie je ďalej ustanovené inak, platí tento zákon aj na konania začaté podľa piatej časti Občianskeho súdneho poriadku predo dňom nadobudnutia jeho účinnosti. 6. Nakoľko žalobca vzal späť žalobu pred rozhodnutím veci, správny súd v súlade s ustanovením § 99 písm. a) SSP konanie zastavil. 7. O náhrade trov konania správny súd rozhodol podľa § 170 písm. b) SSP tak, že žiaden z účastníkov nemá právo na náhradu trov konania, nakoľko konanie bolo zastavené. 8. Toto rozhodnutie senát Krajského súdu v Bratislave prijal pomerom hlasov 3 : 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https://www.kauzis.sk/judikatura/r/ECLI:SK:KSBA:2018:1017201124.1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