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2S/167/2017 z 23. 1. 2018</w:t>
      </w:r>
    </w:p>
    <w:p>
      <w:r>
        <w:t>Uznesenie Krajského súdu Bratislava z 23. januára 2018, sp. zn. 2S/167/2017, ECLI:SK:KSBA:2018:1017201128.3</w:t>
      </w:r>
    </w:p>
    <w:p>
      <w:r>
        <w:t>Súd: Krajský súd Bratislava</w:t>
      </w:r>
    </w:p>
    <w:p>
      <w:r>
        <w:t>Spisová značka: 2S/167/2017</w:t>
      </w:r>
    </w:p>
    <w:p>
      <w:r>
        <w:t>ECLI: ECLI:SK:KSBA:2018:1017201128.3</w:t>
      </w:r>
    </w:p>
    <w:p>
      <w:r>
        <w:t>Dátum vydania: 23. 1. 2018</w:t>
      </w:r>
    </w:p>
    <w:p>
      <w:r>
        <w:t>Forma: Uznesenie</w:t>
      </w:r>
    </w:p>
    <w:p>
      <w:pPr>
        <w:pStyle w:val="Heading2"/>
      </w:pPr>
      <w:r>
        <w:t>Text rozhodnutia</w:t>
      </w:r>
    </w:p>
    <w:p>
      <w:r>
        <w:t>Súd: Krajský súd Bratislava Spisová značka: 2S/167/2017 Identifikačné číslo súdneho spisu: 1017201128 Dátum vydania rozhodnutia: 24. 01. 2018 Meno a priezvisko sudcu, VSÚ: JUDr. Vlastimil Pavlikovský ECLI: ECLI:SK:KSBA:2018:1017201128.3 Uznesenie Krajský súd v Bratislave v právnej veci žalobcu: Teva Medical Ltd., 1 HaTe´ena st., Modiin Region Industrial Park, P.O.B. 975, Shoham, 6085001, Israel, splnomocnený zástupca: TEVA Pharmaceuticals Slovakia s.r.o., Teslova 26, 821 02 Bratislava, IČO: 35 923 253, právne zastúpený: h &amp; h PARTNERS, advokátska kancelária s.r.o., Mäsiarska 6, 040 01 Košice, IČO: 44 323 760, proti žalovanému: Ministerstvo zdravotníctva Slovenskej republiky, Limbová 2, 837 52 Bratislava, o preskúmanie zákonnosti rozhodnutia žalovaného č. Z21308-2017-OF/K86_N122 zo dňa 10.05.2017, jednohlasne takto r o z h o d o l : Správny súd žalobu o d m i e t a. Žiaden z účastníkov nemá právo na náhradu trov konania. o d ô v o d n e n i e : 1. Správnou žalobou doručenou tunajšiemu správnemu súdu dňa 17.07.2017 sa žalobca domáha preskúmania zákonnosti rozhodnutia žalovaného č. Z21308-2017-OF/K86_N122 zo dňa 10.05.2017, ktorým zamietol námietku žalobcu a potvrdil prvostupňové rozhodnutie žalovaného č. Z15319-2017- OKC-8227 zo dňa 31.03.2017. Žalobca v žalobe označil, že je zastúpený splnomocneným zástupcom TEVA Pharmaceuticals Slovakia s.r.o., Teslova 26, 821 02 Bratislava, IČO: 35 923 253, ktorý je právne zastúpený spoločnosťou h &amp; h PARTNERS, advokátska kancelária s.r.o., Mäsiarska 6, 040 01 Košice, IČO: 44 323 760. Žalobca predložil plnú moc medzi TEVA Pharmaceuticals Slovakia s.r.o. a h &amp; h PARTNERS, advokátska kancelária s.r.o., avšak nepriložil plnú moc udelenú splnomocnenému zástupcovi Pharmaceuticals Slovakia s.r.o. 2. Uzneseniami č. 2S/167/2017-73 a 2S/167/2017-99 zo dňa 20.09.2017 a 02.11.2017 vyzval správny súd žalobcu na predloženie originálu plnomocenstva, ktorým ju splnomocnil žalobca Teva Medical Ltd. na zastupovanie v tomto správnom konaní. Žalobca následne podaním zo dňa 20.12.2017, doručeným správnemu súdu dňa 21.12.2017 predložil súdu originál uvedeného plnomocenstva zo dňa 21.06.2017. 3. Podľa § 49 ods. 1 zákona č. 162/2015 Z. z. Správneho súdneho poriadku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49 ods. 3 SSP advokát je oprávnený dať sa v konaní zastupovať iným advokátom. 6. Podľa § 97 SSP, ak tento zákon neustanovuje inak, správny súd kedykoľvek počas konania prihliada na to, či sú splnené podmienky, za ktorých môže správny súd konať a rozhodnúť (ďalej len "procesné podmienky"). 7. Podľa § 98 ods. 1 písm. f) SSP, správny súd uznesením odmietne žalobu, ak žalobca nebol pri jej podaní zastúpený podľa § 49 ods. 1 alebo § 50. 8.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9. Procesná podmienka povinného zastúpenia advokátom musí byť splnená počas celého konania. Žalobca sa môže nechať zastúpiť advokátom - fyzickou osobou, ale aj právnickou osobou založenou podľa zákona č. 586/2003 Z. z o advokácii a o zmene a doplnení zákona č. 455/1991 Zb. o živnostenskom podnikaní (živnostenský zákon) v znení neskorších predpisov (ďalej len „zákon o advokácii“). Ak účastníka konania pred správnym súdom zastupuje takáto právnická osoba, na správnom súde ho zastupuje spoločník verejnej obchodnej spoločnosti, komplementár komanditnej spoločnosti, konateľ spoločnosti s ručením obmedzeným alebo nimi poverený zamestnanec. Tieto spoločnosti založené na účel výkonu advokácie nesmú mať iný predmet podnikania ako poskytovanie právnych služieb. Ak účastník konania udelí plnomocenstvo právnickej osobe založenej na účely výkonu advokácie, na súde ho bude zastupovať spoločník verejnej obchodnej spoločnosti, komplementár komanditnej spoločnosti, konateľ spoločnosti s ručením obmedzeným alebo nimi poverený zamestnanec (advokátsky koncipient) (Uznesenie Najvyššieho súdu Slovenskej republiky zo dňa 10.05.2012, sp. zn. 3Sžo/14/2012). 10. Z obsahu žaloby a spisového materiálu je zrejmé, že žalobca Teva Medical Ltd. udelil dňa 21.06.2017 spoločnosti TEVA Pharmaceuticals Slovakia s.r.o. plnú moc v konaní pred Ministerstvom zdravotníctva Slovenskej republiky a súdmi Slovenskej republiky vo veciach týkajúcich sa priamo alebo nepriamo zdravotníckej pomôcky Systém Tevadaptor TM, čiže aj na toto správne konanie. Následne dňa 10.07.2017 spoločnosť TEVA Pharmaceuticals Slovakia s.r.o. udelila spoločnosti h &amp; h PARTNERS, advokátska kancelária s.r.o. plnú moc na zastupovanie seba ako splnomocniteľa v rovnakom rozsahu, na aký ju splnomocnil samotný žaloba. Spoločnosť TEVA Pharmaceuticals Slovakia s.r.o. vystupuje v tomto správnom konaní vo vzťahu k žalobcovi ako jeho splnomocnený zástupca avšak tento nespĺňa žiadnu z vyššie uvedených zákonných podmienok, t. j. byť spoločnosťou založenou v zmysle zákona o advokácii alternatívne aby mal jej zamestnanec právnické vzdelanie druhého stupňa. Plnomocenstvo udelené spoločnosti h &amp; h PARTNER je v tomto prípade irelevantné nakoľko v zmysle ustanovenia § 49 ods. 3 sa môže dať v konaní zastupovať iným advokátom jedine advokát. V danom prípade zároveň nejde o výnimku z povinného právneho zastúpenia advokátom podľa § 49 ods. 2 SSP, keďže sa jedná o správnu žalobu podľa § 6 ods. 2 písm. h) SSP. 11. Keďže žalobca nebol pri podaní žaloby zastúpený podľa § 49 ods. 1 SSP advokátom, správny súd postupoval v súlade s ust. § 98 ods. 1 písm. f) SSP a žalobu pre nedostatok procesnej podmienky spočívajúcej v absencii právneho zastúpenia odmietol. 12. O náhrade trov konania správny súd rozhodol podľa § 170 písm. a) SSP tak, že žiaden z účastníkov nemá právo na náhradu trov konania, nakoľko žaloba bola odmietnutá. Keďže žaloba bola odmietnutá, žalobcovi bude vrátený krátený súdny poplatok podľa § 11 ods. 3 zákona č. 71/1992 Zb. 13.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https://www.kauzis.sk/judikatura/r/ECLI:SK:KSBA:2018:1017201128.3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