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6Sa/68/2017 z 14. 3. 2018</w:t>
      </w:r>
    </w:p>
    <w:p>
      <w:r>
        <w:t>Uznesenie Krajského súdu Bratislava z 14. marca 2018, sp. zn. 6Sa/68/2017, ECLI:SK:KSBA:2018:1017201312.2</w:t>
      </w:r>
    </w:p>
    <w:p>
      <w:r>
        <w:t>Súd: Krajský súd Bratislava</w:t>
      </w:r>
    </w:p>
    <w:p>
      <w:r>
        <w:t>Spisová značka: 6Sa/68/2017</w:t>
      </w:r>
    </w:p>
    <w:p>
      <w:r>
        <w:t>ECLI: ECLI:SK:KSBA:2018:1017201312.2</w:t>
      </w:r>
    </w:p>
    <w:p>
      <w:r>
        <w:t>Dátum vydania: 14.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6Sa/68/2017 Identifikačné číslo súdneho spisu: 1017201312 Dátum vydania rozhodnutia: 15. 03. 2018 Meno a priezvisko sudcu, VSÚ: JUDr. Marta Barková ECLI: ECLI:SK:KSBA:2018:1017201312.2 Uznesenie Krajský súd v Bratislave v právnej veci žalobcu: P. P., J. XX, XXX XX Ž., zastúpený: JUDr. Jaroslav Spáč, advokát, Ul. SNP 96, 965 01 Žiar nad Hronom, proti žalovanej: Štátna veterinárna a potravinová správa Slovenskej republiky, Botanická 17, 842 13 Bratislava, o správnej žalobe vo veciach správneho trestania podanej proti rozhodnutiu žalovanej č.k. 1795/2017 zo dňa 22.06.2017, takto r o z h o d o l : Krajský súd v Bratislave p o s t u p u j e vec miestne príslušnému Krajskému súdu v Banskej Bystrici. o d ô v o d n e n i e : 1. Dňa 01.08.2017 bol konajúcemu Krajskému súdu v Bratislave doručený návrh na preskúmanie rozhodnutia žalovanej č.k. 1795/2017 zo dňa 22.06.2017, ktorým bolo zmenené prvostupňové rozhodnutie Regionálnej veterinárnej a potravinovej správy v Žiari nad Hronom sp. č.: 271/2017/428 zo dňa 10.04.2017. Napadnutým rozhodnutím bol žalobca uznaný vinným zo spáchania priestupkov podľa § 48 ods. 1 písm. a), d), § 48 ods. 2 písm. a), § 48 ods. 3 písm. m), n) zákona č. 39/2007 Z.z. o veterinárnej starostlivosti v znení neskorších predpisov, za čo mu bola uložená pokuta vo výške 700,- eur a povinnosť nahradiť trovy konania vo výške 16,- eur.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b) SSP správne súdy rozhodujú v konaniach o správnych žalobách vo veciach správneho trestania, 4. Podľa § 9 ods. 1 SSP konanie sa uskutočňuje na tom správnom súde, ktorý je vecne, miestne a kauzálne príslušný. Príslušnosť sa určuje podľa okolností existujúcich v čase začatia konania a trvá až do jeho skončenia. 5. Podľa § 13 ods. 1 SSP miestne príslušným je krajský súd, v ktorého obvode má sídlo orgán verejnej správy, ktorý rozhodol v prvom stupni, ak tento zákon neustanovuje inak. 6. Podľa § 18 ods. 2 prvá veta SSP ak správny súd zistí, že nie je vecne, miestne alebo kauzálne príslušný, postúpi vec uznesením príslušnému správnemu súdu. 7. Ako to vyplýva z vyššie uvedeného, v danej veci rozhodovala v prvom stupni Regionálna veterinárna a potravinová správa v Žiari nad Hronom. Vzhľadom k tomu, že na predmetné konanie je podľa § 13 ods. 1 SSP miestne príslušný Krajský súd v Banskej Bystrici, súd rozhodol tak ako je uvedené vo výrokovej časti tohto uznesenia a postúpil vec podľa § 18 ods. 2 SSP miestne príslušnému súdu, ktorý správnu žalobu vo veciach správneho trestania prejedná a rozhodne. Poučenie: Proti tomuto uzneseniu nie je prípustná kasačná sťažnosť [§439 ods. 2 písm. d) SSP].</w:t>
      </w:r>
    </w:p>
    <w:p/>
    <w:p>
      <w:r>
        <w:t>Zdroj: KAUZIS.SK – https://www.kauzis.sk/judikatura/r/ECLI:SK:KSBA:2018:1017201312.2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