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6S/121/2017 z 28. 3. 2018</w:t>
      </w:r>
    </w:p>
    <w:p>
      <w:r>
        <w:t>Uznesenie Krajského súdu Bratislava z 28. marca 2018, sp. zn. 6S/121/2017, ECLI:SK:KSBA:2018:1017201413.1</w:t>
      </w:r>
    </w:p>
    <w:p>
      <w:r>
        <w:t>Súd: Krajský súd Bratislava</w:t>
      </w:r>
    </w:p>
    <w:p>
      <w:r>
        <w:t>Spisová značka: 6S/121/2017</w:t>
      </w:r>
    </w:p>
    <w:p>
      <w:r>
        <w:t>ECLI: ECLI:SK:KSBA:2018:1017201413.1</w:t>
      </w:r>
    </w:p>
    <w:p>
      <w:r>
        <w:t>Dátum vydania: 28. 3. 2018</w:t>
      </w:r>
    </w:p>
    <w:p>
      <w:r>
        <w:t>Forma: Uznesenie</w:t>
      </w:r>
    </w:p>
    <w:p>
      <w:pPr>
        <w:pStyle w:val="Heading2"/>
      </w:pPr>
      <w:r>
        <w:t>Text rozhodnutia</w:t>
      </w:r>
    </w:p>
    <w:p>
      <w:r>
        <w:t>Súd: Krajský súd Bratislava Spisová značka: 6S/121/2017 Identifikačné číslo súdneho spisu: 1017201413 Dátum vydania rozhodnutia: 29. 03. 2018 Meno a priezvisko sudcu, VSÚ: JUDr. Andrea Krišková ECLI: ECLI:SK:KSBA:2018:1017201413.1 Uznesenie Krajský súd v Bratislave ako správny súd v právnej veci žalobcu: IO., zastúpený advokátom JUDr. Mariánom Ďurinom, so sídlom Sibírska č. 4, 831 02 Bratislava, proti žalovanému: Sociálna poisťovňa ústredie, ul. 29. augusta č. 8, 813 63 Bratislava, v konaní o preskúmanie zákonnosti a rozhodnutia žalovaného č. XXXXXXXXXX zo dňa 28.08.2014, takto r o z h o d o l : Krajský súd v Bratislave žalobu o d m i e t a . Žiaden z účastníkov n e m á právo na náhradu trov konania. o d ô v o d n e n i e : 1. Žalobou doručenou Krajskému súdu v Bratislave dňa 21.05.2015 sa žalobca domáhal preskúmania zákonnosti rozhodnutia žalovaného č. XXXXXXXXXX zo dňa 28.08.2014, ktorým žalovaný zamietol žiadosť žalobcu o priznanie starobného dôchodku podľa § 65 a § 274 zákona č. 461/2003 Z.z. o sociálnom poistení v znení zákona č. 555/2007 Z.z. a § 21 a § 174 zákona č. 100/1988 Z.z. o sociálnom zabezpečení v znení neskorších predpisov. 2. Dňa 26.02.2018 oznámil žalovaný súdu, že v rovnakej veci už bolo dňa 25.10.2017 rozhodnuté Krajským súdom v Bratislave sp.zn. 5Sd/289/2014. Z uvedeného rozhodnutia, súd zistil, že v predmetnom konaní pred KSBA (5Sd/289/2014) súd preskúmaval totožné rozhodnutie žalovaného, za účasti rovnakých účastníkov. 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98 ods. 1 písm. b) SSP správny súd uznesením odmietne žalobu, ak o tej istej veci toho istého žalobcu už prebieha pred správnym súdom skôr začaté iné konanie. 6. Prekážka začatého konania (litispendencia) je všeobecnou negatívnou procesnou podmienkou. Prekážka litispendencie v správnom súdnictve znamená, že žalobca sa nemôže domáhať preskúmania zákonnosti toho istého rozhodnutia alebo opatrenia vo viacerých konaniach. 7. Na základe citovaných zákonných ustanovení Krajský súd v Bratislave ustálil, že žalobou napadnuté rozhodnutie nie je súdom preskúmateľné, nakoľko v tej istej veci toho istého žalobcu už prebieha na tunajšom správnom súde iné konanie sp. zn. 5Sd/289/2014 a toto konanie už bolo skončené rozsudkom vo veci samej, ktorý ale nie je k dnešnému dňu právoplatný, správny súd postupoval v súlade s ust. § 98 ods. 1 písm. b) SSP a žalobu odmietol. 8. O náhrade trov konania súd rozhodol podľa § 170 písm. a) SSP tak, že žiaden z účastníkov nemá právo na náhradu trov konania, ak bola žaloba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nemusí byť v konaní o kasačnej sťažnosti zastúpený advokátom, nakoľko ide o konanie o správnej žalobe v sociálnych veciach podľa § 6 ods. 2 písm. c)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https://www.kauzis.sk/judikatura/r/ECLI:SK:KSBA:2018:1017201413.1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