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1S/202/2017 z 21. 3. 2018</w:t>
      </w:r>
    </w:p>
    <w:p>
      <w:r>
        <w:t>Uznesenie Krajského súdu Bratislava z 21. marca 2018, sp. zn. 1S/202/2017, ECLI:SK:KSBA:2018:1017201450.1</w:t>
      </w:r>
    </w:p>
    <w:p>
      <w:r>
        <w:t>Súd: Krajský súd Bratislava</w:t>
      </w:r>
    </w:p>
    <w:p>
      <w:r>
        <w:t>Spisová značka: 1S/202/2017</w:t>
      </w:r>
    </w:p>
    <w:p>
      <w:r>
        <w:t>ECLI: ECLI:SK:KSBA:2018:1017201450.1</w:t>
      </w:r>
    </w:p>
    <w:p>
      <w:r>
        <w:t>Dátum vydania: 21.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1S/202/2017 Identifikačné číslo súdneho spisu: 1017201450 Dátum vydania rozhodnutia: 22. 03. 2018 Meno a priezvisko sudcu, VSÚ: JUDr. Renáta Janáková ECLI: ECLI:SK:KSBA:2018:1017201450.1 Uznesenie Krajský súd v Bratislave v právnej veci žalobcu: X. B. K. X., štátny občan P. Q., prechodne bytom N. X, XXX XX C., zastúpený advokátskou kanceláriou AGM partners s.r.o., so sídlom Hlavné námestie 3, 811 01 Bratislava, IČO: 47 258 586, proti žalovanému: Prezídium Policajného zboru, Úrad hraničnej a cudzineckej polície, Riaditeľstvo hraničnej a cudzineckej polície Bratislava, Krížna 44, 812 72 Bratislava, o preskúmanie zákonnosti rozhodnutia žalovaného č. PPZ-HCP-BA2-2017/011157-003 zo dňa 15.08.2017, takto r o z h o d o l : Krajský súd v Bratislave konanie z a s t a v u j e . Žiaden z účastníkov nemá právo na náhradu trov konania. o d ô v o d n e n i e : 1. Správnou žalobou doručenou tunajšiemu správnemu súdu dňa 30.08.2017 sa žalobca domáhal preskúmania zákonnosti rozhodnutia žalovaného č. PPZ-HCP-BA2-2017/011157-003 zo dňa 15.08.2017 s návrhom na jeho zrušenie a vrátenie veci žalovanému na ďalšie konanie a rozhodnutie. 2. Podaním doručeným správnemu súdu dňa 19.02.2018 zobral žalobca žalobu späť a navrhol, aby správny súd predmetné súdne konanie zastavil, žiadnemu účastníkovi nepriznal právo na náhradu trov konania a zároveň aby rozhodol o vrátení zaplateného súdneho poplatku vo výške 70,- eur. 3. Podľa § 63 zákona č. 162/2015 Z. 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žalobca vzal späť žalobu pred rozhodnutím veci, správny súd v súlade s ustanovením § 99 písm. a) SSP konanie zastavil. 6. Keďže žalobca žiaden súdny poplatok za žalobu nezaplatil a ani naň súdom vyzvaný nebol, súd o vrátení poplatku ani nemohol rozhodnúť. 7. O náhrade trov konania správny súd rozhodol podľa § 170 písm. b) SSP tak, že žiaden z účastníkov nemá právo na náhradu trov konania, nakoľko konanie bolo zastavené. 8. Toto rozhodnutie senát Krajského súdu v Bratislave prijal pomerom hlasov 3 : 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https://www.kauzis.sk/judikatura/r/ECLI:SK:KSBA:2018:1017201450.1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