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2S/203/2017 z 31. 7. 2018</w:t>
      </w:r>
    </w:p>
    <w:p>
      <w:r>
        <w:t>Rozsudok Krajského súdu Bratislava z 31. júla 2018, sp. zn. 2S/203/2017, ECLI:SK:KSBA:2018:1017201463.1</w:t>
      </w:r>
    </w:p>
    <w:p>
      <w:r>
        <w:t>Súd: Krajský súd Bratislava</w:t>
      </w:r>
    </w:p>
    <w:p>
      <w:r>
        <w:t>Spisová značka: 2S/203/2017</w:t>
      </w:r>
    </w:p>
    <w:p>
      <w:r>
        <w:t>ECLI: ECLI:SK:KSBA:2018:1017201463.1</w:t>
      </w:r>
    </w:p>
    <w:p>
      <w:r>
        <w:t>Dátum vydania: 31. 7. 2018</w:t>
      </w:r>
    </w:p>
    <w:p>
      <w:r>
        <w:t>Forma: Rozsudok</w:t>
      </w:r>
    </w:p>
    <w:p>
      <w:r>
        <w:t>Oblasť práva: Správne právo</w:t>
      </w:r>
    </w:p>
    <w:p>
      <w:pPr>
        <w:pStyle w:val="Heading2"/>
      </w:pPr>
      <w:r>
        <w:t>Text rozhodnutia</w:t>
      </w:r>
    </w:p>
    <w:p>
      <w:r>
        <w:t>Súd: Krajský súd Bratislava Spisová značka: 2S/203/2017 Identifikačné číslo súdneho spisu: 1017201463 Dátum vydania rozhodnutia: 01. 08. 2018 Meno a priezvisko sudcu, VSÚ: JUDr. Vlastimil Pavlikovský ECLI: ECLI:SK:KSBA:2018:1017201463.1 ROZSUDOK V MENE SLOVENSKEJ REPUBLIKY Krajský súd v Bratislave v senáte zloženom z predsedu senátu JUDr. Vlastimila Pavlikovského a členov senátu JUDr. Jeannette Hajdinovej a JUDr. Michala Dzurdzíka, PhD., v právnej veci žalobkyne: W.. W. B., narodená XX.XX.XXXX, bytom v M., G. XXX/XX, zastúpenej advokátom JUDr. Jurajom Kusom, so sídlom v Michalovciach, Námestie osloboditeľov 10, proti žalovanému: Ministerstvo vnútra Slovenskej republiky, so sídlom v Bratislave, Pribinova 2, o preskúmanie zákonnosti rozhodnutia žalovaného č. KM- OLVS-15/2017/OPK zo dňa 27.6.2017, takto r o z h o d o l : Krajský súd v Bratislave napadnuté rozhodnutie žalovaného Ministerstva vnútra Slovenskej republiky č. KM-OLVS-15/2017/OPK zo dňa 27.6.2017 z r u š u j e a vec v r a c i a žalovanému na ďalšie konanie. Žalobkyni sa p r i z n á v a voči žalovanému plná náhrada trov konania. o d ô v o d n e n i e : I. Priebeh administratívneho konania 1. Prezídium Policajného zboru, Úrad hraničnej a cudzineckej polície, Riaditeľstvo hraničnej polície Sobrance rozhodnutím č. PPZ-HCP-SO-Šk-59-012/2012 zo dňa 13.11.2012 priznalo žalobkyni náhradu za stratu na služobnom plate od 1.1.2012 v sume 49,72 € mesačne podľa § 21 ods. 1 zákona č. 328/2002 Z.z. o sociálnom zabezpečení policajtov a vojakov a o zmene a doplnení niektorých zákonov v znení neskorších predpisov (ďalej len zákon č. 328/2002 Z.z.); nedoplatok na náhrade za stratu na služobnom plate za mesiace január až november XXXX v úhrnnej sume XXX,XX € jej mal byť vyplatený do 15.12.2012. Žalobkyňa pracovala ako policajtka a bola uznaná invalidnou v dôsledku choroby z povolania (tuberkulóza pľúc, diagnóza A 15.0), k pravdepodobnému infikovaniu došlo po styku s infikovaným nelegálnym migrantom, a teda pri plnení služobných úloh. Rozhodnutím Lekárskej komisie Ministerstva vnútra SR č. SPC-OZ-PL-KE-128/2010 jej bola stanovená zdravotná klasifikácia D - nespôsobilá na výkon štátnej služby v Policajnom zbore podľa § 223 ods. 2 zákona č. 73/1998 Z.z. o štátnej službe príslušníkov Policajného zboru, Slovenskej informačnej služby, Zboru väzenskej a justičnej stráže Slovenskej republiky a Železničnej polície v znení neskorších predpisov (ďalej len zákon č. 73/1998 Z.z.), preto bola personálnym rozkazom viceprezidenta Policajného zboru č. XX zo dňa 26.10.2011 prepustená zo služobného pomeru podľa § 192 ods. 1 písm. b/ zákona č. 73/1998 Z.z. Žalobkyňa bola neschopná výkonu štátnej služby od 13.10.2010 do jej prepustenia zo služobného pomeru dňa 31.12.2011 a jej liečba naďalej trvá. Po prepustení zo služobného pomeru jej bol priznaný invalidný výsluhový dôchodok s účinnosťou od 1.1.2012 v sume XXX,XX €, jej schopnosť vykonávať primerané civilné zamestnanie bola znížená o 30%. Žalobkyňa dňa 23.4.2012 požiadala o dávku úrazového zabezpečenia za chorobu z povolania podľa § 234 zákona č. 73/1998 Z.z., ku ktorej doložila znalecký posudok a lekársky posudok. Predložila čestné prehlásenie, že nepoberá žiadny príjem zo zárobkovej činnosti, zo závislej činnosti, podnikania a z inej samostatnej zárobkovej činnosti, z prenájmu, z kapitálového majetku ani podporu v nezamestnanosti. Vzhľadom na to, že žalobkyňa pri určenej 30% zníženej miere schopnosti vykonávať primerané civilné zamestnanie môže vykonávať iné civilné zamestnanie, je pre účely vyčíslenia výšky náhrady za stratu na služobnom plate potrebné poznať výšku minimálnej mzdy za príslušný kalendárny rok, ktorá sa považuje za príjem v prípade, ak nepracuje u žiadneho zamestnávateľa, hoci jej priznaná invalidita umožňuje zamestnať sa. Výška minimálnej mzdy za rok 2012 bola v sume 327,20 € mesačne. Žalobkyni by potom patril príjem minimálnej mzdy a priznaného invalidného výsluhového dôchodku za január 2012 spolu v sume XXX,XX €. Príjmom, ktorý sa podľa § 21 ods. 1 zákona č. 328/2002 Z.z. hodnotí ako rozhodný príjem pre výpočet náhrady za stratu na služobnom plate, je aj výška invalidného výsluhového dôchodku, ktorý bol žalobkyni priznaný v januári 2012 v sume XXX,XX € a výška minimálnej mzdy v prípade, že žalobkyňa má schopnosť vykonávať iné civilné zamestnanie, a tým poberať príjem zo zárobkovej činnosti, ale tento príjem nepoberá, sa pre účely vyčíslenia náhrady za stratu na služobnom plate považuje za jej príjem zo zárobkovej činnosti minimálna mzda za kalendárny rok 2012 v sume XXX,XX €; iné príjmy žalobkyňa v tomto období nepriznáva. Výška náhrady za stratu na služobnom plate po odpočítaní invalidného výsluhového dôchodku (XXX,XX €) a minimálnej mzdy (XXX,XX €) od čistého služobného platu, ktorý žalobkyňa poberala v rozhodnom období (XXX,XX €), predstavuje sumu XX,XX €. 2. Žalovaný rozhodnutím č. SLV-PS-PK-166/2012 zo dňa 24.1.2013 zamietol odvolanie žalobkyne proti prvostupňovému rozhodnutiu č. PPZ-HCP-SO-Šk-59-012/2012 zo dňa 13.11.2012 a toto rozhodnutie potvrdil. 3. Krajský súd v Bratislave rozsudkom č.k. 1S/57/2013-62 zo dňa 7.8.2014 zamietol žalobu žalobkyne proti rozhodnutiu žalovaného č. SLV-PS-PK-166/2012 zo dňa 24.1.2013, pretože napadnuté rozhodnutie považoval za vecne a právne správne. 4. Najvyšší súd SR, konajúc o odvolaní žalobkyne, rozsudkom sp. zn. 9Sžso/76/2014 zo dňa 28.6.2016 zmenil rozsudok Krajského súdu v Bratislave č.k. 1S/57/2013-62 zo dňa 7.8.2014, zrušil rozhodnutie žalovaného č. SLV-PS-PK-166/2012 zo dňa 24.1.2013 a vec mu vrátil na ďalšie konanie. Najvyšší súd SR uviedol, že policajtovi postihnutému chorobou z povolania vzniká podľa zákona č. 73/1998 Z.z. voči služobnému úradu náhrada škody, ktorá bola chorobou z povolania spôsobená. Takáto škoda sa potom nahrádza prostredníctvom viacerých inštitútov, medzi ktoré patrí tiež náhrada za stratu na služobnom plate upravená v ustanoveniach § 20 a § 21 zákona č. 328/2002 Z.z. - ide o nárok na náhradu skutočnej majetkovej škody, jej cieľom však nie je akékoľvek odškodňovanie nemajetkovej ujmy. Škodou, ktorá sa nahrádza v danom prípade, je suma, o ktorú sa znížil príjem bývalého policajta v dôsledku choroby z povolania. Predpokladmi vzniku nároku policajta na náhradu za stratu na služobnom plate je podľa § 20 ods. 1 písm. a/ bod 2 zákona č. 328/2002 Z.z. vznik choroby z povolania, škoda a príčinná súvislosť medzi chorobou z povolania a vzniknutou škodou. Skutočnosť, že žalobkyňa trpí chorobou z povolania, nebola v konaní sporná a vyplýva z administratívneho spisu. Je tiež zrejmé, že žalobkyni sa po prepustení zo služobného pomeru príjem znížil. Bolo potrebné vyriešiť otázku, či zníženie príjmu žalobkyne je odškodniteľné v rámci náhrady za stratu na služobnom plate. Sporný bol výklad ustanovenia § 21 ods. 1 prvá veta zákona č. 328/2002 Z.z. Pre vznik zodpovednosti služobného úradu za škodu musia byť kumulatívne splnené tieto podmienky: (1) pracovný úraz alebo choroba z povolania, (2) vznik škody, (3) príčinná súvislosť medzi pracovným úrazom / chorobou z povolania a vznikom škody. Zodpovednosť za škodu je založená na objektívnom princípe. Zákonodarca vychádzal z predpokladu, že bývalý policajt bude naďalej zárobkovo činný v tzv. civilnom zamestnaní a že náhrada za stratu na zárobku mu bude patriť v zásade len vtedy, ak príjem z takejto činnosti v súhrne s invalidným výsluhovým dôchodkom bude nižší ako služobný plat v rozhodnom období. Podmienku zamestnania nemožno vyžadovať iba vtedy, ak sa preukáže, že bývalý policajt nie je zárobkovo činný len z dôvodu, že vo výkone civilného zamestnania mu bráni práve zníženie schopnosti vykonávať primerané civilné zamestnanie. Zníženie príjmu z dôvodu, že policajt sa nemôže zamestnať v primeranom civilnom zamestnaní, ktoré by zodpovedalo jeho pracovným úrazom zníženej pracovnej schopnosti len pre nedostatok pracovných miest, nie je podľa názoru Najvyššieho súdu SR v príčinnej súvislosti s pracovným úrazom, ale súvisí so situáciou na trhu práce. Nedostatok vhodných pracovných príležitostí je objektívnou okolnosťou a postihuje všetkých zamestnancov bez ohľadu na to, či ich pracovná spôsobilosť bola znížená pracovným úrazom alebo z iných príčin. V takom prípade nemožno na dôvod nezamestnanosti prihliadať. Okolnosť, že bývalý policajt má znížený príjem, keď nie je zárobkovo činný, možno zohľadniť len vtedy, ak dôvodom nezamestnanosti je práve a jedine pokles jeho schopnosti vykonávať civilné zamestnanie. Taká okolnosť musí byť v správnom konaní preukázaná. Žalobkyňa má po prepustení zo služobného pomeru a priznaní invalidného výsluhového dôchodku znížený príjem. Je však tiež potrebné poukázať na skutočnosť, že u nej nedošlo k viac ako 49% poklesu schopnosti vykonávať primerané civilné zamestnanie, tento pokles je u nej 30%. Žalobkyňa je teda schopná vykonávať primerané civilné zamestnanie a nemožno bez ďalšieho tvrdiť, že skutočnosť, že nepracuje, je adekvátnym dôsledkom choroby z povolania. Nebolo preukázané ani to, z akého dôvodu žalobkyňa nepracuje, teda či je dobrovoľne nezamestnaná, resp. či je evidovaná na úrade práce, či jej bolo ponúknuté primerané zamestnanie, ktoré je schopná vykonávať na plný alebo skrátený pracovný úväzok. Správny orgán je pritom povinný riadne a úplne zistiť skutočný stav veci v rozsahu potrebnom na posúdenie uplatneného nároku, čo podľa názoru Najvyššieho súdu SR žalovaný neurobil. 5. Žalovaný v ďalšom konaní vydal rozhodnutie č. KM-OLVS-15/2017/OPK zo dňa 27.6.2017 a zmenil prvostupňové rozhodnutie č. PPZ-HCP-SO-Šk-59-012/2012 zo dňa 13.11.2012 tak, že žiadosť žalobkyne zamietol a náhradu za stratu na služobnom plate jej podľa § 20 ods. 1 písm. a/ bod 3 zákona č. 328/2002 Z.z. nepriznal. Žalobkyňa v ďalšom konaní predložila rozhodnutie Úradu práce, sociálnych vecí a rodiny Pezinok č. PK2/RPPKAPC/SOC/2014/41013 zo dňa 23.4.2014, ktorým vyhovel jej žiadosti o vyhotovenie preukazu osoby s ťažkým zdravotným postihnutím, lekársky posudok posudkového lekára Úradu práce, sociálnych vecí a rodiny Pezinok zo dňa 15.4.2014 stanovujúci mieru jej funkčnej poruchy na 60%, znalecký posudok MUDr. B. V., H.., č. X/XXXX zo dňa XX.X.XXXX a znalecký posudok Mgr. W.. B. V. W. č. X/XXXX zo dňa 12.12.2011. Okrem uvedených dôkazov žalovaný zabezpečil lekársku správu posudkového lekára odboru zdravotníctva SPSČ MV SR č. SPC-OZ.PL-60/2012 zo dňa 23.2.2012, v zmysle ktorej mala žalobkyňa zníženú schopnosť vykonávať primerané civilné zamestnanie o 30%, záznam Ústredia práce, sociálnych vecí a rodiny SR č. UPS/US1/SSZODSS/BEZ/2017/10201 zo dňa 8.3.2017 a oznámenie Sociálnej poisťovne, ústredie, č. 35278-2/2017-BA zo dňa 12.4.2017. Z čestného prehlásenia žalobkyne z mája 2012 vyplýva, že nemala ku dňu vydania napadnutého prvostupňového rozhodnutia okrem priznaného invalidného výsluhového dôchodku žiadny príjem zo zárobkovej činnosti, zo závislej činnosti, podnikania a z inej samostatnej zárobkovej činnosti, z prenájmu, z kapitálového majetku ani podporu v nezamestnanosti. Vychádzajúc z právneho názoru Najvyššieho súdu SR a zo skutočnosti, že žalobkyňa nemá zníženú schopnosť vykonávať primerané civilné zamestnanie o viac ako 49%, ale len 30%, možno predpokladať, že je schopná zamestnania aj po prepustení zo služobného pomeru príslušníka Policajného zboru. Žalobkyňa nebola v rozhodnom období vedená v evidencii uchádzačov o zamestnanie a Sociálna poisťovňa neevidovala jej dočasnú pracovnú neschopnosť; dočasná pracovná neschopnosť žalobkyne teda trvala len do 31.12.2011. Od 1.1.2012 až do vydania napadnutého rozhodnutia jej v podaní žiadosti o zaradenie do evidencie uchádzačov o zamestnanie nebránila žiadna prekážka. Po skončení služobného pomeru neprejavila záujem zamestnať sa, resp. byť evidovaná na úrade práce, sociálnych vecí a rodiny, čím u nej neboli vytvorené predpoklady na aktívne sprostredkovanie zamestnania podľa § 32 zákona č. 5/2004 Z.z. o službách zamestnanosti. Žalobkyňa je dobrovoľne nezamestnaná a jedinou príčinou, pre ktorú v rozhodnom období nepracovala, bol jej pasívny postoj k hľadaniu si vhodnej práce. Podklady, ktoré žalobkyňa predložila v odvolacom konaní, nesúvisia s predmetom tohto konania. Pre posúdenie nároku na priznanie náhrady za stratu na služobnom plate je podľa § 20 ods. 1 písm. a/ bod 3 zákona č. 382/2002 Z.z. je určujúcou miera poklesu schopnosti vykonávať primerané civilné zamestnanie. Rozhodnutie Úradu práce, sociálnych vecí a rodiny Pezinok zo dňa 23.4.2014 o vyhovení jej žiadosti o vyhotovenie preukazu osoby s ťažkým zdravotným postihnutím bolo vydané neskôr ako napadnuté prvostupňové rozhodnutie, preto naň nemohol prihliadať. Zmeny skutkových okolností prípadu po vydaní rozhodnutia nemôže mať vplyv na zákonnosť posudzovaného rozhodnutie, keďže ide o okolnosti, ktoré v čase vydania tohto rozhodnutia ešte neexistovali a nijako nesúvisia s posudzovaným nárokom. Obdobne to platí aj v prípade lekárskeho posudku posudkového lekára Úradu práce, sociálnych vecí a rodiny Pezinok zo dňa 15.4.2014 o miere funkčnej poruchy žalobkyne v rozsahu 60%. Žalovaný dospel k záveru, že prvostupňový správny orgán pred vydaním napadnutého rozhodnutia nedostatočne zistil skutočný stav veci, keď nepreveril a následne ani neprihliadal na dôvody, pre ktoré nemala žalobkyňa po skončení jej služobného pomeru okrem invalidného výsluhového dôchodku iný príjem o závislej činnosti, resp. inej zárobkovej činnosti. Na záver nedostatočne zisteného stavu veci dospel k nesprávnemu právnemu záveru o vzniku nároku na náhradu za stratu na služobnom plate v sume 49,72 € mesačne. Nepreverením skutočných príčin absencie príjmu žalobkyne došlo k takej vada, ktorá mala vplyv na zákonnosť a vecnú správnosť napadnutého rozhodnutia. II. Žaloba 6. Žalobkyňa sa včas podanou žalobou domáhala preskúmania zákonnosti rozhodnutia žalovaného č. KM-OLVS-15/2017/OPK zo dňa 27.6.2017, jeho zrušenia spolu s prvostupňovým rozhodnutím č. PPZ-HCP-SO-Šk-59-012/2012 zo dňa 13.11.2012 a vrátenia veci orgánu verejnej správy prvého stupňa na ďalšie konanie. Namietala, že výklad § 21 ods. 1 zákona č. 328/2002 Z.z. je v rozpore s čl. 152 ods. 4 Ústavy SR. Jej zdravotný stav je tak vážne poškodený, že je nemožné, aby sa niekde zamestnala, a toto je jediným dôvodom, pre ktorý nepracuje. Poukázala na rozhodnutie Úradu práce, sociálnych vecí a rodiny Pezinok č. PK2/RPPKAPC/SOC/2014/41013 zo dňa 23.4.2014, v ktorom je miera funkčnej poruchy stanovená v rozsahu 60%. Žalobkyňa teda patrí medzi osoby s ťažkým zdravotným postihnutím. V praxi si možno ťažko predstaviť, aby žalobkyňa požiadala zamestnávateľa o prácu a ten jej vydal nejaký písomný doklad, že ju nemôže zamestnať v dôsledku poškodenia jej zdravia chorobou z povolania. Je nemožné, aby oboznamovala zamestnávateľov s tak citlivými informáciami, akými sú údaje z jej zdravotnej dokumentácie, pretože by došlo k porušeniu zákona o ochrane osobných údajov, antidiskriminačného zákona a Dohovoru o ochrane ľudských práv a základných slobôd. 7. Poukázala tiež na znalecké posudky W. č. 1/2011 zo dňa 12.12.2011 a W.. J. V. č. X/XXXX zo dňa XX.X.XXXX, v ktorých je podrobne rozpísaný rozsah poškodenia jej zdravia chorobou z povolania. Ochorenie jej výrazne zasiahlo do života, mala 35 rokov, a rozhodnutím lekárskej komisie ministerstva vnútra zo dňa 6.10.2011 bola uznaná za nespôsobilú pre výkon štátnej služby policajta, bol zastavený jej odborný rast a bola prepustená zo služobného pomeru, pretože dlhodobo stratila zo zdravotných dôvodov spôsobilosť vykonávať akúkoľvek funkciu v Policajnom zbore; má aj obmedzený výber povolania. Výrazne je obmedzená aj jej mimopracovná činnosť a súkromný život, pre ťažkosti s dýchaním má obmedzenú fyzickú námahu, športovanie, turistiku, prácu v záhrade a v domácnosti, zdravotný stav si vyžaduje doživotné lekárske kontroly a sledovanie. Prílohou znaleckého posudku je aj lekársky posudok Národného ústavu tuberkulózy, pľúcnych chorôb a hrudníkovej chirurgie Vyšné K., v ktorom sa uvádza, že ide o viacorgánové postihnutie organizmu tuberkulóznou infekciou (postihnutie pľúc, pohrudnice s prítomným pohrudničným výpotkom). Z ďalších lekárskych správ vzťahujúcich sa na rozhodné obdobie od 1.1.2012 do 30.1.2013 vyplýva, že v dôsledku poškodenia zdravia chorobou z povolania bolo nemožné, aby sa niekde zamestnala, preto nebola evidovaná ani na príslušnom úrade práce. Keďže nepriaznivý zdravotný stav jej neumožňuje zamestnať sa, požiadala správny orgán o priznanie náhrady za stratu na služobnom plate policajta. 8. Napokon, aj v personálnom rozkaze č. 10 zo dňa 26.10.2011 sa konštatuje, že zo zdravotných dôvodov nie je spôsobilá vykonávať akúkoľvek funkciu v Policajnom zbore. Poukázala na to, že v Policajnom zbore možno vykonávať aj akékoľvek iné administratívne práce v kancelárii, a žalovaný v personálnom rozkaze dospel k záveru, že nie je spôsobilá vykonávať ani tieto činnosti. Žalovaný si potom v personálnom rozkaze a v napadnutom rozhodnutí odporuje, keď v jednom rozhodnutí tvrdí, že nie je schopná vykonávať ani administratívne práce v Policajnom zbore a v druhom rozhodnutí tvrdí, že je schopná vykonávať prácu. Rozhodnutia žalovaného a prvostupňového správneho orgánu sú podľa jej názoru vydané v rozpore s § 21 ods. 1 zákona č. 328/2002 Z.z., pričom tvrdenie žalovaného, že v odvolacom konaní neboli zistené žiadne dôvody na zmenu alebo zrušenie prvostupňového rozhodnutia, sú v rozpore s obsahom spis a skutkovým a právnym stavom. III. Vyjadrenie žalovaného 9. Žalovaný v písomnom vyjadrení navrhol žalobu zamietnuť. V podrobnostiach odkázal na odôvodnenie napadnutého rozhodnutia a doplnil, že znalecké posudky Mgr. W.. B. V. W. a MUDr. J. V., H.., síce potvrdzujú, že vzhľadom na zdravotný stav má žalobkyňa obmedzený výber povolania a má obmedzenú aj mimopracovnú činnosť a súkromný život, no nevyplýva z nich, že jej nepriaznivý zdravotný stav nedovoľuje zamestnať sa; okrem toho boli relevantné pre vydanie rozhodnutia vo veci náhrady za bolesť a za sťaženie spoločenského uplatnenia a nie priznania náhrady za stratu na služobnom plate. Túto skutočnosť nevyvracia ani rozhodnutie Úseku sociálnych vecí a rodiny, pracovisko Senec Úradu práce, sociálnych vecí a rodiny Pezinok č. PK2/RPPKAPC/SOC/2014/41013 zo dňa 23.4.2014. 10. Žalobkyňa ani raz neuviedla záujem zamestnať sa. Nič jej nebránilo, aby sa uchádzala o zamestnanie v rezorte Ministerstva vnútra SR (aj v Policajnom zbore) ako civilný zamestnanec, hoci jej dočasná pracovná neschopnosť trvala len do 31.12.2011. Z uvedeného je zrejmé, že žalobkyňa neprejavila záujem po skončení služobného pomeru zamestnať sa, resp. byť evidovaná na príslušnom úrade práce, sociálnych vecí a rodiny. Jediným dôvodom, pre ktorý nepracovala, bol jej pasívny postoj k hľadaniu si vhodnej práce. 11. Žalobkyňa sa k vyjadreniu žalovaného písomne nevyjadrila. IV. Verejné vyhlásenie rozsudku 12. Krajský súd v Bratislave ako súd vecne a miestne príslušný podľa § 10 a § 13 zákona č. 162/2015 Z.z. Správny súdny poriadok v znení zákona č. 88/2017 Z.z. (ďalej len SSP) rozhodol rozsudkom, ktorý verejne vyhlásil podľa § 107 ods. 2 SSP, keďže žalobkyňa výslovne v žalobe nepožiadala o nariadenie pojednávania a ani žalovaný nežiadal o nariadenie pojednávania vo veci. 13.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328/2002 Z.z., preto aj v tomto konaní možno postupovať podľa záverov ESĽP vyjadrených vo vyššie citovaných rozhodnutiach a vo veci rozhodnúť bez nariadenia pojednávania.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20 ods. 1 písm. a/ bod 3 zákona č. 328/2002 Z.z. policajtovi alebo profesionálnemu vojakovi, ktorý utrpel služobný úraz podľa § 29 ods. 1 až 3 alebo u ktorého bola zistená choroba z povolania podľa § 29 ods. 4, sa poskytuje v rozsahu, v akom služobný úrad alebo služobný orgán za škodu zodpovedá, náhrada za stratu na služobnom plate, ak bol uznaný za invalidného v dôsledku služobného úrazu alebo choroby z povolania a po skončení služobného pomeru jeho príjem zo zárobkovej činnosti vrátane výsluhového príspevku, výsluhového dôchodku alebo invalidného výsluhového dôchodku je nižší ako služobný plat, ktorý dosahoval pred skončením služobného pomeru. 16. Podľa § 21 ods. 1 zákona č. 328/2002 Z.z. náhrada za stratu na služobnom plate policajta alebo služobnom príjme profesionálneho vojaka alebo vojaka prípravnej služby pri uznaní invalidity sa poskytuje v takej výške, aby sa spolu so služobným platom policajta, služobným príjmom profesionálneho vojaka, príjmom zo zárobkovej činnosti, výsluhovým príspevkom, výsluhovým dôchodkom, invalidným výsluhovým dôchodkom rovnala služobnému platu policajta alebo služobnému príjmu profesionálneho vojaka dosahovaným pred skončením služobného pomeru a u vojaka prípravnej služby služobného príjmu, ktorý by dosiahol pri výkone základnej funkcie, na ktorú sa štúdiom alebo výcvikom pripravuje, zníženú o sumu zodpovedajúcu úhrnu poistného na nemocenské zabezpečenie, výsluhové zabezpečenie, zdravotné poistenie, preddavkov na daň z príjmov zo závislej činnosti a z funkčných požitkov. Na príjem zo zárobkovej činnosti sa neprihliada, ak policajt alebo profesionálny vojak bol uznaný za invalidného, pričom miera schopnosti vykonávať primerané civilné zamestnanie je znížená o viac ako 49%. 17. Podľa § 28 ods. 1 zákona č. 328/2002 Z.z. ak sa podstatne zmenia pomery poškodenej, ktoré boli rozhodujúce pre určenie výšky náhrady za stratu na služobnom plate, možno vydať nové rozhodnutie vo veci. 18. Podľa § 42 zákona č. 328/2002 Z.z. na invalidný výsluhový dôchodok podľa § 40 má nárok policajt alebo profesionálny vojak, ktorého schopnosť vykonávať primerané civilné zamestnanie je znížená podľa § 44 najmenej o 20%. 19. Podľa § 84 ods. 1 zákona č. 328/2002 Z.z. na konanie o dávkach a službách sociálneho zabezpečenia sa vzťahuje všeobecný predpis o správnom konaní, ak tento zákon neustanovuje inak. 20. Podľa § 46 zákona č. 71/1967 Zb. o správnom konaní (správny poriadok) v znení neskorších predpisov (ďalej len SP) rozhodnutie musí byť v súlade so zákonmi a ostatnými právnymi predpismi, musí ho vydať orgán na to príslušný, musí vychádzať zo spoľahlivo zisteného stavu veci a musí obsahovať predpísané náležitosti. 21.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Podľa § 199 ods. 2 SSP v konaní podľa tejto hlavy správny súd zohľadňuje špecifické potreby vychádzajúce zo zdravotného stavu a sociálneho postavenia účastníka konania - fyzickej osoby a poskytuje jej poučenie o jej procesných právach a povinnostiach. 23. Podľa § 202 ods. 2 prvá veta SSP správnu žalobu fyzickej osoby správny súd posudzuje neformálne. 24. Podľa § 203 ods. 1 SSP rozsah správnej žaloby fyzickej osoby a jej dôvody možno zmeniť alebo doplniť až do rozhodnutia správneho súdu. VI. Posúdenie veci krajským súdom 25. Úlohou správneho súdu v prejednávanej veci bolo preskúmať zákonnosť rozhodnutia žalovaného č. 5324/2/2015 zo dňa 14.10.2015, ktorým zmenil prvostupňové rozhodnutie a zamietol žiadosť žalobkyne o priznanie náhrady za stratu na služobnom plate a túto náhradu jej nepriznal. 26. Žalovaný bol v odvolacom konaní viazaný právnym názorom Najvyššieho súdu SR ohľadom zamestnania žalobkyne po skončení služobného pomeru u Policajného zboru a zisťoval dôvody, pre ktoré nebola v rozhodnom období zamestnaná. Dospel k záveru, že jediným dôvodom, pre ktorý žalobkyňa v rozhodnom období nepracovala, bol jej pasívny postoj k hľadaniu zamestnania, hoci jej zdravotný stav umožňoval pracovať (mala zníženú pracovnú schopnosť o 30%). Žalobkyňa naopak tvrdila, že jej zdravotný stav neumožňoval zamestnať sa a poukázala na znalecké posudky aj personálny rozkaz o skončení jej služobného pomeru. 27. Podľa názoru správneho súdu sa žalovaný v odvolacom konaní nedostatočne zaoberal rozhodnutím Úradu práce, sociálnych vecí a rodiny Pezinok č. PK2/RPPKAPC/SOC/2014/41013 zo dňa 23.4.2014 o vyhovení žiadosti žalobkyne o vyhotovenie preukazu osoby s ťažkým zdravotným postihnutím, lekárskym posudkom posudkového lekára Úradu práce, sociálnych vecí a rodiny Pezinok zo dňa 15.4.2014 stanovujúcim mieru jej funkčnej poruchy na 60%, znaleckým posudkom W.o dňa 12.9.2012 a znaleckým posudkom W. zo dňa 12.12.2011. 28. Žalovaný v odôvodnení napadnutého rozhodnutia uviedol, že žalobkyňou predložené dôkazy nemajú vplyv na rozhodnutie vo veci, pretože niektoré z nich boli vydané až po rozhodnutí prvostupňového správneho orgánu. V tejto súvislosti správny súd poukazuje na jednotnosť administratívneho konania v prvom a druhom stupni. Správny poriadok v § 59 ods. 1 umožňuje odvolaciemu orgánu aj v odvolacom konaní vykonať dokazovanie a zohľadniť aj rozhodnutia a iné dôkazy predložené po vydaní napadnutého prvostupňového rozhodnutia. Ak sa žalovaný obmedzil na ničím nepodložené tvrdenie, že rozhodnutie Úradu práce, sociálnych vecí a rodiny Pezinok č. PK2/RPPKAPC/SOC/2014/41013 zo dňa 23.4.2014 je vydané až po prvostupňovom rozhodnutí, a preto naň neprihliadol, tento jeho názor nezodpovedá ustanoveniam Správneho poriadku, najmä § 59 ods. 1 SP v spojení s § 84 ods. 1 zákona č. 328/2002 Z.z. Nemožno opomenúť, že citované rozhodnutie Úradu práce, sociálnych vecí a rodiny Pezinok určuje zvýšenie miery funkčnej poruchy žalobkyne na 60% (nie 30%). 29. Pre rozhodnutie vo veci je nevyhnutné dôsledne skúmať zdravotný stav žalobkyne a s tým aj jej schopnosť pracovať. Žalobkyňa správne poukázala na personálny rozkaz viceprezidenta Policajného zboru o jej prepustení zo služobného pomeru podľa § 192 ods. 1 písm. b/ zákona č. 73/1998 Z.z. z dôvodu, že stratila dlhodobo vykonávať akúkoľvek funkciu v Policajnom zbore zo zdravotných dôvodov. Inými slovami, stratila schopnosť vykonávať prácu policajta aj prácu civilného zamestnanca alebo administratívneho zamestnanca (menej náročnú prácu ako práca policajta). Žalovaný nevysvetlil, prečo žalobkyňu na jednej strane považoval za neschopnú vykonávať aj menej náročnú prácu (napríklad administratívnu prácu) v Policajnom zbore alebo v rezorte Ministerstva vnútra SR a na druhej strane tvrdí, že jej zdravotný stav nebránil hľadať a nájsť si prácu u iného zamestnávateľa. 30. Znalec Mgr. MUDr. Peter V., W. v znaleckom posudku č. X/XXXX zo dňa 12.12.2011 konštatuje, že žalobkyňa trpela dvoma ochoreniami - pľúcnou a mimopľúcnou tuberkulózou - ktoré majú závažný zdravotný a sociálny dopad vzhľadom na zdravotné komplikácie, vek a výrazné obmedzenie žalobkyne uplatniť sa v živote a spoločnosti. So základnými ochoreniami (TBC pľúc a TBC pleury) súvisia aj ďalšie diagnózy: atelektáza pľúc, embólia pľúc, poškodenie pečene liekmi, pleuropulmonmálne adhézie, chronická obštrukčná choroba pľúc, akneiformná dermatitída polieková, ľahká pľúcna hypertenzia, asthenia somatica s únavovým syndrómom. Tieto diagnózy komplikovali priebeh a liečbu základného ochorenia; v prípade zrastov v pohrudničnej dutine a obštrukčnej choroby pľúc ide o trvalé následky. 31. Znalec MUDr. J. V., H.., v znaleckom posudku č. X/XXXX zo dňa 12.9.2012 sa stotožnil so závermi znalca Mgr. MUDr. B. V. W.. Súhlasil aj so záverom o výraznom ovplyvnení života žalobkyne chorobami TBC pľúc a TBC pleury, do ktorého nepochybne patrí aj možnosť zamestnať sa a schopnosť vykonávať prácu. 32. Žalovaný tvrdí, že Sociálna poisťovňa neevidovala v rozhodnom období dočasnú pracovnú neschopnosť žalobkyne, a preto bola od 1.1.2012 práce schopná a mohla si nájsť vhodnú prácu. Z obsahu administratívneho spisu vyplýva, že Sociálna poisťovňa listom č. 35278-2/2017-BA zo dňa 12.4.2017 žalovanému oznámila, že neeviduje dočasnú pracovnú neschopnosť žalobkyne, pretože zákon č. 461/2003 Z.z. o sociálnom poistení v znení neskorších predpisov sa na policajtov nevzťahuje. Z uvedeného dôvodu nie je Sociálna poisťovňa vecne príslušná na vypracovanie odpovede pre žalovaného a odporučila mu, aby sa obrátil na služobný úrad, ktorý žalobkyni vyplácal služobný príjem počas trvania služobného pomeru (§ 79, § 80 ods. 1 zákona č. 328/2002 Z.z.). Podľa názoru správneho súdu nemožno toto oznámenie vyhodnotiť bez ďalšieho tak, že žalobkyňa nemala na Sociálnej poisťovni evidovanú dočasnú pracovnú neschopnosť, preto bola práce schopná a mala si nájsť prácu, tak ako to urobil žalovaný. Z napadnutého rozhodnutia žalovaného nevyplýva, či zisťoval túto skutočnosť aj u iného orgánu sociálneho zabezpečenia ako je Sociálna poisťovňa. 33. Správny súd na základe uvedených skutočností dospel k záveru, že žalovaný nedostatočne zistil skutkový stav, zákonným spôsobom sa nevysporiadal s dôkazmi, ktoré v odvolacom konaní predložila žalobkyňa, nevysvetlil, prečo mala byť žalobkyňa práce schopná, hoci sám ju v tom čase odmietol zamestnať na výkon menej náročnej pracovnej činnosti vo svojom rezorte, a či zisťoval u iného orgánu sociálneho zabezpečenia evidenciu dočasnej pracovnej neschopnosti žalobkyne, keďže Sociálna poisťovňa na to u policajtov nemá kompetenciu. Uvedené pochybenia negatívne ovplyvňujú zákonnosť napadnutého rozhodnutia žalovaného. 34. Vzhľadom na uvedené vady rozhodnutia žalovaného správny súd zrušil rozhodnutie žalovaného č. KM-OLVS-15/2017/OPK zo dňa 27.6.2017 podľa § 191 ods. 1 písm. d/ SSP a vec mu vrátil na ďalšie konanie. V ďalšom konaní sa žalovaný riadne vysporiada s dôkazmi predloženými žalobkyňou v odvolacom konaní, vyhodnotí ich jednotlivo aj vo vzájomnej súvislosti s ostatnými dôkazmi, zistí zdravotný stav žalobkyne vo vzťahu k jej možnosti a schopnosti zamestnať sa a svoje rozhodnutie odôvodní, tak aby zodpovedalo požiadavkám určeným v ustanovení § 47 SP. 35.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36. O náhrade trov konania súd rozhodol podľa § 167 SSP a úspešnej žalobkyni priznal právo na náhradu trov konania v plnom rozsahu voči neúspešnému žalovanému. O výške náhrady trov konania rozhodne správny súd po právoplatnosti rozhodnutia, ktorým sa konanie končí, samostatným uznesením, ktoré vydá súdny úradník (§ 175 ods. 2 SSP). 37.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https://www.kauzis.sk/judikatura/r/ECLI:SK:KSBA:2018:1017201463.1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