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2S/223/2017 z 27. 2. 2018</w:t>
      </w:r>
    </w:p>
    <w:p>
      <w:r>
        <w:t>Uznesenie Krajského súdu Bratislava z 27. februára 2018, sp. zn. 2S/223/2017, ECLI:SK:KSBA:2018:1017201571.1</w:t>
      </w:r>
    </w:p>
    <w:p>
      <w:r>
        <w:t>Súd: Krajský súd Bratislava</w:t>
      </w:r>
    </w:p>
    <w:p>
      <w:r>
        <w:t>Spisová značka: 2S/223/2017</w:t>
      </w:r>
    </w:p>
    <w:p>
      <w:r>
        <w:t>ECLI: ECLI:SK:KSBA:2018:1017201571.1</w:t>
      </w:r>
    </w:p>
    <w:p>
      <w:r>
        <w:t>Dátum vydania: 27. 2. 2018</w:t>
      </w:r>
    </w:p>
    <w:p>
      <w:r>
        <w:t>Forma: Uznesenie</w:t>
      </w:r>
    </w:p>
    <w:p>
      <w:pPr>
        <w:pStyle w:val="Heading2"/>
      </w:pPr>
      <w:r>
        <w:t>Text rozhodnutia</w:t>
      </w:r>
    </w:p>
    <w:p>
      <w:r>
        <w:t>Súd: Krajský súd Bratislava Spisová značka: 2S/223/2017 Identifikačné číslo súdneho spisu: 1017201571 Dátum vydania rozhodnutia: 28. 02. 2018 Meno a priezvisko sudcu, VSÚ: JUDr. Boris Suchovský ECLI: ECLI:SK:KSBA:2018:1017201571.1 Uznesenie Krajský súd v Bratislave v právnej veci žalobcu: URBAN s.r.o., IČO: 47 244 895, Slanská Huta 77, 044 17 p. Slanec, Košice - okolie, právne zastúpený: Mgr. Ivan Gašperec, advokát, Zakvášov 1518/52-11, 017 07 Považská Bystrica, proti žalovanému: Národná banka Slovenska, Imricha Karvaša 1, 813 25 Bratislava, v konaní o preskúmanie zákonnosti rozhodnutia žalovaného č. NBS1-000-013-337 zo dňa 21.07.2017, takto r o z h o d o l : Správny súd konanie z a s t a v u j e. Žiaden z účastníkov nemá právo na náhradu trov konania. o d ô v o d n e n i e : 1. Žalobca sa žalobou doručenou tunajšiemu správnemu súdu dňa 25.09.2017 domáhal preskúmania zákonnosti rozhodnutia žalovaného č. NBS1-000-013-337 zo dňa 21.07.2017, ktorým bolo zamietnuté odvolanie žalobcu a potvrdené rozhodnutie Národnej banky Slovenska, útvaru nad dohľadom nad finančným trhom č. z. 100-000-046-523 k č. NBS1-000-012-599 zo dňa 22.06.2017. Predmetným prvostupňovým rozhodnutím nebolo vyhovené žiadosti žalobcu o sprístupnenie všetkých rozhodnutí Národnej banky Slovenska, ktoré boli Národnou bankou Slovenska vydané v oblasti výkonu dohľadu nad spotrebiteľským právom a/alebo dohľadu nad spotrebiteľskými úvermi v období od 01.01.2008 do 11.06.2017 v konaniach, kde účastníkom konania bola spoločnosť IKB Leasing SR, s.r.o., Plynárenská 1, 821 09 Bratislava. 2. Správny súd vyzval žalobcu pod následkom zastavenia konania na zaplatenie súdneho poplatku za podanie žaloby v sume 70,- eur v lehote 10 dní od doručenia, výzvou č. k. 2S/223/2017-17 zo dňa 13.11.2017, doručenou žalobcovi dňa 24.11.2017.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https://www.kauzis.sk/judikatura/r/ECLI:SK:KSBA:2018:1017201571.1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