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2S/237/2017 z 23. 1. 2018</w:t>
      </w:r>
    </w:p>
    <w:p>
      <w:r>
        <w:t>Uznesenie Krajského súdu Bratislava z 23. januára 2018, sp. zn. 2S/237/2017, ECLI:SK:KSBA:2018:1017201670.1</w:t>
      </w:r>
    </w:p>
    <w:p>
      <w:r>
        <w:t>Súd: Krajský súd Bratislava</w:t>
      </w:r>
    </w:p>
    <w:p>
      <w:r>
        <w:t>Spisová značka: 2S/237/2017</w:t>
      </w:r>
    </w:p>
    <w:p>
      <w:r>
        <w:t>ECLI: ECLI:SK:KSBA:2018:1017201670.1</w:t>
      </w:r>
    </w:p>
    <w:p>
      <w:r>
        <w:t>Dátum vydania: 23. 1.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2S/237/2017 Identifikačné číslo súdneho spisu: 1017201670 Dátum vydania rozhodnutia: 24. 01. 2018 Meno a priezvisko sudcu, VSÚ: JUDr. Vlastimil Pavlikovský ECLI: ECLI:SK:KSBA:2018:1017201670.1 Uznesenie Krajský súd v Bratislave v právnej veci žalobcu: F. W., nar. XX.XX.XXXX, bytom W. 6, XXX XX Z., zastúpený: JUDr. Igor Kovačik, advokát, IČO: 43 634 451, so sídlom Panenská 7, 811 03 Bratislava, proti žalovanému: Okresný úrad Bratislava, Odbor výstavby a bytovej politiky, Tomášikova 46, 832 05 Bratislava, v konaní o preskúmanie zákonnosti rozhodnutia žalovaného o zastavení vyvlastňovacieho konania sp. zn. OU-BA-OVBP2-2017/4320/GRJ zo dňa 02.08.2017, takto r o z h o d o l : Krajský súd v Bratislave konanie z a s t a v u j e . Žiaden z účastníkov n e m á právo na náhradu trov konania. o d ô v o d n e n i e : 1. Správnou žalobou zo dňa 05.10.2017, doručenou Krajskému súdu v Bratislave dňa 06.10.2017, sa žalobca domáhal preskúmania zákonnosti rozhodnutia žalovaného o zastavení vyvlastňovacieho konania sp. zn. OU-BA-OVBP2-2017/4320/GRJ zo dňa 02.08.2017. Za podanie správnej žaloby nebol zo strany žalobcu zaplatený súdny poplatok. 2. Dňa 01.12.2017 bolo Krajskému súdu v Bratislave doručené písomné podanie žalobcu, ktorým žalobca vzal podanú správnu žalobu v celom rozsahu späť. Späťvzatie žaloby žalobca odôvodnil tým, že Ministerstvo dopravy a výstavby Slovenskej republiky v rámci konania o preskúmanie zákonnosti napadnutého rozhodnutia mimo odvolacieho konania rozhodlo o zrušení napadnutého rozhodnutia z dôvodu jeho nezákonnosti. S ohľadom na túto skutočnosť žalobca žiadal, aby súd správne konanie zastavil a žiadnemu z účastníkov konania nepriznal právo na náhradu trov konania. 3. Podľa § 63 zákona č. 162/2015 Z. z. Správneho súdneho poriadku (ďalej len „SSP“)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4. Podľa § 99 písm. a) SSP správny súd konanie uznesením zastaví, ak žalobca vzal žalobu späť skôr, ako správny súd vo veci rozhodol. 5. Podľa § 170 písm. b) SSP žiaden z účastníkov konania nemá právo na náhradu trov konania, ak konanie bolo zastavené. 6. Keďže žalobca zobral žalobu späť v celom rozsahu pred rozhodnutím správneho súdu vo veci, súd konanie v súlade s § 63 SSP v spojení s § 99 písm. a) SSP zastavil. Vzhľadom na to, že príslušné ustanovenia SSP nevyžadujú na rozhodnutie správneho súdu o podanom späťvzatí súhlas žalovaného ani ďalších účastníkov, nebol súd povinný pred rozhodnutím o zastavení konania zisťovať stanovisko žalovaného k predmetnému podaniu žalobcu. 7. O náhrade trov konania rozhodol správny súd podľa ust. § 170 písm. b) SSP tak, že žiaden z účastníkov konania nemá právo na náhradu trov konania, keďže konanie bolo zastavené. 8. Toto rozhodnutie prijal senát Krajského súdu v Bratislave pomerom hlasov 3:0 (§ 139 ods. 4 SSP v spojení s § 147 ods. 2 SSP).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SSP.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https://www.kauzis.sk/judikatura/r/ECLI:SK:KSBA:2018:1017201670.1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