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2S/239/2017 z 23. 1. 2018</w:t>
      </w:r>
    </w:p>
    <w:p>
      <w:r>
        <w:t>Uznesenie Krajského súdu Bratislava z 23. januára 2018, sp. zn. 2S/239/2017, ECLI:SK:KSBA:2018:1017201680.1</w:t>
      </w:r>
    </w:p>
    <w:p>
      <w:r>
        <w:t>Súd: Krajský súd Bratislava</w:t>
      </w:r>
    </w:p>
    <w:p>
      <w:r>
        <w:t>Spisová značka: 2S/239/2017</w:t>
      </w:r>
    </w:p>
    <w:p>
      <w:r>
        <w:t>ECLI: ECLI:SK:KSBA:2018:1017201680.1</w:t>
      </w:r>
    </w:p>
    <w:p>
      <w:r>
        <w:t>Dátum vydania: 23.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2S/239/2017 Identifikačné číslo súdneho spisu: 1017201680 Dátum vydania rozhodnutia: 24. 01. 2018 Meno a priezvisko sudcu, VSÚ: JUDr. Vlastimil Pavlikovský ECLI: ECLI:SK:KSBA:2018:1017201680.1 Uznesenie Krajský súd v Bratislave v právnej veci žalobcu: Ing. C. L., nar. XX.XX.XXXX, bytom T. XA, XXX XX R.,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OU-BA-OVBP2-2017/4345/GRJ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OU-BA-OVBP2-2017/4345/GRJ zo dňa 02.08.2017. Za podanie správnej žaloby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https://www.kauzis.sk/judikatura/r/ECLI:SK:KSBA:2018:1017201680.1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