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2S/242/2017 z 23. 1. 2018</w:t>
      </w:r>
    </w:p>
    <w:p>
      <w:r>
        <w:t>Uznesenie Krajského súdu Bratislava z 23. januára 2018, sp. zn. 2S/242/2017, ECLI:SK:KSBA:2018:1017201686.1</w:t>
      </w:r>
    </w:p>
    <w:p>
      <w:r>
        <w:t>Súd: Krajský súd Bratislava</w:t>
      </w:r>
    </w:p>
    <w:p>
      <w:r>
        <w:t>Spisová značka: 2S/242/2017</w:t>
      </w:r>
    </w:p>
    <w:p>
      <w:r>
        <w:t>ECLI: ECLI:SK:KSBA:2018:1017201686.1</w:t>
      </w:r>
    </w:p>
    <w:p>
      <w:r>
        <w:t>Dátum vydania: 23. 1. 2018</w:t>
      </w:r>
    </w:p>
    <w:p>
      <w:r>
        <w:t>Forma: Uznesenie</w:t>
      </w:r>
    </w:p>
    <w:p>
      <w:pPr>
        <w:pStyle w:val="Heading2"/>
      </w:pPr>
      <w:r>
        <w:t>Text rozhodnutia</w:t>
      </w:r>
    </w:p>
    <w:p>
      <w:r>
        <w:t>Súd: Krajský súd Bratislava Spisová značka: 2S/242/2017 Identifikačné číslo súdneho spisu: 1017201686 Dátum vydania rozhodnutia: 24. 01. 2018 Meno a priezvisko sudcu, VSÚ: JUDr. Vlastimil Pavlikovský ECLI: ECLI:SK:KSBA:2018:1017201686.1 Uznesenie Krajský súd v Bratislave v právnej veci žalobkyne: P. K., narodená XX.X.XXXX, bytom A., A. XXXX/ XX, právne zastúpená advokátom JUDr. Igorom Kovačikom, so sídlom v Bratislave, Panenská 7, proti žalovanému: Okresný úrad Bratislava, Odbor výstavby a bytovej politiky, so sídlom v Bratislave, Tomášikova 46, o preskúmanie zákonnosti rozhodnutia žalovaného č. OU-BA-OVBP2-2017/4332/GRJ zo dňa 10.8.2017, takto r o z h o d o l : Krajský súd v Bratislave konanie z a s t a v u j e . Žiaden z účastníkov konania n e m á p r á v o na náhradu trov konania. o d ô v o d n e n i e : I. Priebeh administratívneho konania 1. Žalovaný rozhodnutím č. OU-BA-OVBP2-2017/4332/GRJ zo dňa 10.8.2017 zastavil vyvlastňovacie konanie z dôvodu späťvzatia návrhu na vyvlastnenie zo strany navrhovateľa - Národná diaľničná spoločnosť, a.s. Žalobkyňa si pred zastavením vyvlastňovacieho konania uplatnila nárok na náhradu trov konania, no žalovaný jej náhradu trov konania nepriznal. II. Žaloba 2. Žalobkyňa sa žalobou zo dňa 5.10.2017, doručenou Krajskému súdu v Bratislave dňa 6.10.2017, domáhala zrušenia rozhodnutia žalovaného č. OU-BA-OVBP2-2017/4332/GRJ zo dňa 10.8.2017 a vrátenia veci žalovanému na ďalšie konanie. III. Späťvzatie žaloby 3. Žalobkyňa podaním zo dňa 30.11.2017, doručeným Krajskému súdu v Bratislave dňa 1.12.2017, zobrala žalobu v celom rozsahu späť. IV. Relevantná právna úprava 4.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5.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Podľa § 170 písm. b/ SSP žiaden z účastníkov konania nemá právo na náhradu trov konania, ak konanie bolo zastavené. V. Závery správneho súdu 8. V predmetnej veci boli splnené podmienky na zastavenie konania podľa § 63 a § 99 písm. a/ SSP, pretože žalobkyňa svojím dispozitívnym úkonom zobrala žalobu v celom rozsahu späť pred prvým pojednávaním. Z uvedeného dôvodu správny súd postupoval podľa citovaného ustanovenia a konanie zastavil. 9. O práve účastníkov konania na náhradu trov konania súd rozhodol podľa § 170 písm. b/ SSP a žiadnemu z účastníkov konania nepriznal právo na náhradu trov konania, pretože konanie bolo zastavené. 10.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https://www.kauzis.sk/judikatura/r/ECLI:SK:KSBA:2018:1017201686.1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