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5S/212/2017 z 8. 10. 2018</w:t>
      </w:r>
    </w:p>
    <w:p>
      <w:r>
        <w:t>Rozsudok Krajského súdu Bratislava z 8. októbra 2018, sp. zn. 5S/212/2017, ECLI:SK:KSBA:2018:1017201782.3</w:t>
      </w:r>
    </w:p>
    <w:p>
      <w:r>
        <w:t>Súd: Krajský súd Bratislava</w:t>
      </w:r>
    </w:p>
    <w:p>
      <w:r>
        <w:t>Spisová značka: 5S/212/2017</w:t>
      </w:r>
    </w:p>
    <w:p>
      <w:r>
        <w:t>ECLI: ECLI:SK:KSBA:2018:1017201782.3</w:t>
      </w:r>
    </w:p>
    <w:p>
      <w:r>
        <w:t>Dátum vydania: 8. 10. 2018</w:t>
      </w:r>
    </w:p>
    <w:p>
      <w:r>
        <w:t>Forma: Rozsudok</w:t>
      </w:r>
    </w:p>
    <w:p>
      <w:r>
        <w:t>Oblasť práva: Správne právo</w:t>
      </w:r>
    </w:p>
    <w:p>
      <w:pPr>
        <w:pStyle w:val="Heading2"/>
      </w:pPr>
      <w:r>
        <w:t>Text rozhodnutia</w:t>
      </w:r>
    </w:p>
    <w:p>
      <w:r>
        <w:t>Súd: Krajský súd Bratislava Spisová značka: 5S/212/2017 Identifikačné číslo súdneho spisu: 1017201782 Dátum vydania rozhodnutia: 09. 10. 2018 Meno a priezvisko sudcu, VSÚ: JUDr. Dáša Filová ECLI: ECLI:SK:KSBA:2018:1017201782.3 ROZSUDOK V MENE SLOVENSKEJ REPUBLIKY Krajský súd v Bratislave v senáte zloženom z predsedníčky senátu JUDr. Dáši Filovej a členiek senátu JUDr. Viery Šebestovej a JUDr. Evy Fulcovej, v právnej veci žalobcu: LJ EKO s. r. o., Andrejová 36, 086 37 Andrejová, zastúpený: JUDr. Ivan Savčák, advokát, Partizánska 45, 085 01 Bardejov, proti žalovanému: Ministerstvo pôdohospodárstva a rozvoja vidieka Slovenskej republiky, Dobrovičova 12, 812 66 Bratislava, o preskúmanie zákonnosti rozhodnutia žalovaného č. 2514/2017-640 zo dňa 23.08.2017, takto r o z h o d o l : Žaloba sa z a m i e t a. Žalovanému sa právo na náhradu trov konania n e p r i z n á v a. o d ô v o d n e n i e : I. Konanie pred orgánmi verejnej správy 1. Platobná agentúra rozhodnutím č. 500/1679/20272/2015 zo dňa 20.05.2016 rozhodla o schválení poskytnutia podpory formou platby na poľnohospodárske postupy prospešné pre klímu a životné prostredie v sume 766,76 € podľa § 8 Nariadenia vlády SR č. 342/2004 Z.z., ktorým sa ustanovujú pravidlá poskytovania podpory v poľnohospodárstve v súvislosti so schémami oddelených priamych platieb a o neschválení poskytnutia podpory formou jednotnej platby na plochu a o súčasnom uložení dodatočnej sankcie v sume 6.764,62 € v zmysle článku 19 delegovaného nariadenia komisie (EÚ) č. 640/2014, ktorým sa dopĺňa nariadenie Európskeho parlamentu a Rady (EU) č. 1306/2013. Vzhľadom na integrovaný administratívny a kontrolný systém, podmienky zamietnutia alebo odňatia platieb a administratívne sankcie uplatniteľné na priame platby, podporné nariadenia na rozvoj vidieka a krížové plnenie formou doplnkovej vnútroštátnej platby na plochu v zmysle § 6 ods. 2 Nariadenia vlády SR č. 152/2013 Z.z. a formou platby pre oblasti s prírodnými alebo inými obmedzeniami a o súčasnom uložení dodatočnej sankcie v sume 2.437,84,- € v zmysle článku 19 delegovaného nariadenia Komisie (EÚ) č. 640/2014. 2. Proti tomuto rozhodnutiu podal žiadateľ odvolanie, v ktorej uviedol námietky a to, že napadnuté rozhodnutie je nesprávne a nezákonné, správny orgán nezistil úplne a presne skutočný stav veci, nevysporiadal sa so zásadnými skutočnosťami, ktoré boli nevyhnutné nad správne rozhodnutie vo veci, opieral sa o skutkové a právne okolnosti, ktoré sa v konaní nepotvrdili a nezakladajú sa na pravde, namietal nedostatočne zistený skutkový a právny stav, ďalej že správne orgány nevychádzali zo spoľahlivo zisteného stavu veci a dôvod a výška sankcii nie je odôvodnená a preto je rozhodnutie nepreskúmateľné a nezákonné. 3. O odvolaní rozhodol orgán verejnej správy druhého stupňa a to Ministerstvo pôdohospodárstva a rozvoja vidieka Slovenskej republiky rozhodnutím č. 2780/2016-640 zo dňa 05.08.2016, ktorým rozhodnutie platobnej agentúry č. 500/1679/20272/2015 zo dňa 20.05.2016 zrušil a vec vrátil na nové prejednanie a rozhodnutie. V odôvodnení rozhodnutia odvolací orgán uviedol, že správny orgán prvého stupňa neuviedol dostatočne zrejmým spôsobom, ktoré skutočnosti boli podkladom pre vydanie napadnutého rozhodnutia, akými úvahami bola vedená pri hodnotení dôkazov a ako použila správnu úvahu pri použití právnych predpisov, na základe ktorých rozhodla. Odôvodnenie napadnutého rozhodnutia odkazoval na ust. článku 19 delegovaného nariadenia Komisie (EÚ) č. 640/2014, § 6 ods. 2 Nariadenia vlády SR č. 152/2013 Z.z. a na ustanovenia § 8 Nariadenia vlády SR č. 342/2014 Z.z. V odôvodnení napadnutého rozhodnutia neboli predmetné ustanovenia nijakým spôsobom vyložené, napriek tej skutočnosti, že platobná agentúra postupovala a rozhodovala o platbe SAPS, platbe na ekologizáciu, DPP a o platbe ANC v ich zmysle. 4. Platobná agentúra doplnila konanie a vo veci vydala nové rozhodnutie č. 500/1679/21229/2015 zo dňa 21.12.2016, ktorým schválila poskytnutie podpory formou platby na poľnohospodárske postupy prospešné pre klímu a životné prostredie v sume 766,76 € a o súčasnom uložení dodatočnej sankcie v sume 6.764,62,- € a o uložení dodatočnej sankcie v sume 2.437,84 €. Proti uvedenému rozhodnutiu žiadateľ opätovne podal odvolanie, o ktorom rozhodlo Ministerstvo pôdohospodárstva a rozvoja vidieka SR, rozhodnutím č. 1104/2017-640 zo dňa 21.03.2017, ktorým zrušilo rozhodnutie platobnej agentúry zo dňa 21.12.2016 a vec mu vrátila na ďalšie prejednanie a rozhodnutie. 5. Platobná agentúra rozhodnutím č. 500/1679/21282/2015 zo dňa 23.05.2017 rozhodla o schválení poskytnutia podpory formou platby na poľnohospodárske postupy prospešné pre klímu a životné prostredie v sume 766,76 €, súčasne rozhodla o uložení dodatočnej sankcie v sume 6.764,62 € a o uložení dodatočnej sankcie v sume 2.437,84 €. Proti tomuto rozhodnutiu podal žiadateľ odvolanie, o ktorom rozhodlo Ministerstvo pôdohospodárstva a rozvoja vidieka Slovenskej republiky, rozhodnutím č. 2514/2017-640 zo dňa 23.08.2017, ktorým zmenil rozhodnutie platobnej agentúry č. 500/1679/21282/2015 zo dňa 23.05.2017 tak, že neschválil poskytnutie podpory formou jednotnej platby na plochu a súčasne sa ukladá dodatočná sankcia v sume 6.764,62 € v zmysle článku 19 delegovaného nariadenia Komisie (EÚ) č. 640/2016 a neschválila platby pre vybrané oblasti s prírodnými alebo inými obmedzeniami a súčasne sa ukladá dodatočná sankcia v sume 2.437,84 € v zmysle článku 19 delegovaného nariadenia Komisie (EÚ) č. 640/2014 a ostatné časti výroku rozhodnutia platobnej agentúry zo dňa 23.05.2017 zostávajú nezmenené. Keďže s týmto rozhodnutím žiadateľ nesúhlasil, podal na správny súd správnu žalobu. II. Žalobné dôvody 6. Včas podanou žalobou na tunajšom súde dňa 24.10.2017 sa žalobca domáhal, aby súd zrušil rozhodnutie žalovaného č. 2514/2017-640 zo dňa 23.08.2017, ako aj rozhodnutie Pôdohospodárskej platobnej agentúry č. 500/1679/21282/2015 zo dňa 23.05.2017, nakoľko považuje rozhodnutia za nepreskúmateľné pre nedostatok dôvodov, nezákonné z dôvody nesprávneho právneho posúdenia, zároveň uviedol, že orgán verejnej správy prvého stupňa nedostatočne zistil skutkový stav a riadne ho neposúdil. 7. Žalobca uviedol, že kontrolná skupina na základe vykonanej krížovej kontroly dospela k záveru, že žalobca dostatočne preukázal reálne obhospodárovanie plôch nahlásených v jednotnej žiadosti na rok 2015 a určil ich ako plochy užívané ako žiadateľom o dotácie. V súvislosti s preukázaním užívacieho práva k sporným DPB, žalobca doložil kontrolné skupiny PPA nájomné zmluvy, podnájomnú zmluvu, doklad o zaplatení dane z nehnuteľnosti na rok 2015. 8. Ďalej v žalobe na str. 3 - 5 zhrnul priebeh správneho konania, ktorý súd už opísal v bode 1 tohto rozsudku. 9. Ďalej žalobca v žalobe uviedol, že žiadal, aby mu bolo objasnené akým spôsobom PPA dospelo k záveru, že užívacie právo žalobcu nie je riadne preukázané, keď predložené nájomné zmluvy, ako aj podnájomná zmluva preukazujú opak. K správe z krížovej kontroly PPA uviedla, že žalobcovi stanovila na sporných DPB užívanú výmeru v roku 2015, 0,00Ha a to s poukazom na zistenie percentuálneho podielu na sporných DPB v hodnotách 1,3 % do 22,47%. Konkurenčným spoločnostiam podnikajúcim v danej lokalite a rovnako žiadateľom o poskytnutie podpor spoločnostiam ARIAN TRADE s. r. o. a AKBARIES s. r. o. však určil percentuálny podiel na sporných DPB vyššie ako 50% a dotknutým subjektom v plnej miere priznala požadované podpory. Žalobca nepovažoval za správne konanie kontrolnej skupiny PPA, ktorá by bez akéhokoľvek zdôvodnenia považovala užívacie právo dotknutých subjektov za preukázané a žalobcom zdokladované užívacie právo k sporným DPB neakceptovala a nepovažovala ho za dostatočne preukázané. 10. Žalobca zdôraznil, že dotknuté subjekty uskutočňovali poľnohospodársku činnosť na pozemkoch, ktoré získali do užívania na základe nájomných zmlúv. Uvedené zmluvy však vlastníci prenajatej pôdy vypovedali a to vzhľadom na nekorektné správanie nájomcu, konateľa dotknutých subjektov pána H. H.. Vlastníci pôdy následne uzatvorili nové nájomné zmluvy so žalobcom. 11. Žalobca má za to, že nájomné zmluvy, ktoré dotknuté subjekty predložili kontrolné skupiny PPA boli ukončené a to uplynutím výpovednej doby. Žalobca zdôrazňuje, že dotknuté subjekty síce preukázali kontrolnej skupiny PPA užívacie právo k pozemkom, no na základe neplatných nájomných zmlúv. Je zrejmé, že PPA žiadnym spôsobom neriešila situáciu, kedy k rovnakým pozemkom bolo predložených viacero zmlúv preukazujúcich právo na ich užívanie a bez akéhokoľvek relevantného zdôvodnenia priznala platbu len dotknutým subjektom. 12. PPA v rozhodnutí zo dňa 21.12.2016 uviedla, že nie je oprávnená posudzovať platnosť, resp. neplatnosť výpovedí nájomných zmlúv, nakoľko táto kompetencia prináleží súdom. Žalobca má za to, že keď PPA nie je oprávnená posudzovať platnosť, resp. neplatnosť výpovedí nájomných zmlúv, tak nie je oprávnená ani na posudzovanie platnosti, resp. neplatnosti samotných nájomných zmlúv, na základe ktorých priznáva podpory. Ďalej žalobca poukázal na to, že práve dotknuté subjekty nesplnili ani jednu z podmienok pre priznanie podpôr a to ani reálne obhospodárovanie pôdy a ani preukázanie užívacieho práva, nakoľko svoje užívacie právo preukazoval neplatnými nájomnými a podnájomnými zmluvami. 13. V prvostupňovom preskúmavanom rozhodnutí PPA zotrvala na svojom postoji, že zo strany žalobcu bolo preukázané právo užívať poľnohospodársku pôdu na menej ako 50% výmery pôdy v porovnaní s dotknutými subjektami, ktoré poukazovali právo užívania na viac ako 50% výmery pôdy, čím sa takto spochybňujú akékoľvek ústavné garancie vlastníckeho práva. 14. Žalobca má za to, že prvostupňové rozhodnutie PPA považuje za nepreskúmateľné a tým pádom za nezákonné, nakoľko PPA neuznala jeho užívacie právo na základe predložených dôkazov, ktoré nebola oprávnená posúdiť. 15. V druhostupňovom rozhodnutí žalovaný skonštatoval, že dotknuté subjekty preukázali svoje užívacie právo na základe dokumentov vyhotovených Výskumným ústavom pôdoznalectva a ochrany pôdy, ktoré preskúmal nimi predložené podklady na prekryv vrstiev E-KN na vrstvu LPIS. Z uvedeného žalovaný priznal užívacie právo práve dotknutým subjektom z dôvodu uvedeného dôkazu vyhotoveného Ústavom. Žalobca nepovažuje takýto dôkaz za dôkaz, ktorý by bol zásadný pre ministerstvo, keďže tento nemá relevantnú výpovednú hodnotu, nakoľko Ústav len spracuje a zaznamená dôkazy predložené od klienta, resp. subjektu, ktorý žiada o takýto prekryv a tlač vrstiev LPIS a parciel E-KN. Z uvedeného je zrejmé, že dôkaz predložený dotknutými subjektmi vyhotovené ústavom nie je možné pokladať za relevantný dôkaz, ktorý by nesporne preukazoval existenciu užívacieho práva dotknutých subjektov. 16. Žalobca uviedol, že Ústav na jeho žiadosť vypracoval prekryv vrstiev LPIS a parciel E-KN, tak ako to vykonali aj dotknuté subjekty, týmito disponuje tak rovnakým dôkazom, teda s rovnakou právnou silou ako dotknuté subjekty. Poukazuje na to, že žalovaný vyhodnocovalo dôkaz, s ktorým nebol žalobca oboznámený, t. j. dôkaz z Ústavu, ktoré si dali subjekty vyhotoviť, aby tak mohol žalovaného oboznámiť, že takýto prekryv má skôr informačný charakter a žiadnym spôsobom nepotvrdzuje relevantnosť užívacích vzťahov. Na základe uvedenej skutočnosti žalobca žiada, aby súd zrušil obe rozhodnutia orgánov verejnej správy a vec im vrátil na ďalšie konanie. III. Vyjadrenie žalovaného 17. Žalovaný vo svojom písomnom vyjadrení, ktoré bolo súdu doručené dňa 12.03.2018 uviedol, že preskúmal postup správneho orgánu preskúmal postup správneho orgánu a vychádzajúc z predložených vyjadrení a spisového materiálu zistil, že napadnutému rozhodnutiu, predchádzali dve rozhodnutia MPRV SR, v rámci konania o žalobcovej žiadosti na rok 2015, konkrétne: - Rozhodnutie MPRV SR č. 2780/2016-640, 20062/2016 z 5.8.2016 (viď Spis II. Príloha č. 4) - Rozhodnutie MPRV SR č. 7009/2017,1104/2017-640 z 21.3.2017 (viď Spis II. Príloha 12) 18. Rozhodnutím MPRV SR č. 2780/2016-640, 20062/2016 z 5.8.2016 bolo zrušené rozhodnutie PPA č.500/1679/20272/2015 zo dňa 20.5.2016 (prvé rozhodnutie PPA) a rozhodnutie MPRV SR č. 7009/2017, 1104/2017-640 z 21.3.2017 zrušilo rozhodnutie PPA č. 500/1679/21229/2015 z 21.12.2016 (druhé rozhodnutie PPA). 19. Žalovaný konštatoval, že napadnuté rozhodnite je výsledkom odvolacieho konania, teda išlo o nové rozhodnutie PPA, ktoré bolo vydané v spojitosti so žalobcovou Jednotnou žiadosťou na rok 2015, registračné číslo žiadosti 80800146 (ďalej len „ žiadosť na rok 2015"). Z uvedeného dôvodu, žalovaný preskúmal, či PPA ako prvostupňový správny orgán postupovala v súlade s ustanovením § 59 ods. 3 Správneho poriadku a vzala do úvahy zistenia, pre ktoré MPRV SR ako druhostupňový správny orgán svojím rozhodnutím MPRV SR č. 7009/2017, 1104/2017-640 z 21.3.2017 (druhé v poradí rozhodnutie MPRV SR v rámci konania o žalobcovej žiadosti na rok 2015) zrušilo rozhodnutie PPA č. 500/1679/21229/2015 zo dňa 21.12.2016. Žalovaný konštatuje, že išlo už v poradí o druhé rozhodnutie PPA ako prvostupňového správneho orgánu, ktoré sa dotýkalo vyššie uvedenej žalobcovej žiadosti na rok 2015. 20. MPRV SR ako druhostupňový správny orgán vo svojom rozhodnutí MPRV SR č. 1104/2017- 640, 7009/2017 z 21.3.2017 (viď Spis I, 2 časť, Príloha 53) zaviazal PPA, aby v novom konaní okrem ( iného overila, či žalobca a dotknuté subjekty: spoločnosť AKBARIES, s.r.o., ARIAN TRADE, s.r.o., JUMIKOV s.r.o. (ďalej len „dotknuté subjekty") predložia doklady preukazujúce ich užívacie právo k sporným kultúrnym dielom pôdnych blokov (ďalej len „DPB") na ktorých boli zistené nezrovnalosti po krížových kontrolách, a kontrolách na mieste, citujem: „Ministerstvo je toho názoru, že v novom konaní je potrebné vziať do úvahy vyššie uvedené zistenia a právny názor ministerstva a nanovo rozhodnúť tak, aby rozhodnutie bolo v súlade s platnými právnymi predpismi. Predovšetkým je potrebné v novom konaní overiť, či aj dotknuté subjekty a spoločnosť JUMIKOV s.r.o., predložili doklady preukazujúce ich užívacie právo, a či sa u žiadateľa, dotknutých subjektov a spoločnosti JUMIKOV s.r.o. postupovalo rovnako v zmysle platnej legislatívy." 21. Žalovaný konštatuje, že pred vydaním napadnutého rozhodnutia došlo zo strany PPA k overeniu dokladov preukazujúcich užívacie právo k sporným kultúrnym DPB X. XXXX/X, DPB X. XXXX/X, DPB X. XXXX/X, DPB X. XXXX/X, DPB X. XXXX/X, X. XXXX/X, DPB X. XXXX/X, DPB Z. XXXX/X, DPB Z. XXXX/ X a Z. XXXX/X (ďalej len „sporné DPB"), tak u žalobcu ako aj u dotknutých subjektov. Okrem spoločnosti JUMIKOV s.r.o. ostatné dotknuté subjekty tak isto preukázali užívacie práva k sporným kultúrnym DPB, a to predložením dokumentov, ktorými bolo potvrdené užívacie právo na základe preskúmania nájomných zmlúv a LV na prekryv vrstiev E-KN na vrstvu LPIS. Uvedené preskúmanie bolo vykonané Výskumným ústavom pôdoznalectva o ochrany pôdy- Bratislava (ďalej len „VÚPOP"). 22. Z dôvodu odstránenia rozporu na sporných kultúrnych DPB, preto PPA stanovila u žalobcu výmeru 0,00 ha a postupovala v zmysle ustanovenia § 16b zákona č. 543/2007 Z.z. 23. Žalovaný po preskúmaní žalobných dôvodov konštatuje, že žalobca sa v podanej žalobe opätovne snaží o spochybnenie skutkového a právneho stavu veci, ktoré boli zistené tak prvostupňovým správnym orgánom, ako aj MPRV SR ako druhostupňovým správnym orgánom, na základe vtom čase platných a účinných predpisov SR a legislatívy EÚ. Opakovane poukazuje na tie isté skutočnosti (viď Spis I., 2 časť, Príloha č.58) ako v odvolacom konaní. Žalovaný zdôrazňuje, že predmetom žalobných námietok sú aj rozhodnutia PPA, ktoré boli v priebehu správneho konania zrušené samotným MPRV SR. 24. Žalovaný uvádza, že PPA po vykonaných KNM (18-20.4.2016), postupovala podľa čl. 41 a čl. 43 vykonávacieho nariadenia Komisie (EÚ) č. 809/2014 zo 17. júla 2014, ktorým sa stanovujú pravidlá uplatňovania nariadenia Európskeho parlamentu a Rady (EÚ) č. 1306/2013 v súvislosti s integrovaným administratívnym a kontrolným systémom, opatreniami na rozvoj vidieka a krížovým plnením (ďalej len „vykonávacie nariadenie Komisie (EÚ) č. 809/2014") a doručila žalobcovi správu z KNM zo dňa 12.5.2016 do vlastných rúk 13.5.2016. V tejto súvislosti žalovaný podotýka, že žalobca uviedol iba poznámku, citujem: „Nesúhlasíme s výsledkom kontroly a poznámkam. Pripomienky k správe kontroly budú zaslané v termíne do 3 dni od podpisu správy z kontroly (viď Správa z KNM zo dňa 12.5.2016, Spis I., 2. časť, Príloha č. 26, str. 399). 25. Námietku žalobcu (str. 2 žaloby), citujem: „Rozhodnutie platobnej agentúry zo dňa 20.05.2016, ktorým mu, okrem schválenia poskytnutia podpory formou platby na poľnohospodárske postupy prospešné pre klímu a životné prostredie, nebolo schválené poskytnutie podpory formou ostatných platieb a dokonca mu boli uložené dodatočné sankcie, je pre neho neprijateľné," považuje žalovaný za irelevantnú, nakoľko rozhodnutie PPA č. 500/1679/20272/2015 zo dňa 20.05.2016 bolo zrušené rozhodnutím MPRV SR č. 2780/2016-640, 20062/2016 zo dňa 05.08.2016 z dôvodu jeho nedostatočného odôvodnenia, resp. z dôvodu nepreskúmateľnosti (prvé v poradí rozhodnutie MPRV SR ako druhostupňového správneho orgánu v rámci konania o žalobcovej žiadosti na rok 2015). 26. K námietke žalobcu (str. 3 žaloby),j) citujem: „Proti predmetnému rozhodnutiu podal žalobca odvolanie zo dňa 06.06.2016 a zároveň listom zo dňa 27.05.2016 adresovaným PPA žiadal o opätovné vykonanie kontroly na mieste a taktiež, aby bolo žalobcovi objasnené, akým spôsobom PPA dospela k záveru, že užívacie právo žalobcu nie je riadne preukázané, keď predložené nájomné zmluvy ako aj podnájomná zmluva preukazujú opak, a teda existenciu užívacieho práva žalobcu.", žalovaný opakovane konštatuje, že PPA sa žalobcovi vyjadrila k jeho pripomienkam, ktoré súviseli so správou z KNM zo dňa 12.5.2016, a to listom č. 300/470/2016 z 28.6.2016 (Spis I., 2 Časť, Príloha 42, str. 477). 27. Žalovaný zdôrazňuje, že kontrolná skupina na základe vyhotoveného prekryvu zistila, že žalobca nedostatočne preukázal užívacie právo. V tejto súvislosti ďalej PPA vo svojom vyššie uvedenom liste uviedla, že na základe nedostatočne preukázaného práva užívať nahlásené výmery na sporných DPB, žalobcovi stanovila na sporných DPB užívanú výmeru v roku 2015 0,00 ha. 28. K námietke žalobcu (str. 3 žaloby), citujem: „Na akom základe PPA dospela k predmetnému vyčísleniu výmer, a prečo si PPA vybrala práve spoločnosti ARIAN TRADE s.r.o. a AKBARIES s.r.o. na účely porovnania percentuálneho podielu so žalobcom.", žalovaný uvádza, že Výskumný ústav pôdoznalectva o ochrany pôdy- Bratislava (VÚPOP) vyhotoviť prekryv E-KN na LPIS na základe žiadosti dotknutých subjektov, ak rešpektovali závery VÚPOP, a teda žalovaný konštatuje, že zo strany kontrolnej skupiny nešlo o zaujatosť voči žalobcovi. O zohľadnení prekryvu bol žalobca oboznámený vyššie spomínaným listom. 300/470/2016 z 28.6.2016. 29. Námietku žalobcu (str. 4 žaloby), citujem: „Žalobca zdôraznil, že dotknuté subjekty uskutočňovali poľnohospodársku činnosť na pozemkoch, ktoré získali do užívania na základe nájomných zmlúv. Uvedené zmluvy však vlastníci prenajatej pôdy vypovedali, a to vzhľadom na nekorektné správanie nájomcu, konateľa dotknutých subjektov p. H. H.. Vlastníci pôdy následne uzatvorili nové nájomné zmluvy so žalobcom", žalovaný považuje za nezrozumiteľné nakoľko žalobca neuviedol, či obsahom vypovedaných nájomných zmlúv sú sporné DPB a v prípade, že ich predmetom sú sporné DPB, či žalobca uzatvoril nájomné zmluvy práve na tieto sporné DPB a kedy. Z uvedeného dôvodu žalobca túto námietku považuje za právne irelevantnú. 30. K námietke žalobcu (str. 5 žaloby), citujem: „Žalobca ďalej poukazoval na vypočítavé správanie p. H. tým, že tento mal predložiť napr. pochybnú nájomnú zmluvu uzavretú medzi p. H. V. ako prenajímateľkou a spoločnosťou AKBARIES, s.r.o. ako nájomcom (p. V. čestne prehlásila, že so spoločnosťou AKBARIES, s.r.o. žiadnu nájomnú zmluvu neuzatvárala)", žalovaný uvádza a poukazuje na skutočnosť, že v prípade predloženia čestného prehlásenia uvedenej p. H. V. je potrebné, aby súd v tomto alebo inom relevantnom konaní rozhodol, či čestné prehlásenie p. H. V. je platné alebo nie a aby rozhodol, či nájomná zmluva uzatvorená medzi konateľom dotknutých subjektov a p. H. V. je platná alebo nie, a to z nasledovných dôvodov. 31. Žalovaný zdôrazňuje, že PPA ani MPRV SR nie je príslušné rozhodovať o platnosti, resp. neplatnosti zmluvy, pokiaľ zmluva spĺňa všetky podstatné náležitosti. Z uvedeného dôvodu vyplýva, že PPA ani MPRV SR nie je príslušné rozhodovať o tom, či zmluva, ktorá bola predložená dotknutým subjektom, je pochybná, ako uvádza žalobca, resp. či je alebo nie je podpis na zmluve sfalšovaný. V takom prípade PPA ani MPRV SR nie je oprávnené rozhodovať o tejto skutočnosti, a teda o tom, či zmluva bola podpísaná oprávnenou osobou, resp. či nebola sfalšovaná alebo podpísaná pod nátlakom. Uvedené platí aj v prípade vyššie uvedeného čestného prehlásenia. V takomto prípade je potrebné obrátiť sa na súd, ktorý v zmysle § 3 zákona č. 160/2015 Z. z. Civilný sporový poriadok, prejednáva a rozhoduje súkromnoprávne spory a iné súkromnoprávne veci, ak ich podľa zákona neprejednávajú a nerozhodujú iné orgány. 32. K námietke žalobcu (str. 5-6 žaloby), citujem: „PPA (v rozhodnutí zo dňa 21.12.2016) nepostupovala v súlade so zákonom, ak zaujala postavenie súdu, a bez akéhokoľvek zdôvodnenia posúdila, že nájomné zmluvy predložené žalobcom platné nie sú. Žalobca taktiež dáva do pozornosti, že práve dotknuté subjekty nesplnili ani jednu z podmienok na priznanie podpôr, a to ani reálne ani preukázanie užívacieho práva, nakoľko svoje užívacie právo preukazovali neplatnými nájomnými a podnájomnými zmluvami", žalovaný konštatuje, že PPA a M PRV SR skúma, či jednotlivé nájomné zmluvy spĺňajú podstatné náležitosti, ktoré má každá zmluva spĺňať. V prípade, ak pri viacerých žiadateľoch jeden z nich tvrdí, že nájomná zmluva toho druhého je pochybná alebo neplatná, vtákom prípade PPA, ani samotné MPRV SR nie je oprávnené rozhodovať o tejto skutočnosti, a teda o tom, či zmluva bola podpísaná oprávnenou osobou, resp. či nebola sfalšovaná alebo podpísaná pod nátlakom. Uvedené platí aj v prípade vyššie uvedeného čestného prehlásenia. V takomto prípade je potrebné obrátiť sa na súd, ktorý v zmysle § 3 zákona č. 160/2015 Z.z. civilný sporový poriadok, prejednáva a rozhoduje súkromnoprávne spory a iné súkromnoprávne veci, ak ich podľa zákona neprejednávajú a nerozhodujú iné orgány. 33. Žalobca ďalej podotýka, že MPRV SR poukázalo na skutočnosť, že PPA, ani samotné MPRV SR nie je príslušné rozhodovať o platnosti, resp. neplatnosti zmluvy. V predmetnom rozhodnutí MPRV SR okrem iného uviedlo, že PPA ani samotné MPRV SR, nie je v zmysle § 3 a § 7 zákona č. 543/2007 Z. z. príslušná zasahovať do súkromnoprávnych vzťahov fyzických a právnických osôb, ani rozhodovať súkromnoprávne spory. Uvedená právomoc patrí príslušným súdom. Zároveň uvádza, že MPRV SR vyslovilo právny názor, že v novom konaní bude potrebné vziať do úvahy tvrdenia MPRV SR obsiahnuté v rozhodnutí MPRV SR č. 7009/2017, 1104/2017-640 zo dňa 21.03.2017 (druhé v poradí rozhodnutie MPRV SR ako druhostupňového správneho orgánu) a preukázať, či sa u žalobcu spoločnosti JUMIKOV s.r.o. a dotknutých subjektov postupovalo rovnako v zmysle platnej legislatívy. 34. Žalovaný ďalej dodáva, že z predloženého administratívneho spisu spoločnosti AKBARIES, s.r.o. sa zistilo, že Výskumný ústav pôdoznalectva o ochrany pôdy - Bratislava (VÚPOP) vyhotovil dokumenty, ktorými bolo preukázané užívacie právo, na základe preskúmania nájomných zmlúv a LV na prekryv vrstiev E-KN na vrstvu LPIS. Na základe vyššie uvedeného dôkazu sa potvrdilo, že spoločnosť AKBARIES, s.r.o. po preskúmaní nájomných zmlúv a LV na prekryv vrstiev E-KN na vrstvu LPIS preukázala právo užívania sporných DPB a právo užívania na uvedených DPB bolo z uvedeného dôvodu priznané spoločnosti AKBARIES, s.r.o. Žalovaný konštatuje, že aj z predloženého administratívneho spisu spoločnosti ARIAN TRADE, s.r.o. zistilo, že Výskumný ústav pôdoznalectva o ochrany pôdy - Bratislava (VÚPOP) vyhotovil / dokumenty, ktorými bolo preukázané užívacie právo, na základe preskúmania nájomných zmlúv a LV na prekryv vrstiev E-KN na vrstvu LPIS. Na základe vyššie uvedeného dôkazu sa potvrdilo, že spoločnosť ARIAN TRADE, s.r.o. po preskúmaní nájomných zmlúv a LV na prekryv vrstiev E-KN na vrstvu LPIS má právo užívania sporných DPB a právo užívania na uvedených DPB bolo z uvedeného dôvodu priznané spoločnosti ARIAN TRADE, s.r.o. . Žalovaný v súvislosti so spoločnosťou JUMIKOV s.r.o. opakovane poukazuje na jej Čestné prehlásenie zo dňa 19.04.2016, kde vyhlásila, že sporné DPB v roku 2015 neobhospodarovala. Z uvedeného dôvodu bola spoločnosti JUMIKOV s.r.o. na sporných DPB stanovená plocha 0,00 ha. 35. Žalovaný konštatuje, že na základe vyššie uvedených dôvodov bol odstránený rozpor na sporných kultúrnych DPB, preto MPRV SR uplatnilo postup podľa § 16b zákona č. 543/2007 Z. z, tak ako je to uvedené v rozhodnutí MPRV SR č. 2514/2017-640, 19543/2017 zo dňa 23.08.2017. 36. Žalovaný opakovane uvádza, že PPA a MPRV SR skúma, či jednotlivé nájomné zmluvy spĺňajú podstatné náležitosti a v prípade, ak jeden zo žiadateľov tvrdí, že nájomná zmluva je pochybná alebo neplatná, PPA, ani samotné MPRV SR nie je oprávnené rozhodovať o tom, či zmluva bola podpísaná oprávnenou osobou, resp. či nebola sfalšovaná alebo podpísaná pod nátlakom. Uvedené platí aj v prípade vyššie uvedeného čestného prehlásenia. V takomto prípade je potrebné obrátiť sa na súd, ktorý v zmysle § 3 zákona č. 160/2015 Z.z. civilný sporový poriadok, prejednáva a rozhoduje súkromnoprávne spory a iné súkromnoprávne veci, ak ich podľa zákona neprejednávajú a nerozhodujú iné orgány. Na základe uvedených skutočností žalovaný žiada, aby súd žalobu ako bezpredmetnú zamietol. IV. Právne posúdenie krajského súdu a relevantné právne predpisy 37. Krajský súd v Bratislave ako súd vecne a miestne príslušný na konanie vo veci (§ 10 SSP) preskúmal napadnuté rozhodnutie v rozsahu dôvodov uvedených v žalobe. (§ 182 SSP) a dospel k záveru, že napadnuté rozhodnutia orgánu verejnej správy boli v súlade so zákonom. V danej veci súd rozhodol rozsudkom bez nariadenia ústneho pojednávania v zmysle § 137 ods. 4 SSP. Verejné vyhlásenie rozsudku bolo oznámené na úradnej tabuli súdu a na webovej stránke dňa 11.09.2018. 38.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39. Podľa § 177 ods. 1 SSP správnou žalobou sa žalobca môže domáhať ochrany svojich subjektívnych práv proti rozhodnutiu orgánu verejnej správy alebo opatrení orgánov verejnej správy. 40. Úlohou súdu v danej veci bolo preskúmať zákonnosť rozhodnutia žalovaného č. 2514/2017-640 zo dňa 23.08.2017 a rozhodnutie Pôdohospodárskej platobnej agentúry Bratislava č. 500/1679/21282/2015 zo dňa 23.05.2017. 41. Súd po preskúmaní spisového materiálu, administratívneho spisu orgánu verejnej správy, ako aj rozhodnutia žalovaného a prvostupňového rozhodnutia orgánu verejnej správy dospel k záveru, že neboli zistené žiadne skutočnosti, ktoré by odôvodňovali zmenu alebo zrušenie napadnutých rozhodnutí. Žalovaný sa vo svojom rozhodnutí vysporiadal so všetkými námietkami žalobcu, ktoré uviedol vo svojom odvolaní. Žalobca namietal nesprávne právne posúdenie orgánmi verejnej správy, ktoré vidí v tom, že správne orgány neuznali jeho užívacie právo na základe predložených dôkazov a považuje obe rozhodnutia za nepreskúmateľné pre nedostatok dôvodov. 42. Čo sa týka právneho posúdenia danej veci, súd dospel k záveru, že orgány verejnej správy správne danú vec právne posúdili. 43.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44. Podľa § 3 ods. 5 správneho poriadku rozhodnutie správnych orgánov musí vychádzať zo spoľahlivo zisteného stavu veci. Správne orgány dbajú o to, aby v rozhodovaní o skutkovo zhodných alebo podobných prípadoch nevznikali neodôvodnené rozdiely. 45. Podľa § 32 ods. 1 správneho poriadku správny orgán je povinný zistiť presne a úplne skutočný stav veci a za tým účelom si obstarať potrebné podklady pre rozhodnutie. Pritom nie je viazaný len návrhmi účastníkov konania. 46. Podľa § 33 ods. 2 správneho poriadku správny orgán je povinný dať účastníkom konania a zúčastneným osobám možnosť, aby sa pred vydaním rozhodnutia mohli vyjadriť k jeho podkladu i k spôsobu jeho zistenia, prípadne navrhnúť jeho doplnenie. 47. Podľa § 46 správneho poriadku rozhodnutie musí byť v súlade so zákonmi a ostatnými právnymi predpismi, musí ho vydať orgán na to príslušný, musí vychádzať zo spoľahlivo zisteného stavu veci a musí obsahovať predpísané náležitosti. 48. Podľa § 47 ods. 3 správneho poriadku správny orgán v odôvodnení rozhodnutia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49. Podľa § 59 ods. 2 správneho poriadku, ak sú pre to dôvody, odvolací orgán rozhodnutie zmení alebo zruší, inak odvolanie zamietne a rozhodnutie potvrdí. 50. Podľa § 16a ods. 1 zákona č. 543/2007 Z. z., ak žiadosť o poskytnutie podpory na poľnohospodársku pôdu podal len jeden žiadateľ a spĺňa podmienky na poskytnutie podpory (ďalej len „ustanovené podmienky"), platobná agentúra rozhodne o poskytnutí podpory tomuto žiadateľovi. Proti rozhodnutiu nie je prípustný opravný prostriedok, ani nie je preskúmateľné správnym súdom. 51. Podľa § 16b ods. 1 zákona č. 543/2007 Z. z., ak žiadosť o poskytnutie podpory na tú istú poľnohospodársku pôdu podali viacerí žiadatelia, platobná agentúra ich vyzve, aby v lehote, ktorú im zároveň určí, preukázali plnenie ustanovených podmienok a právo užívania k pôde; právom užívania k pôde sa rozumie právo túto pôdu užívať ako vlastník, nájomca alebo na základe iného právneho dôvodu. 52. Podľa § 16b ods. 2 zákona č. 543/2007 Z. z., ak sa postupom podľa odseku 1 preukáže, že právo užívania k pôde má len jeden žiadateľ, na konanie o jeho žiadosti sa použijú ustanovenia § 16a. O žiadosti ostatných žiadateľov platobná agentúra rozhodne podľa osobitného predpisu. 53. Podľa § 16c ods. 1 zákona č. 543/2007 Z. z., ak žiadosť o poskytnutie podpory na tú istú poľnohospodársku pôdu podali viacerí žiadatelia a postupom podľa § 16b ods. 1 sa zistilo, že právo užívania žiadateľov k pôde je sporné, platobná agentúra na spornej výmere neurčí stanovenú plochu a v súlade s ustanovenými podmienkami rozhodne podľa osobitného predpisu. Proti rozhodnutiu o poskytnutí podpory zníženej o spornú výmeru nie je prípustný opravný prostriedok. 54. Podľa § 2 ods. 2 písm. b) nariadenia vlády SR č. 342/2014 Z. z., priame platby sa poskytnú na základe žiadosti žiadateľovi, ak poľnohospodárska plocha je mu k dispozícii k 31. máju príslušného roka. 55. Podľa § 7 ods. 1 nariadenia vlády SR č. 342/2014 Z. z., jednotná platba na plochu sa poskytne žiadateľovi, ktorý spĺňa minimálne požiadavky na poskytnutie priamych platieb podľa § 2. 56. Podľa § 8 ods. 1 písm. a) nariadenia vlády SR č. 342/2014 Z. z., platba na poľnohospodárske postupy prospešné pre klímu a životné prostredie sa poskytne žiadateľovi, ktorý spĺňa minimálne požiadavky na poskytnutie priamych platieb podľa § 2 a požiadavky podľa § 7 ods. 2. 57. Podľa § 14 ods. 6 nariadenia vlády SR č. 342/2014 Z. z., priame platby, ktoré sa majú žiadateľovi poskytnúť podľa § 7, 8 alebo § 12, sa upravia podľa osobitného predpisu, ak platobná agentúra na základe kontrol podľa osobitného predpisu zistí rozdiely medzi údajmi uvedenými v žiadosti a skutočným stavom. 58. Podľa § 15 ods. 1 písm. b) nariadenia vlády SR č. 342/2014 Z. z., vo Vestníku Ministerstva pôdohospodárstva a rozvoja vidieka Slovenskej republiky sa oznamujú sumy priamych platieb podľa § 8 určené podľa osobitného predpisu. f 59. Podľa § 17a nariadenia vlády SR č. 342/2014 Z. z., podmienky poskytnutia priamych platieb na základe žiadostí podaných do 31. decembra 2015 sa posudzujú podľa predpisu účinného do 31. decembra 2015. 60. Podľa § 7 ods. 1 písm. b) nariadenia vlády SR č. 152/2013 Z. z., ak sa na základe vykonaných kontrol zistia rozdiely medzi skutočnou výmerou poľnohospodárskej pôdy, ktorú obhospodaruje žiadateľ, a výmerou, ktorú žiadateľ uviedol v žiadosti, platba podľa § 2 sa určí na základe zisteného stavu a upraví sa takto: ak je rozdiel väčší ako 20 %, platba podľa § 2 alebo 3 sa neposkytne. 61. Podľa § 6 ods. 1 nariadenia vlády SR č. 75/2015 Z. z., platba podľa § 1 ods. 1 písm. a) sa zníži, ak sa na základe vykonaných kontrol zistia rozdiely medzi skutočnou výmerou poľnohospodárskej pôdy, ktorú žiadateľ obhospodaruje, a výmerou, ktorú žiadateľ uviedol v žiadosti o poskytnutie podpory. 62. Podľa § 60 ods. 7 nariadenia vlády SR č. 75/2015 Z. z., sumy platieb podľa § 1 ods. 1 sa oznamujú vo Vestníku Ministerstva pôdohospodárstva a rozvoja vidieka Slovenskej republiky (ďalej len „Vestník"). 63. Súd má za to, že správne orgány sa vyššie citovanými ustanoveniami správneho poriadku, ako aj zák. č. 543/2017 a Nariadenia vlády SR č. 342/2014 a 152/2013 Z.z. riadili. 64. Žalobca dňa 15.05.2015 podal na PPA Jednotnú žiadosť na rok 2015. Na základe predložených listinných dokladov po vykonaných kontrolách vydala PPA rozhodnutie č. 500/1679/20272/2015 zo dňa 20.05.2016, proti ktorému žalobca podal odvolanie, o ktorom rozhodol žalovaný rozhodnutím č. 2780/2016-640, 20062/2016 zo dňa 05.08.2016, ktorým zrušil rozhodnutie PPA zo dňa 20.05.2016. PPA opätovne rozhodlo vo veci rozhodnutím č. 500/1679/21229/2015 zo dňa 21.12.2016, ktoré po podaní odvolania žalobcom bolo žalovaným zrušené rozhodnutím č. 7009/2017, 1104/2017-640 zo dňa 21.03.2017. V odôvodnení uvedeného rozhodnutia žalovaný uložil PPA, aby v novom konaní okrem iného overila, či žalobca a dotknuté subjekty spoločnosť AKBARIES s. r. o., ARIAN TRADE s. r. o., JUMIKOV s. r. o., predložia doklady preukazujúce ich užívacie právo k sporným kultúrnym dielom pôdnych blokov, na ktorých boli zistené nezrovnalosti po krížových kontrolách a kontrolách na mieste. 65. PPA opätovne preverila doklady preukazujúce užívacie právo k sporným kultúrnym DPB X. XXXX/X, DPB X. XXXX/X, DPB X. XXXX/X, DPB X. XXXX/X, DPB X. XXXX/X, X. XXXX/X, DPB X. XXXX/X, DPB Z. XXXX/X, DPB Z. XXXX/X, Z. XXXX/X, tak u žalobcu, ako aj u dotknutých subjektov. Preskúmanie bolo vykonané Výskumným ústavom pôdoznalectva a ochrany pôdy Bratislava. Preskúmaním sa zistilo, že okrem spoločnosti JUMIKOV s. r. o., ostatné dotknuté subjekty takisto preukázali užívacie práva k sporným kultúrnym DPB a to predložením dokumentov, ktorými bolo potvrdené užívacie právo na základe preskúmania nájomných zmlúv a LV na prekryv vrstiev E-KN na vrstvu LPIS. Na základe vyhotovené prekryvu u všetkých sporných DPB Poľnohospodárska platobná agentúra mohla postupovať v zmysle vyššie citovaného ust. § 16b zák. č. 543/2007 Z.z. Súd mal tieto skutočnosti z administratívneho spisu za preukázané. Ďalej mal súd za preukázané, že právo užívania žiadateľov k pôde nie je sporné, nakoľko subjekty AKBARIES s. r. o., ARIAN TRADE s. r. o., toto právo preukázali a to dôkazom prekryvu vrstiev E- KN a LPIS v katastrálnom území H., potvrdený VÚPOP Prešov. Uvedený dôkaz obsahoval informáciu o konkurencii DPB, ktorý tvoria jednotlivé parcely s uvedením ich vlastníkov, ich výmery a čísla listu vlastníctva, na ktorom sú evidované. Žalobca na výzvu správneho orgánu, aby preukázal právo užívania k pôde, nahlásil diely pôdnych blokov, ktoré sú špecifikované podľa názvu štvorca, čísla štvorca a iných identifikačných údajov. Správny orgán vyhodnotil predložené údaje a zistil, že tieto nie sú totožné s listami vlastníctva a parcelnými číslami. 66. Súd mal z administratívneho spisu za preukázané, že kontrolná skupina pri kontrole na mieste na sporných dielach pôdnych blokov na základe prekryvu katastrálnych E parciel a deklarovaných DPB skonštatovala nedostatočne preukázané užívacie právo na sporných pozemkoch. U žalobcu vykonala kontrolu všetkých nájomných zmlúv a podnájomnej zmluvy. Na každom spornom DPB vykonala prekryv prenajatých katastrálnych pozemkov s DPB a LPIS. Rovnakým spôsobom bolo vykonávané posúdenie užívacieho práva na sporných pozemkoch aj u žiadateľa ARIAN TRADE s. r. o. a AKBARIES s. r. o. 67. Ďalej správny orgán zistil, že percentuálny podiel žalobcu bol na sporných DPB v hodnotách od 1,3% do 22,47% u spoločnosti AKBARIES s. r. o. a ARIAN TRADE s. r. o. bol percentuálny podiel na sporných DPB väčší ako 50%. Súd nemôže spochybňovať výpočty kontrolnej skupiny, nakoľko k danej problematike nemá kvalifikované znalosti. Žalobca nevyvrátil výpočtami tieto argumenty správneho orgánu. 68. Keďže platobná agentúra zistila, že právo užívateľov k pôde nie je sporné, postupovala podľa ust. § 16b ods. 1 zák. č. 543/2007 Z.z. 69. Konajúci súd súhlasí s názorom žalovaného, že nie je oprávnený posudzovať platnosť, či neplatnosť nájomných a podnájomných zmlúv. Platobná agentúra skúma náležitosti zmlúv a keď zmluva spĺňa náležitosti, ktoré má mať, nemôže ju spochybniť. Ak mal žalobca podozrenie, že nájomné a podnájomné zmluvy predložené inými subjektami boli vypovedané, mal sa obrátiť na súd. V zmysle § 7 ods. 1 písm. b/ Nariadenia vlády SR zák. č. 152/2013 Z.z., ak sa na základe vykonaných kontrol zistia rozdiely medzi skutočnou výmerou poľnohospodárskej pôdy, ktorú obhospodaruje žiadateľ a výmerou, ktorú žiadateľ uviedol v žiadosti, DPB sa určí na základe zisteného stavu a ak je rozdiel väčší ako 20% DPP sa neposkytne. Žalobcovi v rámci DPB nebola poskytnutá požadovaná platba, nakoľko na základe vykonaných kontrol na žiadosti bolo zistené nadhodnotenie vo výške 100% za oblasti s prírodnými obmedzeniami - BK1 na OP, vo výške 315%, za oblasti s prírodnými obmedzeniami BK-1 na TTP a vo výške 100% za oblasti s prírodnými obmedzeniami - BKA a TTP. 70. Podľa článku 19 odsek 2 delegovaného nariadenia Komisie (EÚ) č. 640/2014, ak je rozdiel väčší ako 50%, žiadna pomoc alebo podpora na plochu sa na predmetnú skupinu plodín neposkytuje. Navyše sa príjemcovi uloží dodatočná sankcia rovnajúca sa sume pomoci alebo podpory zodpovedajúcej rozdielu medzi nahlásenou plochou a plochou určenou v súlade s článkom 18. 71. Podľa článku 19 odsek 3 delegovaného nariadenia Komisie (EÚ) č. 640/2014, ak sumu vypočítanú v súlade s odsekmi 1 a 2 nie je možné v plnej miere započítať v priebehu troch kalendárnych rokov nasledujúcich po kalendárnom roku zistenia v súlade s pravidlami, ktoré stanoví Komisia na základe článku 57 ods. 2 nariadenia (EÚ) č. 1306/2013, nevyrovnaný zostatok sa zruší. 72. Žalovaný správne poukázal na ustanovenie článku 19 odsek 3 delegovaného nariadenia Komisie (EÚ) č. 640/2014, že uložená dodatočná sankcia sa uplatňuje (započítava) na prípadné poskytnuté priame podpory (do sumy 2.437,84,- €), na ktoré by mal žiadateľ nárok podaním jednotnej žiadosti, v priebehu troch kalendárnych rokov nasledujúcich po roku 2015. 73. Vzhľadom na uvedené Krajský súd v Bratislave po preskúmaní veci dospel k záveru, že orgány verejnej správy dostatočne zistili skutkový stav veci a tento aj po právnej stránke správne posúdili. Súd má za to, že napadnuté rozhodnutie žalovaného, ako aj orgánu verejnej správy prvého stupňa bolo z pohľadu žalobných dôvodov v súlade so zákonom a nakoľko námietky žalobcu neodôvodňujú zrušenie napadnutého rozhodnutia žalobu v celom rozsahu podľa § 190 SSP zamietol. 74. O trovách konania súd rozhodol podľa § 167 ods. 1 SSP, v ktorom sa uvádza, že správny súd prizná žalobcovi voči žalovanému právo na úplnú alebo čiastočnú náhradu dôvodne vynaložených trov konania, ak má žalobca vo veci celkom alebo z časti úspech. Keďže žalobca úspech nemal súd mu ich nepriznal. 75. Toto rozhodnutie senát Krajského súdu v Bratislave prijal pomerom hlasov 3 : 0 (§ 3 ods. 9 zákona č. 757/2004 Z.z. v znení zákona č. 33/2011 Z.z.). Poučenie: Proti tomuto rozsudku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https://www.kauzis.sk/judikatura/r/ECLI:SK:KSBA:2018:1017201782.3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