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1S/264/2017 z 24. 1. 2018</w:t>
      </w:r>
    </w:p>
    <w:p>
      <w:r>
        <w:t>Uznesenie Krajského súdu Bratislava z 24. januára 2018, sp. zn. 1S/264/2017, ECLI:SK:KSBA:2018:1017201807.1</w:t>
      </w:r>
    </w:p>
    <w:p>
      <w:r>
        <w:t>Súd: Krajský súd Bratislava</w:t>
      </w:r>
    </w:p>
    <w:p>
      <w:r>
        <w:t>Spisová značka: 1S/264/2017</w:t>
      </w:r>
    </w:p>
    <w:p>
      <w:r>
        <w:t>ECLI: ECLI:SK:KSBA:2018:1017201807.1</w:t>
      </w:r>
    </w:p>
    <w:p>
      <w:r>
        <w:t>Dátum vydania: 24.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1S/264/2017 Identifikačné číslo súdneho spisu: 1017201807 Dátum vydania rozhodnutia: 25. 01. 2018 Meno a priezvisko sudcu, VSÚ: JUDr. Zuzana Mališová ECLI: ECLI:SK:KSBA:2018:1017201807.1 Uznesenie Krajský súd v Bratislave v právnej veci žalobcu: Ľ.R. F., trvale bytom Č. XX, XXX XX K., t.č. Ústav na výkon trestu odňatia slobody a Ústav na výkon väzby Ilava, so sídlom Mierové námestie 1, priečinok 41, 019 17 Ilava, proti žalovanému: Centrum právnej pomoci, kancelária Bratislava, so sídlom Námestie slobody 12, 810 05 Bratislava, v konaní o preskúmanie zákonnosti rozhodnutia žalovaného č. spisu: KaBA 15700/2017, ČRZ: 93569/2017 zo dňa 13.10.2017, takto r o z h o d o l : Krajský súd v Bratislave p o s t u p u j e vec príslušnému správnemu súdu - Krajskému súdu v Trnave. o d ô v o d n e n i e : 1. Žalobou doručenou Krajskému súdu v Bratislave dňa 27.10.2017 sa žalobca domáhal preskúmania zákonnosti rozhodnutia žalovaného č. spisu: KaBA 15700/2017, ČRZ: 93569/2017 zo dňa 13.10.2017, ktorým mu nebola priznaná právna pomoc. 2. Podľa § 13 ods. 1 zákona č. 162/2015 Z. z. Správny súdny poriadok (ďalej len „SSP“), miestne príslušným je krajský súd, v ktorého obvode má sídlo orgán verejnej správy, ktorý rozhodol v prvom stupni, ak tento zákon neustanovuje inak. 3. Podľa § 13 ods. 3 SSP,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4. Podľa § 18 ods. 2 SSP, ak správny súd zistí, že nie je vecne, miestne alebo kauzálne príslušný, postúpi vec uznesením príslušnému správnemu súdu. Nižší správny súd je postúpením veci vyšším správnym súdom viazaný. 5. V predmetnom prípade ide o konanie o správnej žalobe proti rozhodnutiu žalovaného o nepriznaní právnej pomoci v zmysle zákona č. 327/2005 Z. z. o poskytovaní právnej pomoci osobám v materiálnej núdzi a o zmene a doplnení zákona č. 586/2003 Z. z. o advokácii a o zmene a doplnení zákona č.455/1991 Zb. o živnostenskom podnikaní v znení neskorších predpisov v znení zákona č. 8/2005 Z. z. Príslušnosť stanovená podľa adresy trvalého pobytu resp. sídla žalobcu je osobitná, výlučná, znamenajúca výnimku so všeobecného pravidla a predstavuje zvýhodnenie žalobcu z hľadiska miestnej dostupnosti vzhľadom na špecifické postavenie osôb v materiálnej núdzi. 6. Žalobca má adresu trvalého pobytu v Trnave na adrese: Č. XX, XXX XX K.. Miestne príslušným súdom je súd určený v zmysle § 13 ods. 3 SSP, t. j. krajský súd, v ktorého obvode má žalobca adresu trvalého pobytu. 7. Keďže žalobca má trvalý pobyt v Trnave, je miestne príslušným na rozhodovanie o podanej žalobe Krajský súd v Trnave. 8. Nakoľko v uvedenej veci bolo zistené, že Krajský súd v Bratislave nie je miestne príslušným na konanie v predmetnej veci, vec bude po právoplatnosti tohto uznesenia postúpená Krajskému súdu v Trnave v súlade s ust. § 18 ods. 2 SSP. Poučenie: Proti tomuto uzneseniu nie je prípustná kasačná sťažnosť (§ 439 ods. 2 písm. d) SSP).</w:t>
      </w:r>
    </w:p>
    <w:p/>
    <w:p>
      <w:r>
        <w:t>Zdroj: KAUZIS.SK – https://www.kauzis.sk/judikatura/r/ECLI:SK:KSBA:2018:1017201807.1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