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5S/220/2017 z 6. 6. 2018</w:t>
      </w:r>
    </w:p>
    <w:p>
      <w:r>
        <w:t>Uznesenie Krajského súdu Bratislava z 6. júna 2018, sp. zn. 5S/220/2017, ECLI:SK:KSBA:2018:1017201823.1</w:t>
      </w:r>
    </w:p>
    <w:p>
      <w:r>
        <w:t>Súd: Krajský súd Bratislava</w:t>
      </w:r>
    </w:p>
    <w:p>
      <w:r>
        <w:t>Spisová značka: 5S/220/2017</w:t>
      </w:r>
    </w:p>
    <w:p>
      <w:r>
        <w:t>ECLI: ECLI:SK:KSBA:2018:1017201823.1</w:t>
      </w:r>
    </w:p>
    <w:p>
      <w:r>
        <w:t>Dátum vydania: 6. 6. 2018</w:t>
      </w:r>
    </w:p>
    <w:p>
      <w:r>
        <w:t>Forma: Uznesenie</w:t>
      </w:r>
    </w:p>
    <w:p>
      <w:pPr>
        <w:pStyle w:val="Heading2"/>
      </w:pPr>
      <w:r>
        <w:t>Text rozhodnutia</w:t>
      </w:r>
    </w:p>
    <w:p>
      <w:r>
        <w:t>Súd: Krajský súd Bratislava Spisová značka: 5S/220/2017 Identifikačné číslo súdneho spisu: 1017201823 Dátum vydania rozhodnutia: 07. 06. 2018 Meno a priezvisko sudcu, VSÚ: JUDr. Dáša Filová ECLI: ECLI:SK:KSBA:2018:1017201823.1 Uznesenie Krajský súd v Bratislave v právnej veci žalobcu: JOPI TRADE, spol. s r. o., Vlčany 155, 925 84 Vlčany, IČO: 34 127 313, zastúpený: Advokátska kancelária Gábor Gál, s.r.o., Agátová 2513/15, 924 01 Galanta, IČO: 50 954 709, proti žalovanému: Finančné riaditeľstvo Slovenskej republiky, Lazovná 63, 974 01 Banská Bystrica, za účasti: Daňový úrad pre vybrané daňové subjekty, Radlinského 37, 817 73 Bratislava, o preskúmanie zákonnosti rozhodnutia žalovaného č. 1269982/2017 zo dňa 09.08.2017, takto r o z h o d o l : Správny súd návrh žalobcu na priznanie odkladného účinku správnej žaloby zo dňa 27.10.2017 z a m i e t a. o d ô v o d n e n i e : 1. Správnou žalobou podanou na tunajšom správnom súde dňa 30.10.2017 sa žalobca domáha preskúmania zákonnosti rozhodnutia žalovaného č. 1269982/2017 zo dňa 09.08.2017, ktorým žalovaný potvrdil rozhodnutie Daňového úradu pre vybrané daňové subjekty č. 393499/2017 zo dňa 20.04.2017. Prvostupňovým rozhodnutím správca dane určil žalobcovi rozdiel v sume XXX.XXX,XX eur na dani z pridanej hodnoty za zdaňovacie obdobie august 2012, t. j. nepriznal žalobcovi nadmerný odpočet uplatnený v dodatočnom daňovom priznaní v sume XXX.XXX,XX eura a vyrubil mu daň v sume XXX.XXX,XX eur. 2. Žalobca žiada napadnuté rozhodnutie žalovaného v spojení s prvostupňovým rozhodnutím zrušiť a vec vrátiť prvostupňovému orgánu verejnej správy na ďalšie konanie. 3. Žalobca súčasne s podaním správnej žaloby navrhol, aby súd uznesením priznal jeho správnej žalobe odkladný účinok podľa ust. § 185 písm. a) zákona č. 162/2015 Z. z. Správny súdny poriadok (ďalej len „SSP“) až do rozhodnutia súdu vo veci samej. Návrh na priznanie odkladného účinku odôvodnil tým, že okrem napadnutého rozhodnutia, ktorým mu bola uložená povinnosť uhradiť vyrubený rozdiel na dani z pridanej hodnoty vo výške XXX.XXX,XX eur, mu žalovaný ďalšími desiatimi rozhodnutiami týkajúcimi sa zdaňovacích období (mesiacov) kalendárneho roka 2011 uložil povinnosť zaplatiť na účet správcu dane celkovo sumu X.XXX.XXX,XX eur. Žalobca týchto desať rozhodnutí napadol na tunajšom správnom súde osobitnými správnymi žalobami vedenými pod sp. zn. 1S/268/2016-1S/274/2016 a 6S/270/2016-6S/272/2016 a po rozhodnutí správneho súdu podal žalovaný kasačné sťažnosti. Žalobca vyrubený rozdiel na dani z pridanej hodnoty do času podania správnej žaloby neuhradil, nakoľko napadnuté rozhodnutie žalovaného považuje za nezákonné. Žalobca uviedol, že aj keby si určenú povinnosť chcel splniť (ešte pred rozhodnutím správneho súdu vo veci samej), nemôže tak urobiť v plnom rozsahu, nakoľko v dôsledku ostatných rozhodnutí žalovaného uvedenými finančnými prostriedkami nedisponuje. Ďalej poukázal na skutočnosť, že hoci tunajší správny súd priznal odkladný účinok všetkým správnym žalobám za zdaňovacie obdobia (mesiace) kalendárneho roka 2011, čím odložil vykonateľnosť rozhodnutí orgánov finančnej správy až do právoplatného rozhodnutia súdu o podaných žalobách, daňový úrad v rozpore so zákonom odmieta vrátiť žalobcovi časť vyrubeného rozdielu dane, ktorú žalobca uhradil na základe právoplatných a vykonateľných rozhodnutí orgánov finančnej správy v období, keď odkladný účinok žalobám ešte nebol priznaný, v celkovej výške XXX.XXX,XX eur. Podľa tvrdenia žalobcu v žalobe daňový úrad napriek priznaným odkladným účinkom uvedenú sumu zadržiava a žalobca ňou nemôže disponovať. 4. Žalobca dôvodil, že okamžitým výkonom napadnutého rozhodnutia alebo inými právnymi následkami napadnutého rozhodnutia hrozí žalobcovi závažná ujma, resp. vážny nenapraviteľný následok spočívajúci v tom, že na základe napadnutého rozhodnutia a prvostupňového rozhodnutia môže žalovaný viesť exekúciu na majetok žalobcu, čo by malo likvidačný dopad na jeho majetkovú sféru a bolo by krajne nepriaznivým zásahom do jeho podnikateľskej činnosti s dôsledkom predĺženia spoločnosti žalobcu, ukončenia podnikateľskej činnosti, zrušenia pracovných miest zamestnancov a v konečnom dôsledku zánik žalobcu. Žalobca tiež zdôraznil, že nezaplatením splatnej dane určenej právoplatným a vykonateľným rozhodnutím v plnej výške je žalobca vystavený aj riziku prípadného trestného stíhania pre trestný čin nezaplatenia dane. Mal za to, že uvedené dôvody zakladajú existenciu závažnej ujmy bezprostredne hroziacej žalobcovi. Zároveň vyjadril presvedčenie, že priznanie odkladného účinku správnej žaloby nie je v rozpore s verejným záujmom. V prípade priznania odkladného účinku nevznikne žiadna ujma žalovanému ani iným osobám na rozdiel od okamžitého výkonu rozhodnutia. 5. K žalobe sa vyjadril žalovaný písomným podaním zo dňa 27.03.2018 a predložil správnemu súdu administratívny spis. Vo vyjadrení zaujal stanovisko k jednotlivým žalobným námietkam žalobcu a podanú žalobu navrhol ako nedôvodnú v celom rozsahu zamietnuť. Návrh žalobcu na priznanie odkladného účinku správnej žaloby považoval za neopodstatnený, nakoľko podľa výsledkov daňovej kontroly žalobca neoprávneným oslobodením od dane znížil svoju vlastnú daňovú povinnosť o sumu X.XXX.XXX,XX eur a neoprávnene uplatnil odpočítanie dane v sume XX.XXX,XX eur, v dôsledku čoho sa nemohol dostať do nepriaznivej finančnej situácie. 6. Podľa § 184 SSP, podanie správnej žaloby nemá odkladný účinok, ak tento zákon alebo osobitný predpis neustanovuje inak. 7.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8.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9. Podľa § 188 SSP, ak správny súd návrhu žalobcu nevyhovie, uznesením ho zamietne. 10. Podľa § 149 ods. 2 SSP, písomné vyhotovenie uznesenia, ktorým sa nerozhodlo vo veci samej, môže obsahovať iba stručné odôvodnenie. 11.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12.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13.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žaloby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14. Správny súd s prihliadnutím na ustanovenie § 185 písm. a) SSP v danej veci skúmal, či sú splnené podmienky na priznanie odkladného účinku správnej žaloby. 15. Správny súd po oboznámení sa s tvrdeniami žalobcu v návrhu na priznanie odkladného účinku správnej žaloby nezistil zákonný dôvod pre jeho priznanie. Žalobca okrem konštatovania, že okamžitým výkonom napadnutého rozhodnutia alebo inými právnymi následkami napadnutého rozhodnutia mu hrozí závažná ujma, resp. vážny nenapraviteľný následok spočívajúci v exekúcii na jeho majetok, čo by malo likvidačný dopad na jeho majetkovú sféru a bolo by krajne nepriaznivým zásahom do jeho podnikateľskej činnosti s dôsledkom predĺženia spoločnosti žalobcu, ukončenia podnikateľskej činnosti, zrušenia pracovných miest zamestnancov a v konečnom dôsledku zánik žalobcu, nepreukázal a dokonca ani netvrdil žiadne konkrétne skutočnosti, ktoré by túto žiadosť bližšie odôvodňovali. Takéto dôkazmi nepodopreté tvrdenia nie sú bez ďalšieho postačujúce na to, aby súd žiadosti o priznanie odkladného účinku žaloby vyhovel. Žalobca nešpecifikoval, aký má majetok, aký vykazuje zisk, príp. stratu, aké má náklady, či je spoločnosť predĺžená, koľko má zamestnancov, ktorých pracovné miesta by sa museli zrušiť. Nie je vecou správneho súdu, aby sám za žalobcu vyhľadával dôkazy, ktoré by odôvodňovali priznanie odkladného účinku správnej žaloby. 16. Keďže žalobca v konaní pred správnym súdom žiadnym spôsobom nepreukázal ujmu, resp. škodu, ktorá by mala nastať v kontexte s jeho konkrétnou aktuálnou ekonomickou situáciou a hospodárskou činnosťou, správny súd nebol povinný zaoberať sa posúdením právnej otázky prípadného rozporu priznania odkladného účinku s verejným záujmom. 17. Vzhľadom k tomu, že žalobca nijakým spôsobom nepreukázal hrozbu vzniku závažnej ujmy a značnej finančnej škody, neosvedčil splnenie základných zákonom vyžadovaných predpokladov definovaných v ustanovení § 185 písm. a) SSP, a preto správny súd v súlade s ust. § 188 SSP návrh žalobcu na priznanie odkladného účinku správnej žaloby zamietol. Poučenie: Proti tomuto uzneseniu nie je prípustná kasačná sťažnosť (§ 439 ods. 2 písm. e) SSP).</w:t>
      </w:r>
    </w:p>
    <w:p/>
    <w:p>
      <w:r>
        <w:t>Zdroj: KAUZIS.SK – https://www.kauzis.sk/judikatura/r/ECLI:SK:KSBA:2018:1017201823.1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