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2S/265/2017 z 8. 5. 2018</w:t>
      </w:r>
    </w:p>
    <w:p>
      <w:r>
        <w:t>Uznesenie Krajského súdu Bratislava z 8. mája 2018, sp. zn. 2S/265/2017, ECLI:SK:KSBA:2018:1017201824.1</w:t>
      </w:r>
    </w:p>
    <w:p>
      <w:r>
        <w:t>Súd: Krajský súd Bratislava</w:t>
      </w:r>
    </w:p>
    <w:p>
      <w:r>
        <w:t>Spisová značka: 2S/265/2017</w:t>
      </w:r>
    </w:p>
    <w:p>
      <w:r>
        <w:t>ECLI: ECLI:SK:KSBA:2018:1017201824.1</w:t>
      </w:r>
    </w:p>
    <w:p>
      <w:r>
        <w:t>Dátum vydania: 8. 5.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2S/265/2017 Identifikačné číslo súdneho spisu: 1017201824 Dátum vydania rozhodnutia: 09. 05. 2018 Meno a priezvisko sudcu, VSÚ: JUDr. Vlastimil Pavlikovský ECLI: ECLI:SK:KSBA:2018:1017201824.1 Uznesenie Krajský súd v Bratislave v právnej veci žalobcu: Západoslovenská distribučná, a.s., Čulenova 6, 816 47 Bratislava, právne zastúpený: Allen &amp; Overy Bratislava, s.r.o., advokátska kancelária, Eurovea Central 1, Pribinova 4, 811 09 Bratislava, proti žalovanému: Úrad pre reguláciu sieťových odvetví, Regulačná rada, Bajkalská 27, P. O. Box 12, 820 07 Bratislava 27, v konaní o preskúmanie zákonnosti rozhodnutia žalovaného č. 11/14515/17/RR zo dňa 15.08.2017, jednohlasne takto r o z h o d o l : Krajský súd v Bratislave konanie z a s t a v u j e. Žiaden z účastníkov nemá právo na náhradu trov konania. o d ô v o d n e n i e : 1. Žalobou doručenou Krajskému súdu v Bratislave dňa 30.10.2017, sa žalobca domáhal preskúmania zákonnosti rozhodnutia žalovaného č. 11/14515/17/RR zo dňa 15.08.2017, ktorým žalovaný zmenil prvostupňové rozhodnutie Úradu pre reguláciu sieťových odvetví č. 0195/2017/E zo dňa 23.02.2017 tak, že bolo upustené od zrušenia pôvodného cenového rozhodnutia a namiesto toho rozhodnuté o jeho zmene v zmysle § 17 ods. 2 písm. c) zákona č. 250/2012 Z. z. o regulácii v sieťových odvetviach s ohľadom na vydanie novej vyhlášky 18/2017. 2. Podaním doručeným správnemu súdu dňa 15.02.2018 zobral bez ďalšieho odôvodnenia žalobca žalobu pred prejednaním veci v celom rozsahu späť. 4.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5. Podľa § 99 písm. a) SSP, správny súd konanie uznesením zastaví, ak žalobca vzal žalobu späť skôr, ako správny súd vo veci rozhodol. 7. Nakoľko žalobca vzal späť žalobu pred rozhodnutím veci, správny súd v súlade s ustanovením § 99 písm. a) SSP konanie zastavil. 8. O náhrade trov konania správny súd rozhodol podľa § 170 písm. b) SSP tak, že žiaden z účastníkov nemá právo na náhradu trov konania, nakoľko konanie bolo zastavené. 9. Toto rozhodnutie senát Krajského súdu v Bratislave prijal pomerom hlasov 3 : 0 (§ 139 ods. 4 SSP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https://www.kauzis.sk/judikatura/r/ECLI:SK:KSBA:2018:1017201824.1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