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6S/190/2017 z 13. 6. 2018</w:t>
      </w:r>
    </w:p>
    <w:p>
      <w:r>
        <w:t>Uznesenie Krajského súdu Bratislava z 13. júna 2018, sp. zn. 6S/190/2017, ECLI:SK:KSBA:2018:1017201825.1</w:t>
      </w:r>
    </w:p>
    <w:p>
      <w:r>
        <w:t>Súd: Krajský súd Bratislava</w:t>
      </w:r>
    </w:p>
    <w:p>
      <w:r>
        <w:t>Spisová značka: 6S/190/2017</w:t>
      </w:r>
    </w:p>
    <w:p>
      <w:r>
        <w:t>ECLI: ECLI:SK:KSBA:2018:1017201825.1</w:t>
      </w:r>
    </w:p>
    <w:p>
      <w:r>
        <w:t>Dátum vydania: 13. 6. 2018</w:t>
      </w:r>
    </w:p>
    <w:p>
      <w:r>
        <w:t>Forma: Uznesenie</w:t>
      </w:r>
    </w:p>
    <w:p>
      <w:pPr>
        <w:pStyle w:val="Heading2"/>
      </w:pPr>
      <w:r>
        <w:t>Text rozhodnutia</w:t>
      </w:r>
    </w:p>
    <w:p>
      <w:r>
        <w:t>Súd: Krajský súd Bratislava Spisová značka: 6S/190/2017 Identifikačné číslo súdneho spisu: 1017201825 Dátum vydania rozhodnutia: 14. 06. 2018 Meno a priezvisko sudcu, VSÚ: Mgr. Marián Degma ECLI: ECLI:SK:KSBA:2018:1017201825.1 Uznesenie Krajský súd v Bratislave v právnej veci žalobcu: ZSE Energia, a.s., Čulenova 6, 816 47 Bratislava, IČO: 36 677 281, právne zastúpený: Allen &amp; Overy Bratislava, s.r.o., advokátska kancelária, Eurovea Central 1, Pribinova 4, 811 09 Bratislava, konajúca prostredníctvom Mgr. Petra Štastného, konateľa a advokáta, proti žalovanému: Regulačná rada Úradu pre reguláciu sieťových odvetví, Bajkalská 27, 820 07 Bratislava, o preskúmanie zákonnosti rozhodnutia žalovaného č. 16/15588/17/RR zo dňa 15.08.2017, takto r o z h o d o l : Krajský súd v Bratislave konanie z a s t a v u j e . Žiaden z účastníkov konania n e m á p r á v o na náhradu trov konania. o d ô v o d n e n i e : I. Žaloba 1. Žalobca sa žalobou doručenou správnemu súdu dňa 30.10.2017 domáhal preskúmania zákonnosti rozhodnutia žalovaného č. 16/15588/17/RR zo dňa 15.08.2017. II. Späťvzatie žaloby 2. Podaním doručeným správnemu súdu dňa 16.05.2018 žalobca zobral žalobu v celom rozsahu späť a žiadal konanie v zmysle § 99 písm. a) zákona č. 162/2015 Z.z Správny súdny poriadok (ďalej len „SSP“) zastaviť a žiadnej zo strán nepriznať náhradu trov konania vrátane trov právneho zastúpenia podľa § 170 písm. b) SSP. III. Právne posúdenie 3. Podľa § 6 ods.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5. Podľa § 99 písm. a) SSP, správny súd konanie uznesením zastaví, ak žalobca vzal žalobu späť skôr, ako správny súd vo veci rozhodol. IV. Závery správneho súdu 6. V predmetnej veci boli splnené podmienky na zastavenie konania podľa § 63 SSP, pretože žalobca svojím dispozitívnym úkonom zobral žalobu v celom rozsahu späť pred prvým pojednávaním. Z uvedeného dôvodu správny súd postupoval podľa citovaného ustanovenia a konanie zastavil. V. Trovy konania 7. Podľa § 170 písm. b) SSP, žiaden z účastníkov konania nemá právo na náhradu trov konania, ak konanie bolo zastavené. 8. O práve účastníkov konania na náhradu trov konania súd rozhodol podľa § 170 písm. b) SSP a žiadnemu z účastníkov konania nepriznal právo na náhradu trov konania, pretože konanie bolo zastavené. 9. Toto rozhodnutie senát Krajského súdu v Bratislave prijal pomerom hlasov 3 : 0 (§ 3 ods. 9 zákona č. 757/2004 Z.z. v znení zákona č. 33/2011 Z.z.). Poučenie: Proti tomuto uzneseniu po nadobudnutí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https://www.kauzis.sk/judikatura/r/ECLI:SK:KSBA:2018:1017201825.1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