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5S/221/2017 z 22. 1. 2018</w:t>
      </w:r>
    </w:p>
    <w:p>
      <w:r>
        <w:t>Uznesenie Krajského súdu Bratislava z 22. januára 2018, sp. zn. 5S/221/2017, ECLI:SK:KSBA:2018:1017201830.1</w:t>
      </w:r>
    </w:p>
    <w:p>
      <w:r>
        <w:t>Súd: Krajský súd Bratislava</w:t>
      </w:r>
    </w:p>
    <w:p>
      <w:r>
        <w:t>Spisová značka: 5S/221/2017</w:t>
      </w:r>
    </w:p>
    <w:p>
      <w:r>
        <w:t>ECLI: ECLI:SK:KSBA:2018:1017201830.1</w:t>
      </w:r>
    </w:p>
    <w:p>
      <w:r>
        <w:t>Dátum vydania: 22.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5S/221/2017 Identifikačné číslo súdneho spisu: 1017201830 Dátum vydania rozhodnutia: 23. 01. 2018 Meno a priezvisko sudcu, VSÚ: JUDr. Viera Šebestová ECLI: ECLI:SK:KSBA:2018:1017201830.1 Uznesenie Krajský súd v Bratislave v právnej veci žalobcu: Slovenské elektrárne, a.s., Mlynské nivy 47, 821 09 Bratislava, IČO: 35 829 052, proti žalovanému: Úrad pre reguláciu sieťových odvetví - Regulačná rada, Bajkalská 27, P.O. BOX 12, 820 07 Bratislava, o preskúmanie zákonnosti rozhodnutia žalovaného č. XX/XXXXX/. zo dňa 15.08.2017, takto r o z h o d o l : Správny súd konanie z a s t a v u j e. Žiaden z účastníkov nemá právo na náhradu trov konania. o d ô v o d n e n i e : 1. Správnou žalobou podanou na tunajšom správnom súde elektronickými prostriedkami - e-mailom dňa 27.10.2017 a doplnenou v listinnej podobe dňa 31.10.2017 sa žalobca domáhal preskúmania zákonnosti rozhodnutia žalovaného č. XX/. zo dňa 15.08.2017, ktorým žalovaný zamietol odvolanie žalobcu a potvrdil rozhodnutie Úradu pre reguláciu sieťových odvetví č. XXXX/XXXX/E zo dňa 27.02.2017 o cenách za poskytovanie systémových služieb a za prevádzkovanie systému v elektroenergetike. Žalobca žiadal napadnuté rozhodnutie v spojení s prvostupňovým rozhodnutím zrušiť a vec vrátiť žalovanému na ďalšie konanie. 2. Podaním doručeným správnemu súdu dňa 18.12.2017 zobral žalobca správnu žalobu späť bez bližšieho odôvodnenia.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https://www.kauzis.sk/judikatura/r/ECLI:SK:KSBA:2018:1017201830.1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